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38155" w14:textId="77777777" w:rsidR="00841EAE" w:rsidRPr="00381FB9" w:rsidRDefault="00000000">
      <w:pPr>
        <w:jc w:val="right"/>
        <w:rPr>
          <w:lang w:val="ru-RU"/>
        </w:rPr>
      </w:pPr>
      <w:r w:rsidRPr="00381FB9">
        <w:rPr>
          <w:rFonts w:eastAsia="Times New Roman"/>
          <w:lang w:val="ru-RU"/>
        </w:rPr>
        <w:t>Продавцу: администрации Новоджерелиевского сельского поселения Брюховецкого муниципального района Краснодарского края</w:t>
      </w:r>
    </w:p>
    <w:p w14:paraId="48E561E3" w14:textId="77777777" w:rsidR="00841EAE" w:rsidRPr="00381FB9" w:rsidRDefault="00000000">
      <w:pPr>
        <w:keepNext/>
        <w:spacing w:before="240" w:after="60"/>
        <w:jc w:val="center"/>
        <w:rPr>
          <w:lang w:val="ru-RU"/>
        </w:rPr>
      </w:pPr>
      <w:r w:rsidRPr="00381FB9">
        <w:rPr>
          <w:rFonts w:eastAsia="Times New Roman"/>
          <w:b/>
          <w:sz w:val="28"/>
          <w:lang w:val="ru-RU"/>
        </w:rPr>
        <w:t>ЗАЯВКА</w:t>
      </w:r>
      <w:r w:rsidRPr="00381FB9">
        <w:rPr>
          <w:rFonts w:eastAsia="Times New Roman"/>
          <w:b/>
          <w:sz w:val="28"/>
          <w:lang w:val="ru-RU"/>
        </w:rPr>
        <w:br/>
        <w:t>на участие в электронном аукционе</w:t>
      </w:r>
    </w:p>
    <w:p w14:paraId="22E9214D" w14:textId="77777777" w:rsidR="00841EAE" w:rsidRDefault="00000000">
      <w:pPr>
        <w:jc w:val="both"/>
        <w:rPr>
          <w:rFonts w:eastAsia="Times New Roman"/>
          <w:b/>
          <w:lang w:val="ru-RU"/>
        </w:rPr>
      </w:pPr>
      <w:r w:rsidRPr="00381FB9">
        <w:rPr>
          <w:rFonts w:eastAsia="Times New Roman"/>
          <w:b/>
          <w:lang w:val="ru-RU"/>
        </w:rPr>
        <w:t>Лот № 1: нежилое здание с земельным участком по адресу: Краснодарский край, Брюховецкий район, ст-ца Новоджерелиевская, ул. Красная, д. 25.</w:t>
      </w:r>
    </w:p>
    <w:p w14:paraId="13192C26" w14:textId="77777777" w:rsidR="00381FB9" w:rsidRPr="00381FB9" w:rsidRDefault="00381FB9">
      <w:pPr>
        <w:jc w:val="both"/>
        <w:rPr>
          <w:lang w:val="ru-RU"/>
        </w:rPr>
      </w:pPr>
    </w:p>
    <w:p w14:paraId="64AF46A9" w14:textId="4F5F1A90" w:rsidR="00841EAE" w:rsidRPr="00381FB9" w:rsidRDefault="00000000" w:rsidP="00381FB9">
      <w:pPr>
        <w:spacing w:after="80"/>
        <w:rPr>
          <w:lang w:val="ru-RU"/>
        </w:rPr>
      </w:pPr>
      <w:r w:rsidRPr="00381FB9">
        <w:rPr>
          <w:rFonts w:eastAsia="Times New Roman"/>
          <w:lang w:val="ru-RU"/>
        </w:rPr>
        <w:t>Претендент (полное наименование юридического лица / Ф.И.О. физического лица): _______________________________</w:t>
      </w:r>
      <w:r w:rsidR="00381FB9">
        <w:rPr>
          <w:rFonts w:eastAsia="Times New Roman"/>
          <w:lang w:val="ru-RU"/>
        </w:rPr>
        <w:t>________________________________________________</w:t>
      </w:r>
      <w:r w:rsidRPr="00381FB9">
        <w:rPr>
          <w:rFonts w:eastAsia="Times New Roman"/>
          <w:lang w:val="ru-RU"/>
        </w:rPr>
        <w:t>_</w:t>
      </w:r>
    </w:p>
    <w:p w14:paraId="3336AA5F" w14:textId="3CD8F097" w:rsidR="00841EAE" w:rsidRPr="00381FB9" w:rsidRDefault="00000000" w:rsidP="00381FB9">
      <w:pPr>
        <w:spacing w:after="80"/>
        <w:rPr>
          <w:lang w:val="ru-RU"/>
        </w:rPr>
      </w:pPr>
      <w:r w:rsidRPr="00381FB9">
        <w:rPr>
          <w:rFonts w:eastAsia="Times New Roman"/>
          <w:lang w:val="ru-RU"/>
        </w:rPr>
        <w:t>ИНН / ОГРН (ОГРНИП) / паспортные данные: __________________________________</w:t>
      </w:r>
      <w:r w:rsidR="00381FB9">
        <w:rPr>
          <w:rFonts w:eastAsia="Times New Roman"/>
          <w:lang w:val="ru-RU"/>
        </w:rPr>
        <w:t>_______________</w:t>
      </w:r>
      <w:r w:rsidRPr="00381FB9">
        <w:rPr>
          <w:rFonts w:eastAsia="Times New Roman"/>
          <w:lang w:val="ru-RU"/>
        </w:rPr>
        <w:t>_______________________________</w:t>
      </w:r>
    </w:p>
    <w:p w14:paraId="5332C458" w14:textId="12821D4F" w:rsidR="00841EAE" w:rsidRPr="00381FB9" w:rsidRDefault="00000000" w:rsidP="00381FB9">
      <w:pPr>
        <w:spacing w:after="80"/>
        <w:rPr>
          <w:lang w:val="ru-RU"/>
        </w:rPr>
      </w:pPr>
      <w:r w:rsidRPr="00381FB9">
        <w:rPr>
          <w:rFonts w:eastAsia="Times New Roman"/>
          <w:lang w:val="ru-RU"/>
        </w:rPr>
        <w:t>Адрес места нахождения (места жительства): _____________________________________________</w:t>
      </w:r>
      <w:r w:rsidR="00381FB9">
        <w:rPr>
          <w:rFonts w:eastAsia="Times New Roman"/>
          <w:lang w:val="ru-RU"/>
        </w:rPr>
        <w:t>________________</w:t>
      </w:r>
      <w:r w:rsidRPr="00381FB9">
        <w:rPr>
          <w:rFonts w:eastAsia="Times New Roman"/>
          <w:lang w:val="ru-RU"/>
        </w:rPr>
        <w:t>___________________</w:t>
      </w:r>
    </w:p>
    <w:p w14:paraId="5DA348E5" w14:textId="237040AA" w:rsidR="00841EAE" w:rsidRPr="00381FB9" w:rsidRDefault="00000000" w:rsidP="00381FB9">
      <w:pPr>
        <w:spacing w:after="80"/>
        <w:rPr>
          <w:lang w:val="ru-RU"/>
        </w:rPr>
      </w:pPr>
      <w:r w:rsidRPr="00381FB9">
        <w:rPr>
          <w:rFonts w:eastAsia="Times New Roman"/>
          <w:lang w:val="ru-RU"/>
        </w:rPr>
        <w:t>Почтовый адрес, телефон, электронная почта: ___________________________________________________</w:t>
      </w:r>
      <w:r w:rsidR="00381FB9">
        <w:rPr>
          <w:rFonts w:eastAsia="Times New Roman"/>
          <w:lang w:val="ru-RU"/>
        </w:rPr>
        <w:t>_______________</w:t>
      </w:r>
      <w:r w:rsidRPr="00381FB9">
        <w:rPr>
          <w:rFonts w:eastAsia="Times New Roman"/>
          <w:lang w:val="ru-RU"/>
        </w:rPr>
        <w:t>______________</w:t>
      </w:r>
    </w:p>
    <w:p w14:paraId="5C306CBB" w14:textId="2E6EF573" w:rsidR="00841EAE" w:rsidRPr="00381FB9" w:rsidRDefault="00000000" w:rsidP="00381FB9">
      <w:pPr>
        <w:spacing w:after="80"/>
        <w:rPr>
          <w:lang w:val="ru-RU"/>
        </w:rPr>
      </w:pPr>
      <w:r w:rsidRPr="00381FB9">
        <w:rPr>
          <w:rFonts w:eastAsia="Times New Roman"/>
          <w:lang w:val="ru-RU"/>
        </w:rPr>
        <w:t>Представитель и основание полномочий: __________________________________________________</w:t>
      </w:r>
      <w:r w:rsidR="00381FB9">
        <w:rPr>
          <w:rFonts w:eastAsia="Times New Roman"/>
          <w:lang w:val="ru-RU"/>
        </w:rPr>
        <w:t>____________</w:t>
      </w:r>
      <w:r w:rsidRPr="00381FB9">
        <w:rPr>
          <w:rFonts w:eastAsia="Times New Roman"/>
          <w:lang w:val="ru-RU"/>
        </w:rPr>
        <w:t>__________________</w:t>
      </w:r>
    </w:p>
    <w:p w14:paraId="48C81F38" w14:textId="77777777" w:rsidR="00841EAE" w:rsidRPr="00381FB9" w:rsidRDefault="00000000">
      <w:pPr>
        <w:jc w:val="both"/>
        <w:rPr>
          <w:lang w:val="ru-RU"/>
        </w:rPr>
      </w:pPr>
      <w:r w:rsidRPr="00381FB9">
        <w:rPr>
          <w:rFonts w:eastAsia="Times New Roman"/>
          <w:b/>
          <w:lang w:val="ru-RU"/>
        </w:rPr>
        <w:t>Подавая настоящую заявку, Претендент:</w:t>
      </w:r>
    </w:p>
    <w:p w14:paraId="406286A7" w14:textId="77777777" w:rsidR="00841EAE" w:rsidRPr="00381FB9" w:rsidRDefault="00000000">
      <w:pPr>
        <w:jc w:val="both"/>
        <w:rPr>
          <w:lang w:val="ru-RU"/>
        </w:rPr>
      </w:pPr>
      <w:r w:rsidRPr="00381FB9">
        <w:rPr>
          <w:rFonts w:eastAsia="Times New Roman"/>
          <w:lang w:val="ru-RU"/>
        </w:rPr>
        <w:t>• подтверждает ознакомление с информационным сообщением, проектом договора, состоянием и характеристиками Имущества;</w:t>
      </w:r>
    </w:p>
    <w:p w14:paraId="1ED4904F" w14:textId="77777777" w:rsidR="00841EAE" w:rsidRPr="00381FB9" w:rsidRDefault="00000000">
      <w:pPr>
        <w:jc w:val="both"/>
        <w:rPr>
          <w:lang w:val="ru-RU"/>
        </w:rPr>
      </w:pPr>
      <w:r w:rsidRPr="00381FB9">
        <w:rPr>
          <w:rFonts w:eastAsia="Times New Roman"/>
          <w:lang w:val="ru-RU"/>
        </w:rPr>
        <w:t>• обязуется соблюдать условия аукциона и в случае признания победителем либо единственным участником заключить договор в установленный срок;</w:t>
      </w:r>
    </w:p>
    <w:p w14:paraId="5BB0DFCB" w14:textId="77777777" w:rsidR="00841EAE" w:rsidRPr="00381FB9" w:rsidRDefault="00000000">
      <w:pPr>
        <w:jc w:val="both"/>
        <w:rPr>
          <w:lang w:val="ru-RU"/>
        </w:rPr>
      </w:pPr>
      <w:r w:rsidRPr="00381FB9">
        <w:rPr>
          <w:rFonts w:eastAsia="Times New Roman"/>
          <w:lang w:val="ru-RU"/>
        </w:rPr>
        <w:t>• подтверждает отсутствие установленных законом ограничений на приобретение муниципального имущества;</w:t>
      </w:r>
    </w:p>
    <w:p w14:paraId="2B865852" w14:textId="77777777" w:rsidR="00841EAE" w:rsidRPr="00381FB9" w:rsidRDefault="00000000">
      <w:pPr>
        <w:jc w:val="both"/>
        <w:rPr>
          <w:lang w:val="ru-RU"/>
        </w:rPr>
      </w:pPr>
      <w:r w:rsidRPr="00381FB9">
        <w:rPr>
          <w:rFonts w:eastAsia="Times New Roman"/>
          <w:lang w:val="ru-RU"/>
        </w:rPr>
        <w:t>• выражает согласие на обработку персональных данных в объеме, необходимом для проведения продажи и опубликования обязательных сведений;</w:t>
      </w:r>
    </w:p>
    <w:p w14:paraId="5BF71901" w14:textId="55DDC215" w:rsidR="00841EAE" w:rsidRPr="00381FB9" w:rsidRDefault="00000000">
      <w:pPr>
        <w:jc w:val="both"/>
        <w:rPr>
          <w:lang w:val="ru-RU"/>
        </w:rPr>
      </w:pPr>
      <w:r w:rsidRPr="00381FB9">
        <w:rPr>
          <w:rFonts w:eastAsia="Times New Roman"/>
          <w:lang w:val="ru-RU"/>
        </w:rPr>
        <w:t xml:space="preserve">• </w:t>
      </w:r>
      <w:r w:rsidR="000D5879" w:rsidRPr="000D5879">
        <w:rPr>
          <w:rFonts w:eastAsia="Times New Roman"/>
          <w:lang w:val="ru-RU"/>
        </w:rPr>
        <w:t xml:space="preserve">подтверждает внесение задатка в размере __________________ рублей </w:t>
      </w:r>
      <w:proofErr w:type="gramStart"/>
      <w:r w:rsidR="000D5879" w:rsidRPr="000D5879">
        <w:rPr>
          <w:rFonts w:eastAsia="Times New Roman"/>
          <w:lang w:val="ru-RU"/>
        </w:rPr>
        <w:t>на счёт</w:t>
      </w:r>
      <w:proofErr w:type="gramEnd"/>
      <w:r w:rsidR="000D5879" w:rsidRPr="000D5879">
        <w:rPr>
          <w:rFonts w:eastAsia="Times New Roman"/>
          <w:lang w:val="ru-RU"/>
        </w:rPr>
        <w:t xml:space="preserve"> Оператора электронной площадки либо обязуется обеспечить поступление полной суммы задатка на свой лицевой счёт и её доступность для блокирования Оператором в срок, установленный информационным сообщением о проведении продажи имущества</w:t>
      </w:r>
      <w:r w:rsidRPr="00381FB9">
        <w:rPr>
          <w:rFonts w:eastAsia="Times New Roman"/>
          <w:lang w:val="ru-RU"/>
        </w:rPr>
        <w:t>.</w:t>
      </w:r>
    </w:p>
    <w:p w14:paraId="318725B0" w14:textId="77777777" w:rsidR="00841EAE" w:rsidRPr="00381FB9" w:rsidRDefault="00000000" w:rsidP="00381FB9">
      <w:pPr>
        <w:spacing w:before="160"/>
        <w:rPr>
          <w:lang w:val="ru-RU"/>
        </w:rPr>
      </w:pPr>
      <w:r w:rsidRPr="00381FB9">
        <w:rPr>
          <w:rFonts w:eastAsia="Times New Roman"/>
          <w:lang w:val="ru-RU"/>
        </w:rPr>
        <w:t>Перечень прилагаемых электронных документов: ______________________________________________________________</w:t>
      </w:r>
    </w:p>
    <w:p w14:paraId="28BDA11D" w14:textId="77777777" w:rsidR="00841EAE" w:rsidRPr="00381FB9" w:rsidRDefault="00000000">
      <w:pPr>
        <w:spacing w:before="240"/>
        <w:jc w:val="both"/>
        <w:rPr>
          <w:lang w:val="ru-RU"/>
        </w:rPr>
      </w:pPr>
      <w:r w:rsidRPr="00381FB9">
        <w:rPr>
          <w:rFonts w:eastAsia="Times New Roman"/>
          <w:lang w:val="ru-RU"/>
        </w:rPr>
        <w:t>Дата подачи: «___» __________ 2026 года</w:t>
      </w:r>
    </w:p>
    <w:p w14:paraId="0DDA96A7" w14:textId="77777777" w:rsidR="00841EAE" w:rsidRPr="00381FB9" w:rsidRDefault="00000000">
      <w:pPr>
        <w:jc w:val="both"/>
        <w:rPr>
          <w:lang w:val="ru-RU"/>
        </w:rPr>
      </w:pPr>
      <w:r w:rsidRPr="00381FB9">
        <w:rPr>
          <w:rFonts w:eastAsia="Times New Roman"/>
          <w:lang w:val="ru-RU"/>
        </w:rPr>
        <w:t>Претендент / представитель: ____________________ / ______________________________</w:t>
      </w:r>
    </w:p>
    <w:p w14:paraId="15D2323A" w14:textId="77777777" w:rsidR="00841EAE" w:rsidRPr="00381FB9" w:rsidRDefault="00000000">
      <w:pPr>
        <w:spacing w:before="240"/>
        <w:jc w:val="both"/>
        <w:rPr>
          <w:lang w:val="ru-RU"/>
        </w:rPr>
      </w:pPr>
      <w:r w:rsidRPr="00381FB9">
        <w:rPr>
          <w:rFonts w:eastAsia="Times New Roman"/>
          <w:i/>
          <w:sz w:val="22"/>
          <w:lang w:val="ru-RU"/>
        </w:rPr>
        <w:t>Заявка подается через личный кабинет на электронной площадке АО «Сбербанк-АСТ» и подписывается электронной подписью в соответствии с законодательством и регламентом площадки.</w:t>
      </w:r>
    </w:p>
    <w:sectPr w:rsidR="00841EAE" w:rsidRPr="00381FB9" w:rsidSect="00034616">
      <w:headerReference w:type="default" r:id="rId8"/>
      <w:pgSz w:w="11906" w:h="16838"/>
      <w:pgMar w:top="850" w:right="850" w:bottom="850" w:left="141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D1B28" w14:textId="77777777" w:rsidR="00BC56C4" w:rsidRDefault="00BC56C4">
      <w:r>
        <w:separator/>
      </w:r>
    </w:p>
  </w:endnote>
  <w:endnote w:type="continuationSeparator" w:id="0">
    <w:p w14:paraId="5A379B41" w14:textId="77777777" w:rsidR="00BC56C4" w:rsidRDefault="00BC5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25B05" w14:textId="77777777" w:rsidR="00BC56C4" w:rsidRDefault="00BC56C4">
      <w:r>
        <w:separator/>
      </w:r>
    </w:p>
  </w:footnote>
  <w:footnote w:type="continuationSeparator" w:id="0">
    <w:p w14:paraId="321479C6" w14:textId="77777777" w:rsidR="00BC56C4" w:rsidRDefault="00BC5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6F988" w14:textId="77777777" w:rsidR="00841EAE" w:rsidRDefault="00000000">
    <w:pPr>
      <w:pStyle w:val="a5"/>
      <w:jc w:val="center"/>
    </w:pPr>
    <w:r>
      <w:rPr>
        <w:rFonts w:eastAsia="Times New Roman"/>
        <w:sz w:val="22"/>
      </w:rPr>
      <w:fldChar w:fldCharType="begin"/>
    </w:r>
    <w:r>
      <w:rPr>
        <w:rFonts w:eastAsia="Times New Roman"/>
        <w:sz w:val="22"/>
      </w:rPr>
      <w:instrText xml:space="preserve"> PAGE </w:instrText>
    </w:r>
    <w:r>
      <w:rPr>
        <w:rFonts w:eastAsia="Times New Roman"/>
        <w:sz w:val="22"/>
      </w:rPr>
      <w:fldChar w:fldCharType="separate"/>
    </w:r>
    <w:r w:rsidR="00381FB9">
      <w:rPr>
        <w:rFonts w:eastAsia="Times New Roman"/>
        <w:noProof/>
        <w:sz w:val="22"/>
      </w:rPr>
      <w:t>1</w:t>
    </w:r>
    <w:r>
      <w:rPr>
        <w:rFonts w:eastAsia="Times New Roman"/>
        <w:sz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4472905">
    <w:abstractNumId w:val="8"/>
  </w:num>
  <w:num w:numId="2" w16cid:durableId="2095741010">
    <w:abstractNumId w:val="6"/>
  </w:num>
  <w:num w:numId="3" w16cid:durableId="892666338">
    <w:abstractNumId w:val="5"/>
  </w:num>
  <w:num w:numId="4" w16cid:durableId="989792737">
    <w:abstractNumId w:val="4"/>
  </w:num>
  <w:num w:numId="5" w16cid:durableId="1361511473">
    <w:abstractNumId w:val="7"/>
  </w:num>
  <w:num w:numId="6" w16cid:durableId="1248349158">
    <w:abstractNumId w:val="3"/>
  </w:num>
  <w:num w:numId="7" w16cid:durableId="2059470729">
    <w:abstractNumId w:val="2"/>
  </w:num>
  <w:num w:numId="8" w16cid:durableId="64452470">
    <w:abstractNumId w:val="1"/>
  </w:num>
  <w:num w:numId="9" w16cid:durableId="1710032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5879"/>
    <w:rsid w:val="001377F1"/>
    <w:rsid w:val="0015074B"/>
    <w:rsid w:val="001E527D"/>
    <w:rsid w:val="0029639D"/>
    <w:rsid w:val="00326F90"/>
    <w:rsid w:val="00381FB9"/>
    <w:rsid w:val="00425C71"/>
    <w:rsid w:val="00841EAE"/>
    <w:rsid w:val="00AA1D8D"/>
    <w:rsid w:val="00B47730"/>
    <w:rsid w:val="00BC56C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D2F851"/>
  <w14:defaultImageDpi w14:val="300"/>
  <w15:docId w15:val="{89DB5B7D-C3A4-4ED9-B414-50C9DB724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c16275</cp:lastModifiedBy>
  <cp:revision>3</cp:revision>
  <dcterms:created xsi:type="dcterms:W3CDTF">2013-12-23T23:15:00Z</dcterms:created>
  <dcterms:modified xsi:type="dcterms:W3CDTF">2026-09-03T08:24:00Z</dcterms:modified>
  <cp:category/>
</cp:coreProperties>
</file>