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50DD8" w:rsidRPr="00900163" w:rsidRDefault="00732384" w:rsidP="00900163">
      <w:pPr>
        <w:spacing w:after="0" w:line="240" w:lineRule="auto"/>
        <w:jc w:val="right"/>
        <w:rPr>
          <w:lang w:val="ru-RU"/>
        </w:rPr>
      </w:pPr>
      <w:bookmarkStart w:id="0" w:name="_GoBack"/>
      <w:bookmarkEnd w:id="0"/>
      <w:r w:rsidRPr="00900163">
        <w:rPr>
          <w:rFonts w:cs="Times New Roman"/>
          <w:b/>
          <w:lang w:val="ru-RU"/>
        </w:rPr>
        <w:t>ПРОЕКТ</w:t>
      </w:r>
    </w:p>
    <w:p w:rsidR="00550DD8" w:rsidRPr="00900163" w:rsidRDefault="00732384" w:rsidP="00900163">
      <w:pPr>
        <w:spacing w:after="0" w:line="240" w:lineRule="auto"/>
        <w:jc w:val="center"/>
        <w:rPr>
          <w:lang w:val="ru-RU"/>
        </w:rPr>
      </w:pPr>
      <w:r w:rsidRPr="00900163">
        <w:rPr>
          <w:rFonts w:cs="Times New Roman"/>
          <w:b/>
          <w:lang w:val="ru-RU"/>
        </w:rPr>
        <w:t>АДМИНИСТРАЦИЯ</w:t>
      </w:r>
    </w:p>
    <w:p w:rsidR="00550DD8" w:rsidRPr="00900163" w:rsidRDefault="00732384" w:rsidP="00900163">
      <w:pPr>
        <w:spacing w:after="0" w:line="240" w:lineRule="auto"/>
        <w:jc w:val="center"/>
        <w:rPr>
          <w:lang w:val="ru-RU"/>
        </w:rPr>
      </w:pPr>
      <w:r w:rsidRPr="00900163">
        <w:rPr>
          <w:rFonts w:cs="Times New Roman"/>
          <w:b/>
          <w:lang w:val="ru-RU"/>
        </w:rPr>
        <w:t>НОВОДЖЕРЕЛИЕВСКОГО СЕЛЬСКОГО ПОСЕЛЕНИЯ</w:t>
      </w:r>
    </w:p>
    <w:p w:rsidR="00550DD8" w:rsidRPr="00900163" w:rsidRDefault="00732384" w:rsidP="00900163">
      <w:pPr>
        <w:spacing w:after="0" w:line="240" w:lineRule="auto"/>
        <w:jc w:val="center"/>
        <w:rPr>
          <w:lang w:val="ru-RU"/>
        </w:rPr>
      </w:pPr>
      <w:r w:rsidRPr="00900163">
        <w:rPr>
          <w:rFonts w:cs="Times New Roman"/>
          <w:b/>
          <w:lang w:val="ru-RU"/>
        </w:rPr>
        <w:t>БРЮХОВЕЦКОГО МУНИЦИПАЛЬНОГО РАЙОНА</w:t>
      </w:r>
    </w:p>
    <w:p w:rsidR="00550DD8" w:rsidRPr="00F010B9" w:rsidRDefault="00732384" w:rsidP="00900163">
      <w:pPr>
        <w:spacing w:after="0" w:line="240" w:lineRule="auto"/>
        <w:jc w:val="center"/>
        <w:rPr>
          <w:lang w:val="ru-RU"/>
        </w:rPr>
      </w:pPr>
      <w:r w:rsidRPr="00F010B9">
        <w:rPr>
          <w:rFonts w:cs="Times New Roman"/>
          <w:b/>
          <w:lang w:val="ru-RU"/>
        </w:rPr>
        <w:t>КРАСНОДАРСКОГО КРАЯ</w:t>
      </w:r>
    </w:p>
    <w:p w:rsidR="00550DD8" w:rsidRPr="00F010B9" w:rsidRDefault="00550DD8" w:rsidP="00900163">
      <w:pPr>
        <w:spacing w:after="0" w:line="240" w:lineRule="auto"/>
        <w:jc w:val="both"/>
        <w:rPr>
          <w:lang w:val="ru-RU"/>
        </w:rPr>
      </w:pPr>
    </w:p>
    <w:p w:rsidR="00550DD8" w:rsidRPr="00F010B9" w:rsidRDefault="00732384" w:rsidP="00900163">
      <w:pPr>
        <w:spacing w:after="0" w:line="240" w:lineRule="auto"/>
        <w:jc w:val="center"/>
        <w:rPr>
          <w:lang w:val="ru-RU"/>
        </w:rPr>
      </w:pPr>
      <w:r w:rsidRPr="00F010B9">
        <w:rPr>
          <w:rFonts w:cs="Times New Roman"/>
          <w:b/>
          <w:sz w:val="32"/>
          <w:lang w:val="ru-RU"/>
        </w:rPr>
        <w:t>ПОСТАНОВЛЕНИЕ</w:t>
      </w:r>
    </w:p>
    <w:p w:rsidR="00550DD8" w:rsidRPr="00900163" w:rsidRDefault="00732384" w:rsidP="00900163">
      <w:pPr>
        <w:tabs>
          <w:tab w:val="right" w:pos="9354"/>
        </w:tabs>
        <w:spacing w:after="0" w:line="240" w:lineRule="auto"/>
        <w:rPr>
          <w:lang w:val="ru-RU"/>
        </w:rPr>
      </w:pPr>
      <w:r w:rsidRPr="00F010B9">
        <w:rPr>
          <w:rFonts w:cs="Times New Roman"/>
          <w:lang w:val="ru-RU"/>
        </w:rPr>
        <w:t xml:space="preserve">от _____________ </w:t>
      </w:r>
      <w:r w:rsidRPr="00F010B9">
        <w:rPr>
          <w:rFonts w:cs="Times New Roman"/>
          <w:lang w:val="ru-RU"/>
        </w:rPr>
        <w:tab/>
      </w:r>
      <w:r w:rsidRPr="00900163">
        <w:rPr>
          <w:rFonts w:cs="Times New Roman"/>
          <w:lang w:val="ru-RU"/>
        </w:rPr>
        <w:t>№ _____</w:t>
      </w:r>
    </w:p>
    <w:p w:rsidR="00550DD8" w:rsidRPr="00900163" w:rsidRDefault="00732384" w:rsidP="00900163">
      <w:pPr>
        <w:spacing w:after="0" w:line="240" w:lineRule="auto"/>
        <w:jc w:val="center"/>
        <w:rPr>
          <w:sz w:val="24"/>
          <w:szCs w:val="24"/>
          <w:lang w:val="ru-RU"/>
        </w:rPr>
      </w:pPr>
      <w:r w:rsidRPr="00900163">
        <w:rPr>
          <w:rFonts w:cs="Times New Roman"/>
          <w:sz w:val="24"/>
          <w:szCs w:val="24"/>
          <w:lang w:val="ru-RU"/>
        </w:rPr>
        <w:t>ст-ца Новоджерелиевская</w:t>
      </w:r>
    </w:p>
    <w:p w:rsidR="00550DD8" w:rsidRDefault="00550DD8" w:rsidP="00900163">
      <w:pPr>
        <w:spacing w:after="0" w:line="240" w:lineRule="auto"/>
        <w:jc w:val="both"/>
        <w:rPr>
          <w:lang w:val="ru-RU"/>
        </w:rPr>
      </w:pPr>
    </w:p>
    <w:p w:rsidR="00900163" w:rsidRPr="00900163" w:rsidRDefault="00900163" w:rsidP="00900163">
      <w:pPr>
        <w:spacing w:after="0" w:line="240" w:lineRule="auto"/>
        <w:jc w:val="both"/>
        <w:rPr>
          <w:lang w:val="ru-RU"/>
        </w:rPr>
      </w:pPr>
    </w:p>
    <w:p w:rsidR="00550DD8" w:rsidRDefault="00732384" w:rsidP="00900163">
      <w:pPr>
        <w:spacing w:after="0" w:line="240" w:lineRule="auto"/>
        <w:jc w:val="center"/>
        <w:rPr>
          <w:rFonts w:cs="Times New Roman"/>
          <w:b/>
          <w:lang w:val="ru-RU"/>
        </w:rPr>
      </w:pPr>
      <w:r w:rsidRPr="00900163">
        <w:rPr>
          <w:rFonts w:cs="Times New Roman"/>
          <w:b/>
          <w:lang w:val="ru-RU"/>
        </w:rPr>
        <w:t>Об утверждении административного регламента предоставления муниципальной услуги «Предоставление выписки из реестра муниципального имущества»</w:t>
      </w:r>
    </w:p>
    <w:p w:rsidR="00900163" w:rsidRDefault="00900163" w:rsidP="00900163">
      <w:pPr>
        <w:spacing w:after="0" w:line="240" w:lineRule="auto"/>
        <w:jc w:val="center"/>
        <w:rPr>
          <w:rFonts w:cs="Times New Roman"/>
          <w:b/>
          <w:lang w:val="ru-RU"/>
        </w:rPr>
      </w:pPr>
    </w:p>
    <w:p w:rsidR="00900163" w:rsidRDefault="00900163" w:rsidP="00900163">
      <w:pPr>
        <w:spacing w:after="0" w:line="240" w:lineRule="auto"/>
        <w:jc w:val="center"/>
        <w:rPr>
          <w:rFonts w:cs="Times New Roman"/>
          <w:b/>
          <w:lang w:val="ru-RU"/>
        </w:rPr>
      </w:pPr>
    </w:p>
    <w:p w:rsidR="00900163" w:rsidRPr="00900163" w:rsidRDefault="00900163" w:rsidP="00900163">
      <w:pPr>
        <w:spacing w:after="0" w:line="240" w:lineRule="auto"/>
        <w:jc w:val="center"/>
        <w:rPr>
          <w:lang w:val="ru-RU"/>
        </w:rPr>
      </w:pPr>
    </w:p>
    <w:p w:rsidR="00550DD8" w:rsidRPr="00900163" w:rsidRDefault="00732384" w:rsidP="00900163">
      <w:pPr>
        <w:spacing w:after="0" w:line="240" w:lineRule="auto"/>
        <w:ind w:firstLine="709"/>
        <w:jc w:val="both"/>
        <w:rPr>
          <w:lang w:val="ru-RU"/>
        </w:rPr>
      </w:pPr>
      <w:r w:rsidRPr="00900163">
        <w:rPr>
          <w:rFonts w:cs="Times New Roman"/>
          <w:lang w:val="ru-RU"/>
        </w:rPr>
        <w:t>В соответствии с Федеральным законом от 20 марта 2025 года № 33-ФЗ «Об общих принципах организации местного самоуправления в единой системе публичной власти», Федеральным законом от 27 июля 2010 года № 210-ФЗ «Об организации предоставления государственных и муниципальных услуг», постановлением Правительства Российской Федерации от 20 июля 2021 года №</w:t>
      </w:r>
      <w:r w:rsidR="00900163">
        <w:rPr>
          <w:rFonts w:cs="Times New Roman"/>
          <w:lang w:val="ru-RU"/>
        </w:rPr>
        <w:t> </w:t>
      </w:r>
      <w:r w:rsidRPr="00900163">
        <w:rPr>
          <w:rFonts w:cs="Times New Roman"/>
          <w:lang w:val="ru-RU"/>
        </w:rPr>
        <w:t>1228 «Об утверждении Правил разработки и утверждения административных регламентов предоставления государственных услуг, о внесении изменений в некоторые акты Правительства Российской Федерации и признании утратившими силу некоторых актов и отдельных положений актов Правительства Российской Федерации», постановлением администрации Новоджерелиевского сельского поселения Брюховецкого муниципального района Краснодарского края от 4</w:t>
      </w:r>
      <w:r w:rsidR="00900163">
        <w:rPr>
          <w:rFonts w:cs="Times New Roman"/>
          <w:lang w:val="ru-RU"/>
        </w:rPr>
        <w:t> </w:t>
      </w:r>
      <w:r w:rsidRPr="00900163">
        <w:rPr>
          <w:rFonts w:cs="Times New Roman"/>
          <w:lang w:val="ru-RU"/>
        </w:rPr>
        <w:t>августа 2026 года № 130 «Об утверждении Порядка разработки и утверждении административных регламентов предоставления муниципальных услуг администрацией Новоджерелиевского сельского поселения Брюховецкого муниципального района Краснодарского края» п о с т а н о в л я ю:</w:t>
      </w:r>
    </w:p>
    <w:p w:rsidR="00550DD8" w:rsidRDefault="00732384" w:rsidP="00900163">
      <w:pPr>
        <w:spacing w:after="0" w:line="240" w:lineRule="auto"/>
        <w:ind w:firstLine="709"/>
        <w:jc w:val="both"/>
        <w:rPr>
          <w:rFonts w:cs="Times New Roman"/>
          <w:lang w:val="ru-RU"/>
        </w:rPr>
      </w:pPr>
      <w:r w:rsidRPr="00900163">
        <w:rPr>
          <w:rFonts w:cs="Times New Roman"/>
          <w:lang w:val="ru-RU"/>
        </w:rPr>
        <w:t>1. Утвердить административный регламент предоставления муниципальной услуги «Предоставление выписки из реестра муниципального имущества» согласно приложению к настоящему постановлению</w:t>
      </w:r>
      <w:r w:rsidR="00D263CB">
        <w:rPr>
          <w:rFonts w:cs="Times New Roman"/>
          <w:lang w:val="ru-RU"/>
        </w:rPr>
        <w:t xml:space="preserve"> (прилага</w:t>
      </w:r>
      <w:r w:rsidR="00017937">
        <w:rPr>
          <w:rFonts w:cs="Times New Roman"/>
          <w:lang w:val="ru-RU"/>
        </w:rPr>
        <w:t>е</w:t>
      </w:r>
      <w:r w:rsidR="00D263CB">
        <w:rPr>
          <w:rFonts w:cs="Times New Roman"/>
          <w:lang w:val="ru-RU"/>
        </w:rPr>
        <w:t>тся)</w:t>
      </w:r>
      <w:r w:rsidRPr="00900163">
        <w:rPr>
          <w:rFonts w:cs="Times New Roman"/>
          <w:lang w:val="ru-RU"/>
        </w:rPr>
        <w:t>.</w:t>
      </w:r>
    </w:p>
    <w:p w:rsidR="00900163" w:rsidRDefault="00900163" w:rsidP="00900163">
      <w:pPr>
        <w:spacing w:after="0" w:line="240" w:lineRule="auto"/>
        <w:ind w:firstLine="709"/>
        <w:jc w:val="both"/>
        <w:rPr>
          <w:lang w:val="ru-RU"/>
        </w:rPr>
      </w:pPr>
      <w:r>
        <w:rPr>
          <w:lang w:val="ru-RU"/>
        </w:rPr>
        <w:t>2. Признать утратившими силу:</w:t>
      </w:r>
    </w:p>
    <w:p w:rsidR="00900163" w:rsidRDefault="00900163" w:rsidP="00900163">
      <w:pPr>
        <w:spacing w:after="0" w:line="240" w:lineRule="auto"/>
        <w:ind w:firstLine="709"/>
        <w:jc w:val="both"/>
        <w:rPr>
          <w:szCs w:val="28"/>
          <w:lang w:val="ru-RU" w:eastAsia="ru-RU"/>
        </w:rPr>
      </w:pPr>
      <w:r>
        <w:rPr>
          <w:lang w:val="ru-RU"/>
        </w:rPr>
        <w:t xml:space="preserve">1) постановление администрации </w:t>
      </w:r>
      <w:r w:rsidRPr="00900163">
        <w:rPr>
          <w:rFonts w:cs="Times New Roman"/>
          <w:lang w:val="ru-RU"/>
        </w:rPr>
        <w:t>Новоджерелиевского сельского поселения Брюховецкого района</w:t>
      </w:r>
      <w:r>
        <w:rPr>
          <w:rFonts w:cs="Times New Roman"/>
          <w:lang w:val="ru-RU"/>
        </w:rPr>
        <w:t xml:space="preserve"> от </w:t>
      </w:r>
      <w:r w:rsidRPr="00900163">
        <w:rPr>
          <w:szCs w:val="28"/>
          <w:lang w:val="ru-RU" w:eastAsia="ru-RU"/>
        </w:rPr>
        <w:t>9 февраля 2016 года № 39 «Об утверждении административного регламента предоставления муниципальной услуги «Предоставление выписки из реестра муниципального имущества»</w:t>
      </w:r>
      <w:r>
        <w:rPr>
          <w:szCs w:val="28"/>
          <w:lang w:val="ru-RU" w:eastAsia="ru-RU"/>
        </w:rPr>
        <w:t>;</w:t>
      </w:r>
    </w:p>
    <w:p w:rsidR="00900163" w:rsidRPr="00900163" w:rsidRDefault="00900163" w:rsidP="00900163">
      <w:pPr>
        <w:spacing w:after="0" w:line="240" w:lineRule="auto"/>
        <w:ind w:firstLine="709"/>
        <w:jc w:val="both"/>
        <w:rPr>
          <w:szCs w:val="28"/>
          <w:lang w:val="ru-RU" w:eastAsia="ru-RU"/>
        </w:rPr>
      </w:pPr>
      <w:r w:rsidRPr="00900163">
        <w:rPr>
          <w:szCs w:val="28"/>
          <w:lang w:val="ru-RU" w:eastAsia="ru-RU"/>
        </w:rPr>
        <w:t xml:space="preserve">2) </w:t>
      </w:r>
      <w:r w:rsidRPr="00900163">
        <w:rPr>
          <w:lang w:val="ru-RU"/>
        </w:rPr>
        <w:t xml:space="preserve">постановление администрации </w:t>
      </w:r>
      <w:r w:rsidRPr="00900163">
        <w:rPr>
          <w:rFonts w:cs="Times New Roman"/>
          <w:lang w:val="ru-RU"/>
        </w:rPr>
        <w:t>Новоджерелиевского сельского поселения Брюховецкого района от</w:t>
      </w:r>
      <w:r w:rsidRPr="00900163">
        <w:rPr>
          <w:szCs w:val="28"/>
          <w:lang w:val="ru-RU" w:eastAsia="ru-RU"/>
        </w:rPr>
        <w:t xml:space="preserve"> 26 декабря 2018 года № 195 «О внесении изменений в </w:t>
      </w:r>
      <w:r w:rsidRPr="00900163">
        <w:rPr>
          <w:szCs w:val="28"/>
          <w:lang w:val="ru-RU" w:eastAsia="ru-RU"/>
        </w:rPr>
        <w:lastRenderedPageBreak/>
        <w:t>постановление администрации Новоджерелиевского сельского поселения Брюховецкого района от 9 февраля 2016 года № 39 «Об утверждении административного регламента предоставления муниципальной услуги «Предоставление выписки из реестра муниципального имущества»</w:t>
      </w:r>
      <w:r>
        <w:rPr>
          <w:szCs w:val="28"/>
          <w:lang w:val="ru-RU" w:eastAsia="ru-RU"/>
        </w:rPr>
        <w:t>.</w:t>
      </w:r>
    </w:p>
    <w:p w:rsidR="00550DD8" w:rsidRPr="00900163" w:rsidRDefault="00D263CB" w:rsidP="00900163">
      <w:pPr>
        <w:spacing w:after="0" w:line="240" w:lineRule="auto"/>
        <w:ind w:firstLine="709"/>
        <w:jc w:val="both"/>
        <w:rPr>
          <w:lang w:val="ru-RU"/>
        </w:rPr>
      </w:pPr>
      <w:r>
        <w:rPr>
          <w:rFonts w:cs="Times New Roman"/>
          <w:lang w:val="ru-RU"/>
        </w:rPr>
        <w:t>3</w:t>
      </w:r>
      <w:r w:rsidR="00732384" w:rsidRPr="00900163">
        <w:rPr>
          <w:rFonts w:cs="Times New Roman"/>
          <w:lang w:val="ru-RU"/>
        </w:rPr>
        <w:t>. Главному специалисту администрации Новоджерелиевского сельского поселения Брюховецкого муниципального района Краснодарского края Г.В. Вельян обеспечить размещение (опубликование) настоящего постановления на официальном сайте администрации в информационно-телекоммуникационной сети «Интернет» и в сетевом издании «ВЕСТНИК-ИНФО».</w:t>
      </w:r>
    </w:p>
    <w:p w:rsidR="00550DD8" w:rsidRPr="00900163" w:rsidRDefault="00D263CB" w:rsidP="00900163">
      <w:pPr>
        <w:spacing w:after="0" w:line="240" w:lineRule="auto"/>
        <w:ind w:firstLine="709"/>
        <w:jc w:val="both"/>
        <w:rPr>
          <w:lang w:val="ru-RU"/>
        </w:rPr>
      </w:pPr>
      <w:r>
        <w:rPr>
          <w:rFonts w:cs="Times New Roman"/>
          <w:lang w:val="ru-RU"/>
        </w:rPr>
        <w:t>4</w:t>
      </w:r>
      <w:r w:rsidR="00732384" w:rsidRPr="00900163">
        <w:rPr>
          <w:rFonts w:cs="Times New Roman"/>
          <w:lang w:val="ru-RU"/>
        </w:rPr>
        <w:t>. Контроль за выполнением настоящего постановления оставляю за собой.</w:t>
      </w:r>
    </w:p>
    <w:p w:rsidR="00550DD8" w:rsidRPr="00900163" w:rsidRDefault="00D263CB" w:rsidP="00900163">
      <w:pPr>
        <w:spacing w:after="0" w:line="240" w:lineRule="auto"/>
        <w:ind w:firstLine="709"/>
        <w:jc w:val="both"/>
        <w:rPr>
          <w:lang w:val="ru-RU"/>
        </w:rPr>
      </w:pPr>
      <w:r>
        <w:rPr>
          <w:rFonts w:cs="Times New Roman"/>
          <w:lang w:val="ru-RU"/>
        </w:rPr>
        <w:t>5</w:t>
      </w:r>
      <w:r w:rsidR="00732384" w:rsidRPr="00900163">
        <w:rPr>
          <w:rFonts w:cs="Times New Roman"/>
          <w:lang w:val="ru-RU"/>
        </w:rPr>
        <w:t>. Постановление вступает в силу со дня его официального опубликования.</w:t>
      </w:r>
    </w:p>
    <w:p w:rsidR="00550DD8" w:rsidRDefault="00550DD8" w:rsidP="00900163">
      <w:pPr>
        <w:spacing w:after="0" w:line="240" w:lineRule="auto"/>
        <w:jc w:val="both"/>
        <w:rPr>
          <w:lang w:val="ru-RU"/>
        </w:rPr>
      </w:pPr>
    </w:p>
    <w:p w:rsidR="00D263CB" w:rsidRDefault="00D263CB" w:rsidP="00900163">
      <w:pPr>
        <w:spacing w:after="0" w:line="240" w:lineRule="auto"/>
        <w:jc w:val="both"/>
        <w:rPr>
          <w:lang w:val="ru-RU"/>
        </w:rPr>
      </w:pPr>
    </w:p>
    <w:p w:rsidR="00D263CB" w:rsidRPr="00900163" w:rsidRDefault="00D263CB" w:rsidP="00900163">
      <w:pPr>
        <w:spacing w:after="0" w:line="240" w:lineRule="auto"/>
        <w:jc w:val="both"/>
        <w:rPr>
          <w:lang w:val="ru-RU"/>
        </w:rPr>
      </w:pPr>
    </w:p>
    <w:p w:rsidR="00550DD8" w:rsidRPr="00900163" w:rsidRDefault="00732384" w:rsidP="00900163">
      <w:pPr>
        <w:spacing w:after="0" w:line="240" w:lineRule="auto"/>
        <w:rPr>
          <w:lang w:val="ru-RU"/>
        </w:rPr>
      </w:pPr>
      <w:r w:rsidRPr="00900163">
        <w:rPr>
          <w:rFonts w:cs="Times New Roman"/>
          <w:lang w:val="ru-RU"/>
        </w:rPr>
        <w:t>Глава Новоджерелиевского сельского поселения</w:t>
      </w:r>
      <w:r w:rsidRPr="00900163">
        <w:rPr>
          <w:rFonts w:cs="Times New Roman"/>
          <w:lang w:val="ru-RU"/>
        </w:rPr>
        <w:br/>
        <w:t>Брюховецкого муниципального района</w:t>
      </w:r>
      <w:r w:rsidRPr="00900163">
        <w:rPr>
          <w:rFonts w:cs="Times New Roman"/>
          <w:lang w:val="ru-RU"/>
        </w:rPr>
        <w:br/>
        <w:t xml:space="preserve">Краснодарского края               </w:t>
      </w:r>
      <w:r w:rsidR="00D263CB">
        <w:rPr>
          <w:rFonts w:cs="Times New Roman"/>
          <w:lang w:val="ru-RU"/>
        </w:rPr>
        <w:t xml:space="preserve">                                          </w:t>
      </w:r>
      <w:r w:rsidRPr="00900163">
        <w:rPr>
          <w:rFonts w:cs="Times New Roman"/>
          <w:lang w:val="ru-RU"/>
        </w:rPr>
        <w:t xml:space="preserve">                       О.В. Ткаченко</w:t>
      </w:r>
    </w:p>
    <w:p w:rsidR="00D263CB" w:rsidRDefault="00D263CB">
      <w:pPr>
        <w:spacing w:after="0" w:line="240" w:lineRule="auto"/>
        <w:jc w:val="right"/>
        <w:rPr>
          <w:rFonts w:cs="Times New Roman"/>
          <w:sz w:val="22"/>
          <w:lang w:val="ru-RU"/>
        </w:rPr>
      </w:pPr>
    </w:p>
    <w:p w:rsidR="00D263CB" w:rsidRDefault="00D263CB">
      <w:pPr>
        <w:spacing w:after="0" w:line="240" w:lineRule="auto"/>
        <w:jc w:val="right"/>
        <w:rPr>
          <w:rFonts w:cs="Times New Roman"/>
          <w:sz w:val="22"/>
          <w:lang w:val="ru-RU"/>
        </w:rPr>
      </w:pPr>
    </w:p>
    <w:p w:rsidR="00D263CB" w:rsidRDefault="00D263CB">
      <w:pPr>
        <w:spacing w:after="0" w:line="240" w:lineRule="auto"/>
        <w:jc w:val="right"/>
        <w:rPr>
          <w:rFonts w:cs="Times New Roman"/>
          <w:sz w:val="22"/>
          <w:lang w:val="ru-RU"/>
        </w:rPr>
      </w:pPr>
    </w:p>
    <w:p w:rsidR="00D263CB" w:rsidRDefault="00D263CB">
      <w:pPr>
        <w:spacing w:after="0" w:line="240" w:lineRule="auto"/>
        <w:jc w:val="right"/>
        <w:rPr>
          <w:rFonts w:cs="Times New Roman"/>
          <w:sz w:val="22"/>
          <w:lang w:val="ru-RU"/>
        </w:rPr>
      </w:pPr>
    </w:p>
    <w:p w:rsidR="00D263CB" w:rsidRDefault="00D263CB">
      <w:pPr>
        <w:spacing w:after="0" w:line="240" w:lineRule="auto"/>
        <w:jc w:val="right"/>
        <w:rPr>
          <w:rFonts w:cs="Times New Roman"/>
          <w:sz w:val="22"/>
          <w:lang w:val="ru-RU"/>
        </w:rPr>
      </w:pPr>
    </w:p>
    <w:p w:rsidR="00D263CB" w:rsidRDefault="00D263CB">
      <w:pPr>
        <w:spacing w:after="0" w:line="240" w:lineRule="auto"/>
        <w:jc w:val="right"/>
        <w:rPr>
          <w:rFonts w:cs="Times New Roman"/>
          <w:sz w:val="22"/>
          <w:lang w:val="ru-RU"/>
        </w:rPr>
      </w:pPr>
    </w:p>
    <w:p w:rsidR="00D263CB" w:rsidRDefault="00D263CB">
      <w:pPr>
        <w:spacing w:after="0" w:line="240" w:lineRule="auto"/>
        <w:jc w:val="right"/>
        <w:rPr>
          <w:rFonts w:cs="Times New Roman"/>
          <w:sz w:val="22"/>
          <w:lang w:val="ru-RU"/>
        </w:rPr>
      </w:pPr>
    </w:p>
    <w:p w:rsidR="00D263CB" w:rsidRDefault="00D263CB">
      <w:pPr>
        <w:spacing w:after="0" w:line="240" w:lineRule="auto"/>
        <w:jc w:val="right"/>
        <w:rPr>
          <w:rFonts w:cs="Times New Roman"/>
          <w:sz w:val="22"/>
          <w:lang w:val="ru-RU"/>
        </w:rPr>
      </w:pPr>
    </w:p>
    <w:p w:rsidR="00D263CB" w:rsidRDefault="00D263CB">
      <w:pPr>
        <w:spacing w:after="0" w:line="240" w:lineRule="auto"/>
        <w:jc w:val="right"/>
        <w:rPr>
          <w:rFonts w:cs="Times New Roman"/>
          <w:sz w:val="22"/>
          <w:lang w:val="ru-RU"/>
        </w:rPr>
      </w:pPr>
    </w:p>
    <w:p w:rsidR="00D263CB" w:rsidRDefault="00D263CB">
      <w:pPr>
        <w:spacing w:after="0" w:line="240" w:lineRule="auto"/>
        <w:jc w:val="right"/>
        <w:rPr>
          <w:rFonts w:cs="Times New Roman"/>
          <w:sz w:val="22"/>
          <w:lang w:val="ru-RU"/>
        </w:rPr>
      </w:pPr>
    </w:p>
    <w:p w:rsidR="00D263CB" w:rsidRDefault="00D263CB">
      <w:pPr>
        <w:spacing w:after="0" w:line="240" w:lineRule="auto"/>
        <w:jc w:val="right"/>
        <w:rPr>
          <w:rFonts w:cs="Times New Roman"/>
          <w:sz w:val="22"/>
          <w:lang w:val="ru-RU"/>
        </w:rPr>
      </w:pPr>
    </w:p>
    <w:p w:rsidR="00D263CB" w:rsidRDefault="00D263CB">
      <w:pPr>
        <w:spacing w:after="0" w:line="240" w:lineRule="auto"/>
        <w:jc w:val="right"/>
        <w:rPr>
          <w:rFonts w:cs="Times New Roman"/>
          <w:sz w:val="22"/>
          <w:lang w:val="ru-RU"/>
        </w:rPr>
      </w:pPr>
    </w:p>
    <w:p w:rsidR="00D263CB" w:rsidRDefault="00D263CB">
      <w:pPr>
        <w:spacing w:after="0" w:line="240" w:lineRule="auto"/>
        <w:jc w:val="right"/>
        <w:rPr>
          <w:rFonts w:cs="Times New Roman"/>
          <w:sz w:val="22"/>
          <w:lang w:val="ru-RU"/>
        </w:rPr>
      </w:pPr>
    </w:p>
    <w:p w:rsidR="00D263CB" w:rsidRDefault="00D263CB">
      <w:pPr>
        <w:spacing w:after="0" w:line="240" w:lineRule="auto"/>
        <w:jc w:val="right"/>
        <w:rPr>
          <w:rFonts w:cs="Times New Roman"/>
          <w:sz w:val="22"/>
          <w:lang w:val="ru-RU"/>
        </w:rPr>
      </w:pPr>
    </w:p>
    <w:p w:rsidR="00D263CB" w:rsidRDefault="00D263CB">
      <w:pPr>
        <w:spacing w:after="0" w:line="240" w:lineRule="auto"/>
        <w:jc w:val="right"/>
        <w:rPr>
          <w:rFonts w:cs="Times New Roman"/>
          <w:sz w:val="22"/>
          <w:lang w:val="ru-RU"/>
        </w:rPr>
      </w:pPr>
    </w:p>
    <w:p w:rsidR="00D263CB" w:rsidRDefault="00D263CB">
      <w:pPr>
        <w:spacing w:after="0" w:line="240" w:lineRule="auto"/>
        <w:jc w:val="right"/>
        <w:rPr>
          <w:rFonts w:cs="Times New Roman"/>
          <w:sz w:val="22"/>
          <w:lang w:val="ru-RU"/>
        </w:rPr>
      </w:pPr>
    </w:p>
    <w:p w:rsidR="00D263CB" w:rsidRDefault="00D263CB">
      <w:pPr>
        <w:spacing w:after="0" w:line="240" w:lineRule="auto"/>
        <w:jc w:val="right"/>
        <w:rPr>
          <w:rFonts w:cs="Times New Roman"/>
          <w:sz w:val="22"/>
          <w:lang w:val="ru-RU"/>
        </w:rPr>
      </w:pPr>
    </w:p>
    <w:p w:rsidR="00BE325D" w:rsidRDefault="00BE325D">
      <w:pPr>
        <w:spacing w:after="0" w:line="240" w:lineRule="auto"/>
        <w:jc w:val="right"/>
        <w:rPr>
          <w:rFonts w:cs="Times New Roman"/>
          <w:sz w:val="22"/>
          <w:lang w:val="ru-RU"/>
        </w:rPr>
        <w:sectPr w:rsidR="00BE325D" w:rsidSect="00BE325D">
          <w:headerReference w:type="default" r:id="rId8"/>
          <w:footerReference w:type="default" r:id="rId9"/>
          <w:pgSz w:w="12240" w:h="15840"/>
          <w:pgMar w:top="1134" w:right="567" w:bottom="1134" w:left="1701" w:header="709" w:footer="709" w:gutter="0"/>
          <w:pgNumType w:start="1"/>
          <w:cols w:space="720"/>
          <w:titlePg/>
          <w:docGrid w:linePitch="381"/>
        </w:sectPr>
      </w:pPr>
    </w:p>
    <w:p w:rsidR="00D263CB" w:rsidRDefault="00732384" w:rsidP="00D263CB">
      <w:pPr>
        <w:spacing w:after="0" w:line="240" w:lineRule="auto"/>
        <w:ind w:firstLine="5245"/>
        <w:jc w:val="center"/>
        <w:rPr>
          <w:rFonts w:cs="Times New Roman"/>
          <w:szCs w:val="28"/>
          <w:lang w:val="ru-RU"/>
        </w:rPr>
      </w:pPr>
      <w:r w:rsidRPr="00D263CB">
        <w:rPr>
          <w:rFonts w:cs="Times New Roman"/>
          <w:szCs w:val="28"/>
          <w:lang w:val="ru-RU"/>
        </w:rPr>
        <w:lastRenderedPageBreak/>
        <w:t>П</w:t>
      </w:r>
      <w:r w:rsidR="00D263CB" w:rsidRPr="00D263CB">
        <w:rPr>
          <w:rFonts w:cs="Times New Roman"/>
          <w:szCs w:val="28"/>
          <w:lang w:val="ru-RU"/>
        </w:rPr>
        <w:t>РИЛОЖЕНИЕ</w:t>
      </w:r>
    </w:p>
    <w:p w:rsidR="00D263CB" w:rsidRDefault="00732384" w:rsidP="00D263CB">
      <w:pPr>
        <w:spacing w:after="0" w:line="240" w:lineRule="auto"/>
        <w:ind w:firstLine="5245"/>
        <w:jc w:val="center"/>
        <w:rPr>
          <w:rFonts w:cs="Times New Roman"/>
          <w:szCs w:val="28"/>
          <w:lang w:val="ru-RU"/>
        </w:rPr>
      </w:pPr>
      <w:r w:rsidRPr="00D263CB">
        <w:rPr>
          <w:rFonts w:cs="Times New Roman"/>
          <w:szCs w:val="28"/>
          <w:lang w:val="ru-RU"/>
        </w:rPr>
        <w:t>к постановлению администрации</w:t>
      </w:r>
    </w:p>
    <w:p w:rsidR="00D263CB" w:rsidRDefault="00732384" w:rsidP="00D263CB">
      <w:pPr>
        <w:spacing w:after="0" w:line="240" w:lineRule="auto"/>
        <w:ind w:firstLine="5245"/>
        <w:jc w:val="center"/>
        <w:rPr>
          <w:rFonts w:cs="Times New Roman"/>
          <w:szCs w:val="28"/>
          <w:lang w:val="ru-RU"/>
        </w:rPr>
      </w:pPr>
      <w:r w:rsidRPr="00D263CB">
        <w:rPr>
          <w:rFonts w:cs="Times New Roman"/>
          <w:szCs w:val="28"/>
          <w:lang w:val="ru-RU"/>
        </w:rPr>
        <w:t>Новоджерелиевского</w:t>
      </w:r>
      <w:r w:rsidR="00D263CB">
        <w:rPr>
          <w:rFonts w:cs="Times New Roman"/>
          <w:szCs w:val="28"/>
          <w:lang w:val="ru-RU"/>
        </w:rPr>
        <w:t xml:space="preserve"> </w:t>
      </w:r>
      <w:r w:rsidRPr="00D263CB">
        <w:rPr>
          <w:rFonts w:cs="Times New Roman"/>
          <w:szCs w:val="28"/>
          <w:lang w:val="ru-RU"/>
        </w:rPr>
        <w:t>сельского</w:t>
      </w:r>
    </w:p>
    <w:p w:rsidR="00D263CB" w:rsidRDefault="00D263CB" w:rsidP="00D263CB">
      <w:pPr>
        <w:spacing w:after="0" w:line="240" w:lineRule="auto"/>
        <w:ind w:firstLine="5245"/>
        <w:jc w:val="center"/>
        <w:rPr>
          <w:rFonts w:cs="Times New Roman"/>
          <w:szCs w:val="28"/>
          <w:lang w:val="ru-RU"/>
        </w:rPr>
      </w:pPr>
      <w:r>
        <w:rPr>
          <w:rFonts w:cs="Times New Roman"/>
          <w:szCs w:val="28"/>
          <w:lang w:val="ru-RU"/>
        </w:rPr>
        <w:t>п</w:t>
      </w:r>
      <w:r w:rsidR="00732384" w:rsidRPr="00D263CB">
        <w:rPr>
          <w:rFonts w:cs="Times New Roman"/>
          <w:szCs w:val="28"/>
          <w:lang w:val="ru-RU"/>
        </w:rPr>
        <w:t>оселения</w:t>
      </w:r>
      <w:r>
        <w:rPr>
          <w:rFonts w:cs="Times New Roman"/>
          <w:szCs w:val="28"/>
          <w:lang w:val="ru-RU"/>
        </w:rPr>
        <w:t xml:space="preserve"> </w:t>
      </w:r>
      <w:r w:rsidR="00732384" w:rsidRPr="00D263CB">
        <w:rPr>
          <w:rFonts w:cs="Times New Roman"/>
          <w:szCs w:val="28"/>
          <w:lang w:val="ru-RU"/>
        </w:rPr>
        <w:t>Брюховецкого</w:t>
      </w:r>
    </w:p>
    <w:p w:rsidR="00D263CB" w:rsidRDefault="00732384" w:rsidP="00D263CB">
      <w:pPr>
        <w:spacing w:after="0" w:line="240" w:lineRule="auto"/>
        <w:ind w:firstLine="5245"/>
        <w:jc w:val="center"/>
        <w:rPr>
          <w:rFonts w:cs="Times New Roman"/>
          <w:szCs w:val="28"/>
          <w:lang w:val="ru-RU"/>
        </w:rPr>
      </w:pPr>
      <w:r w:rsidRPr="00D263CB">
        <w:rPr>
          <w:rFonts w:cs="Times New Roman"/>
          <w:szCs w:val="28"/>
          <w:lang w:val="ru-RU"/>
        </w:rPr>
        <w:t>муниципального района</w:t>
      </w:r>
    </w:p>
    <w:p w:rsidR="00D263CB" w:rsidRDefault="00732384" w:rsidP="00D263CB">
      <w:pPr>
        <w:spacing w:after="0" w:line="240" w:lineRule="auto"/>
        <w:ind w:firstLine="5245"/>
        <w:jc w:val="center"/>
        <w:rPr>
          <w:rFonts w:cs="Times New Roman"/>
          <w:szCs w:val="28"/>
          <w:lang w:val="ru-RU"/>
        </w:rPr>
      </w:pPr>
      <w:r w:rsidRPr="00D263CB">
        <w:rPr>
          <w:rFonts w:cs="Times New Roman"/>
          <w:szCs w:val="28"/>
          <w:lang w:val="ru-RU"/>
        </w:rPr>
        <w:t>Краснодарского края</w:t>
      </w:r>
    </w:p>
    <w:p w:rsidR="00550DD8" w:rsidRPr="00D263CB" w:rsidRDefault="00732384" w:rsidP="00D263CB">
      <w:pPr>
        <w:spacing w:after="0" w:line="240" w:lineRule="auto"/>
        <w:ind w:firstLine="5245"/>
        <w:jc w:val="center"/>
        <w:rPr>
          <w:szCs w:val="28"/>
          <w:lang w:val="ru-RU"/>
        </w:rPr>
      </w:pPr>
      <w:r w:rsidRPr="00D263CB">
        <w:rPr>
          <w:rFonts w:cs="Times New Roman"/>
          <w:szCs w:val="28"/>
          <w:lang w:val="ru-RU"/>
        </w:rPr>
        <w:t>от _____________ № _____</w:t>
      </w:r>
    </w:p>
    <w:p w:rsidR="00550DD8" w:rsidRDefault="00550DD8">
      <w:pPr>
        <w:spacing w:after="0" w:line="240" w:lineRule="auto"/>
        <w:jc w:val="both"/>
        <w:rPr>
          <w:lang w:val="ru-RU"/>
        </w:rPr>
      </w:pPr>
    </w:p>
    <w:p w:rsidR="00D263CB" w:rsidRPr="00900163" w:rsidRDefault="00D263CB">
      <w:pPr>
        <w:spacing w:after="0" w:line="240" w:lineRule="auto"/>
        <w:jc w:val="both"/>
        <w:rPr>
          <w:lang w:val="ru-RU"/>
        </w:rPr>
      </w:pPr>
    </w:p>
    <w:p w:rsidR="00550DD8" w:rsidRPr="00900163" w:rsidRDefault="00732384">
      <w:pPr>
        <w:spacing w:after="0" w:line="240" w:lineRule="auto"/>
        <w:jc w:val="center"/>
        <w:rPr>
          <w:lang w:val="ru-RU"/>
        </w:rPr>
      </w:pPr>
      <w:r w:rsidRPr="00900163">
        <w:rPr>
          <w:rFonts w:cs="Times New Roman"/>
          <w:b/>
          <w:lang w:val="ru-RU"/>
        </w:rPr>
        <w:t>АДМИНИСТРАТИВНЫЙ РЕГЛАМЕНТ</w:t>
      </w:r>
    </w:p>
    <w:p w:rsidR="00550DD8" w:rsidRDefault="00732384">
      <w:pPr>
        <w:spacing w:after="120" w:line="240" w:lineRule="auto"/>
        <w:jc w:val="center"/>
        <w:rPr>
          <w:rFonts w:cs="Times New Roman"/>
          <w:b/>
          <w:lang w:val="ru-RU"/>
        </w:rPr>
      </w:pPr>
      <w:r w:rsidRPr="00900163">
        <w:rPr>
          <w:rFonts w:cs="Times New Roman"/>
          <w:b/>
          <w:lang w:val="ru-RU"/>
        </w:rPr>
        <w:t>предоставления администрацией Новоджерелиевского сельского поселения Брюховецкого муниципального района Краснодарского края муниципальной услуги «Предоставление выписки из реестра муниципального имущества»</w:t>
      </w:r>
    </w:p>
    <w:p w:rsidR="00D263CB" w:rsidRPr="00900163" w:rsidRDefault="00D263CB">
      <w:pPr>
        <w:spacing w:after="120" w:line="240" w:lineRule="auto"/>
        <w:jc w:val="center"/>
        <w:rPr>
          <w:lang w:val="ru-RU"/>
        </w:rPr>
      </w:pPr>
    </w:p>
    <w:p w:rsidR="00550DD8" w:rsidRDefault="00732384">
      <w:pPr>
        <w:spacing w:before="120" w:after="60" w:line="240" w:lineRule="auto"/>
        <w:jc w:val="center"/>
        <w:rPr>
          <w:rFonts w:cs="Times New Roman"/>
          <w:lang w:val="ru-RU"/>
        </w:rPr>
      </w:pPr>
      <w:r w:rsidRPr="00D263CB">
        <w:rPr>
          <w:rFonts w:cs="Times New Roman"/>
          <w:lang w:val="ru-RU"/>
        </w:rPr>
        <w:t>Раздел 1. Общие положения</w:t>
      </w:r>
    </w:p>
    <w:p w:rsidR="00D263CB" w:rsidRPr="00D263CB" w:rsidRDefault="00D263CB">
      <w:pPr>
        <w:spacing w:before="120" w:after="60" w:line="240" w:lineRule="auto"/>
        <w:jc w:val="center"/>
        <w:rPr>
          <w:lang w:val="ru-RU"/>
        </w:rPr>
      </w:pPr>
    </w:p>
    <w:p w:rsidR="00550DD8" w:rsidRPr="00D263CB" w:rsidRDefault="00732384" w:rsidP="00D263CB">
      <w:pPr>
        <w:spacing w:before="80" w:after="40" w:line="240" w:lineRule="auto"/>
        <w:ind w:firstLine="709"/>
        <w:rPr>
          <w:lang w:val="ru-RU"/>
        </w:rPr>
      </w:pPr>
      <w:r w:rsidRPr="00D263CB">
        <w:rPr>
          <w:rFonts w:cs="Times New Roman"/>
          <w:lang w:val="ru-RU"/>
        </w:rPr>
        <w:t>Подраздел 1.1. Предмет регулирования административного регламента</w:t>
      </w:r>
    </w:p>
    <w:p w:rsidR="00550DD8" w:rsidRDefault="00732384" w:rsidP="00FC3ECE">
      <w:pPr>
        <w:spacing w:after="0" w:line="240" w:lineRule="auto"/>
        <w:ind w:firstLine="709"/>
        <w:jc w:val="both"/>
        <w:rPr>
          <w:rFonts w:cs="Times New Roman"/>
          <w:lang w:val="ru-RU"/>
        </w:rPr>
      </w:pPr>
      <w:r w:rsidRPr="00900163">
        <w:rPr>
          <w:rFonts w:cs="Times New Roman"/>
          <w:lang w:val="ru-RU"/>
        </w:rPr>
        <w:t xml:space="preserve">1. Административный регламент предоставления администрацией Новоджерелиевского сельского поселения Брюховецкого муниципального района Краснодарского края муниципальной услуги </w:t>
      </w:r>
      <w:r w:rsidR="00D263CB">
        <w:rPr>
          <w:rFonts w:cs="Times New Roman"/>
          <w:lang w:val="ru-RU"/>
        </w:rPr>
        <w:t>«</w:t>
      </w:r>
      <w:r w:rsidRPr="00900163">
        <w:rPr>
          <w:rFonts w:cs="Times New Roman"/>
          <w:lang w:val="ru-RU"/>
        </w:rPr>
        <w:t>Предоставление выписки из реестра муниципального имущества</w:t>
      </w:r>
      <w:r w:rsidR="00D263CB">
        <w:rPr>
          <w:rFonts w:cs="Times New Roman"/>
          <w:lang w:val="ru-RU"/>
        </w:rPr>
        <w:t>»</w:t>
      </w:r>
      <w:r w:rsidRPr="00900163">
        <w:rPr>
          <w:rFonts w:cs="Times New Roman"/>
          <w:lang w:val="ru-RU"/>
        </w:rPr>
        <w:t xml:space="preserve"> (далее - регламент) определяет стандарты, сроки и последовательность административных процедур (действий) по предоставлению администрацией Новоджерелиевского сельского поселения Брюховецкого муниципального района Краснодарского края муниципальной услуги </w:t>
      </w:r>
      <w:r w:rsidR="00D263CB">
        <w:rPr>
          <w:rFonts w:cs="Times New Roman"/>
          <w:lang w:val="ru-RU"/>
        </w:rPr>
        <w:t>«</w:t>
      </w:r>
      <w:r w:rsidRPr="00900163">
        <w:rPr>
          <w:rFonts w:cs="Times New Roman"/>
          <w:lang w:val="ru-RU"/>
        </w:rPr>
        <w:t>Предоставление выписки из реестра муниципального имущества</w:t>
      </w:r>
      <w:r w:rsidR="00D263CB">
        <w:rPr>
          <w:rFonts w:cs="Times New Roman"/>
          <w:lang w:val="ru-RU"/>
        </w:rPr>
        <w:t>»</w:t>
      </w:r>
      <w:r w:rsidRPr="00900163">
        <w:rPr>
          <w:rFonts w:cs="Times New Roman"/>
          <w:lang w:val="ru-RU"/>
        </w:rPr>
        <w:t xml:space="preserve"> (далее - муниципальная услуга).</w:t>
      </w:r>
    </w:p>
    <w:p w:rsidR="00FC3ECE" w:rsidRPr="00FC3ECE" w:rsidRDefault="00FC3ECE" w:rsidP="00FC3ECE">
      <w:pPr>
        <w:spacing w:after="0" w:line="240" w:lineRule="auto"/>
        <w:ind w:firstLine="709"/>
        <w:jc w:val="both"/>
        <w:rPr>
          <w:rFonts w:cs="Times New Roman"/>
          <w:szCs w:val="28"/>
          <w:lang w:val="ru-RU"/>
        </w:rPr>
      </w:pPr>
      <w:r>
        <w:rPr>
          <w:szCs w:val="28"/>
          <w:lang w:val="ru-RU"/>
        </w:rPr>
        <w:t>П</w:t>
      </w:r>
      <w:r w:rsidRPr="00FC3ECE">
        <w:rPr>
          <w:szCs w:val="28"/>
          <w:lang w:val="ru-RU"/>
        </w:rPr>
        <w:t>еречень условных обозначений и сокращений приведен в приложени</w:t>
      </w:r>
      <w:r>
        <w:rPr>
          <w:szCs w:val="28"/>
          <w:lang w:val="ru-RU"/>
        </w:rPr>
        <w:t>и № 6</w:t>
      </w:r>
      <w:r w:rsidRPr="00FC3ECE">
        <w:rPr>
          <w:szCs w:val="28"/>
          <w:lang w:val="ru-RU"/>
        </w:rPr>
        <w:t xml:space="preserve"> к настоящему Административному регламенту)</w:t>
      </w:r>
      <w:r w:rsidRPr="00FC3ECE">
        <w:rPr>
          <w:rFonts w:cs="Times New Roman"/>
          <w:szCs w:val="28"/>
          <w:lang w:val="ru-RU"/>
        </w:rPr>
        <w:t>.</w:t>
      </w:r>
    </w:p>
    <w:p w:rsidR="00FC3ECE" w:rsidRPr="00900163" w:rsidRDefault="00FC3ECE">
      <w:pPr>
        <w:spacing w:after="0" w:line="240" w:lineRule="auto"/>
        <w:ind w:firstLine="709"/>
        <w:jc w:val="both"/>
        <w:rPr>
          <w:lang w:val="ru-RU"/>
        </w:rPr>
      </w:pPr>
    </w:p>
    <w:p w:rsidR="00550DD8" w:rsidRPr="00D263CB" w:rsidRDefault="00732384" w:rsidP="00D263CB">
      <w:pPr>
        <w:spacing w:before="80" w:after="40" w:line="240" w:lineRule="auto"/>
        <w:ind w:firstLine="709"/>
        <w:rPr>
          <w:lang w:val="ru-RU"/>
        </w:rPr>
      </w:pPr>
      <w:r w:rsidRPr="00D263CB">
        <w:rPr>
          <w:rFonts w:cs="Times New Roman"/>
          <w:lang w:val="ru-RU"/>
        </w:rPr>
        <w:t>Подраздел 1.2. Круг заявителей</w:t>
      </w:r>
    </w:p>
    <w:p w:rsidR="00550DD8" w:rsidRPr="00900163" w:rsidRDefault="00732384">
      <w:pPr>
        <w:spacing w:after="0" w:line="240" w:lineRule="auto"/>
        <w:ind w:firstLine="709"/>
        <w:jc w:val="both"/>
        <w:rPr>
          <w:lang w:val="ru-RU"/>
        </w:rPr>
      </w:pPr>
      <w:r w:rsidRPr="00900163">
        <w:rPr>
          <w:rFonts w:cs="Times New Roman"/>
          <w:lang w:val="ru-RU"/>
        </w:rPr>
        <w:t>Заявителями на получение муниципальной услуги являются физические и юридические лица (далее - заявители).</w:t>
      </w:r>
    </w:p>
    <w:p w:rsidR="00550DD8" w:rsidRPr="00900163" w:rsidRDefault="00732384">
      <w:pPr>
        <w:spacing w:after="0" w:line="240" w:lineRule="auto"/>
        <w:ind w:firstLine="709"/>
        <w:jc w:val="both"/>
        <w:rPr>
          <w:lang w:val="ru-RU"/>
        </w:rPr>
      </w:pPr>
      <w:r w:rsidRPr="00900163">
        <w:rPr>
          <w:rFonts w:cs="Times New Roman"/>
          <w:lang w:val="ru-RU"/>
        </w:rPr>
        <w:t>От имени заявителя могут действовать его представители, наделённые соответствующими</w:t>
      </w:r>
      <w:r w:rsidR="00D263CB">
        <w:rPr>
          <w:rFonts w:cs="Times New Roman"/>
          <w:lang w:val="ru-RU"/>
        </w:rPr>
        <w:t xml:space="preserve"> </w:t>
      </w:r>
      <w:r w:rsidRPr="00900163">
        <w:rPr>
          <w:rFonts w:cs="Times New Roman"/>
          <w:lang w:val="ru-RU"/>
        </w:rPr>
        <w:t>полномочиями.</w:t>
      </w:r>
    </w:p>
    <w:p w:rsidR="00D263CB" w:rsidRDefault="00D263CB" w:rsidP="00D263CB">
      <w:pPr>
        <w:spacing w:before="80" w:after="40" w:line="240" w:lineRule="auto"/>
        <w:ind w:firstLine="709"/>
        <w:jc w:val="both"/>
        <w:rPr>
          <w:rFonts w:cs="Times New Roman"/>
          <w:lang w:val="ru-RU"/>
        </w:rPr>
      </w:pPr>
    </w:p>
    <w:p w:rsidR="00550DD8" w:rsidRPr="00D263CB" w:rsidRDefault="00732384" w:rsidP="00D263CB">
      <w:pPr>
        <w:spacing w:before="80" w:after="40" w:line="240" w:lineRule="auto"/>
        <w:ind w:firstLine="709"/>
        <w:jc w:val="both"/>
        <w:rPr>
          <w:lang w:val="ru-RU"/>
        </w:rPr>
      </w:pPr>
      <w:r w:rsidRPr="00D263CB">
        <w:rPr>
          <w:rFonts w:cs="Times New Roman"/>
          <w:lang w:val="ru-RU"/>
        </w:rPr>
        <w:t xml:space="preserve">Подраздел 1.3. Требование предоставления заявителю муниципальной услуги в соответствии категориями (признаками) заявителей, сведения о которых размещаются в реестре услуг и в федеральной государственной информационной системе </w:t>
      </w:r>
      <w:r w:rsidR="00D263CB">
        <w:rPr>
          <w:rFonts w:cs="Times New Roman"/>
          <w:lang w:val="ru-RU"/>
        </w:rPr>
        <w:t>«</w:t>
      </w:r>
      <w:r w:rsidRPr="00D263CB">
        <w:rPr>
          <w:rFonts w:cs="Times New Roman"/>
          <w:lang w:val="ru-RU"/>
        </w:rPr>
        <w:t>Единый портал государственных и муниципальных услуг (функций)</w:t>
      </w:r>
      <w:r w:rsidR="00D263CB">
        <w:rPr>
          <w:rFonts w:cs="Times New Roman"/>
          <w:lang w:val="ru-RU"/>
        </w:rPr>
        <w:t>»</w:t>
      </w:r>
    </w:p>
    <w:p w:rsidR="00D263CB" w:rsidRDefault="00D263CB">
      <w:pPr>
        <w:spacing w:after="0" w:line="240" w:lineRule="auto"/>
        <w:ind w:firstLine="709"/>
        <w:jc w:val="both"/>
        <w:rPr>
          <w:rFonts w:cs="Times New Roman"/>
          <w:lang w:val="ru-RU"/>
        </w:rPr>
      </w:pPr>
    </w:p>
    <w:p w:rsidR="00550DD8" w:rsidRPr="00900163" w:rsidRDefault="00732384">
      <w:pPr>
        <w:spacing w:after="0" w:line="240" w:lineRule="auto"/>
        <w:ind w:firstLine="709"/>
        <w:jc w:val="both"/>
        <w:rPr>
          <w:lang w:val="ru-RU"/>
        </w:rPr>
      </w:pPr>
      <w:r w:rsidRPr="00900163">
        <w:rPr>
          <w:rFonts w:cs="Times New Roman"/>
          <w:lang w:val="ru-RU"/>
        </w:rPr>
        <w:t xml:space="preserve">Муниципальная услуга предоставляется заявителю в соответствии категориями (признака ми) заявителей, сведения о которых размещаются в реестре услуг и в федеральной государственной информационной системе </w:t>
      </w:r>
      <w:r w:rsidR="00D263CB">
        <w:rPr>
          <w:rFonts w:cs="Times New Roman"/>
          <w:lang w:val="ru-RU"/>
        </w:rPr>
        <w:t>«</w:t>
      </w:r>
      <w:r w:rsidRPr="00900163">
        <w:rPr>
          <w:rFonts w:cs="Times New Roman"/>
          <w:lang w:val="ru-RU"/>
        </w:rPr>
        <w:t>Единый портал государственных и муниципальных услуг (функций)</w:t>
      </w:r>
      <w:r w:rsidR="00D263CB">
        <w:rPr>
          <w:rFonts w:cs="Times New Roman"/>
          <w:lang w:val="ru-RU"/>
        </w:rPr>
        <w:t>»</w:t>
      </w:r>
      <w:r w:rsidRPr="00900163">
        <w:rPr>
          <w:rFonts w:cs="Times New Roman"/>
          <w:lang w:val="ru-RU"/>
        </w:rPr>
        <w:t xml:space="preserve">, и (или) региональном портале государственных и муниципальных услуг Краснодарского края в информационно-телекоммуникационной сети </w:t>
      </w:r>
      <w:r w:rsidR="00D263CB">
        <w:rPr>
          <w:rFonts w:cs="Times New Roman"/>
          <w:lang w:val="ru-RU"/>
        </w:rPr>
        <w:t>«</w:t>
      </w:r>
      <w:r w:rsidRPr="00900163">
        <w:rPr>
          <w:rFonts w:cs="Times New Roman"/>
          <w:lang w:val="ru-RU"/>
        </w:rPr>
        <w:t>Интернет</w:t>
      </w:r>
      <w:r w:rsidR="00D263CB">
        <w:rPr>
          <w:rFonts w:cs="Times New Roman"/>
          <w:lang w:val="ru-RU"/>
        </w:rPr>
        <w:t>»</w:t>
      </w:r>
      <w:r w:rsidRPr="00900163">
        <w:rPr>
          <w:rFonts w:cs="Times New Roman"/>
          <w:lang w:val="ru-RU"/>
        </w:rPr>
        <w:t xml:space="preserve"> (далее соответственно - категории (признаки) заявителей, Портал).</w:t>
      </w:r>
    </w:p>
    <w:p w:rsidR="00550DD8" w:rsidRPr="00900163" w:rsidRDefault="00732384">
      <w:pPr>
        <w:spacing w:after="0" w:line="240" w:lineRule="auto"/>
        <w:ind w:firstLine="709"/>
        <w:jc w:val="both"/>
        <w:rPr>
          <w:lang w:val="ru-RU"/>
        </w:rPr>
      </w:pPr>
      <w:r w:rsidRPr="00900163">
        <w:rPr>
          <w:rFonts w:cs="Times New Roman"/>
          <w:lang w:val="ru-RU"/>
        </w:rPr>
        <w:t>Идентификаторы категорий (признаков) заявителей приведены в приложении № 2 к регламенту.</w:t>
      </w:r>
    </w:p>
    <w:p w:rsidR="00D263CB" w:rsidRDefault="00D263CB">
      <w:pPr>
        <w:spacing w:before="120" w:after="60" w:line="240" w:lineRule="auto"/>
        <w:jc w:val="center"/>
        <w:rPr>
          <w:rFonts w:cs="Times New Roman"/>
          <w:b/>
          <w:lang w:val="ru-RU"/>
        </w:rPr>
      </w:pPr>
    </w:p>
    <w:p w:rsidR="00550DD8" w:rsidRPr="00900163" w:rsidRDefault="00732384">
      <w:pPr>
        <w:spacing w:before="120" w:after="60" w:line="240" w:lineRule="auto"/>
        <w:jc w:val="center"/>
        <w:rPr>
          <w:lang w:val="ru-RU"/>
        </w:rPr>
      </w:pPr>
      <w:r w:rsidRPr="00900163">
        <w:rPr>
          <w:rFonts w:cs="Times New Roman"/>
          <w:b/>
          <w:lang w:val="ru-RU"/>
        </w:rPr>
        <w:t>Раздел 2. Стандарт предоставления муниципальной услуги</w:t>
      </w:r>
    </w:p>
    <w:p w:rsidR="00D263CB" w:rsidRDefault="00D263CB">
      <w:pPr>
        <w:spacing w:before="80" w:after="40" w:line="240" w:lineRule="auto"/>
        <w:rPr>
          <w:rFonts w:cs="Times New Roman"/>
          <w:b/>
          <w:lang w:val="ru-RU"/>
        </w:rPr>
      </w:pPr>
    </w:p>
    <w:p w:rsidR="00550DD8" w:rsidRPr="00D263CB" w:rsidRDefault="00732384" w:rsidP="00D263CB">
      <w:pPr>
        <w:spacing w:before="80" w:after="40" w:line="240" w:lineRule="auto"/>
        <w:ind w:firstLine="709"/>
        <w:rPr>
          <w:lang w:val="ru-RU"/>
        </w:rPr>
      </w:pPr>
      <w:r w:rsidRPr="00D263CB">
        <w:rPr>
          <w:rFonts w:cs="Times New Roman"/>
          <w:lang w:val="ru-RU"/>
        </w:rPr>
        <w:t>Подраздел 2.1. Наименование муниципальной услуги</w:t>
      </w:r>
    </w:p>
    <w:p w:rsidR="00D263CB" w:rsidRDefault="00D263CB" w:rsidP="00FC3ECE">
      <w:pPr>
        <w:spacing w:after="0" w:line="240" w:lineRule="auto"/>
        <w:ind w:firstLine="709"/>
        <w:jc w:val="both"/>
        <w:rPr>
          <w:rFonts w:cs="Times New Roman"/>
          <w:lang w:val="ru-RU"/>
        </w:rPr>
      </w:pPr>
    </w:p>
    <w:p w:rsidR="00550DD8" w:rsidRPr="00900163" w:rsidRDefault="00732384" w:rsidP="00FC3ECE">
      <w:pPr>
        <w:spacing w:after="0" w:line="240" w:lineRule="auto"/>
        <w:ind w:firstLine="709"/>
        <w:jc w:val="both"/>
        <w:rPr>
          <w:lang w:val="ru-RU"/>
        </w:rPr>
      </w:pPr>
      <w:r w:rsidRPr="00900163">
        <w:rPr>
          <w:rFonts w:cs="Times New Roman"/>
          <w:lang w:val="ru-RU"/>
        </w:rPr>
        <w:t xml:space="preserve">Наименование муниципальной услуги </w:t>
      </w:r>
      <w:r w:rsidR="00D263CB">
        <w:rPr>
          <w:rFonts w:cs="Times New Roman"/>
          <w:lang w:val="ru-RU"/>
        </w:rPr>
        <w:t>–</w:t>
      </w:r>
      <w:r w:rsidRPr="00900163">
        <w:rPr>
          <w:rFonts w:cs="Times New Roman"/>
          <w:lang w:val="ru-RU"/>
        </w:rPr>
        <w:t xml:space="preserve"> </w:t>
      </w:r>
      <w:r w:rsidR="00D263CB">
        <w:rPr>
          <w:rFonts w:cs="Times New Roman"/>
          <w:lang w:val="ru-RU"/>
        </w:rPr>
        <w:t>«</w:t>
      </w:r>
      <w:r w:rsidRPr="00900163">
        <w:rPr>
          <w:rFonts w:cs="Times New Roman"/>
          <w:lang w:val="ru-RU"/>
        </w:rPr>
        <w:t>Предоставление выписки из реестра муниципального имущества</w:t>
      </w:r>
      <w:r w:rsidR="00D263CB">
        <w:rPr>
          <w:rFonts w:cs="Times New Roman"/>
          <w:lang w:val="ru-RU"/>
        </w:rPr>
        <w:t>»</w:t>
      </w:r>
      <w:r w:rsidRPr="00900163">
        <w:rPr>
          <w:rFonts w:cs="Times New Roman"/>
          <w:lang w:val="ru-RU"/>
        </w:rPr>
        <w:t>.</w:t>
      </w:r>
    </w:p>
    <w:p w:rsidR="00D263CB" w:rsidRDefault="00D263CB" w:rsidP="00FC3ECE">
      <w:pPr>
        <w:spacing w:before="80" w:after="40" w:line="240" w:lineRule="auto"/>
        <w:jc w:val="both"/>
        <w:rPr>
          <w:rFonts w:cs="Times New Roman"/>
          <w:b/>
          <w:lang w:val="ru-RU"/>
        </w:rPr>
      </w:pPr>
    </w:p>
    <w:p w:rsidR="00550DD8" w:rsidRPr="00D263CB" w:rsidRDefault="00732384" w:rsidP="00FC3ECE">
      <w:pPr>
        <w:spacing w:before="80" w:after="40" w:line="240" w:lineRule="auto"/>
        <w:ind w:firstLine="709"/>
        <w:jc w:val="both"/>
        <w:rPr>
          <w:lang w:val="ru-RU"/>
        </w:rPr>
      </w:pPr>
      <w:r w:rsidRPr="00D263CB">
        <w:rPr>
          <w:rFonts w:cs="Times New Roman"/>
          <w:lang w:val="ru-RU"/>
        </w:rPr>
        <w:t>Подраздел 2.2. Наименование органа, предоставляющего муниципальную услугу</w:t>
      </w:r>
    </w:p>
    <w:p w:rsidR="00550DD8" w:rsidRPr="00900163" w:rsidRDefault="00732384" w:rsidP="00FC3ECE">
      <w:pPr>
        <w:spacing w:after="0" w:line="240" w:lineRule="auto"/>
        <w:ind w:firstLine="709"/>
        <w:jc w:val="both"/>
        <w:rPr>
          <w:lang w:val="ru-RU"/>
        </w:rPr>
      </w:pPr>
      <w:r w:rsidRPr="00900163">
        <w:rPr>
          <w:rFonts w:cs="Times New Roman"/>
          <w:lang w:val="ru-RU"/>
        </w:rPr>
        <w:t>Муниципальная услуга предоставляется администрацией Новоджерелиевского сельского поселения Брюховецкого муниципального района Краснодарского края (далее - орган, предоставляющий муниципальную услугу).</w:t>
      </w:r>
    </w:p>
    <w:p w:rsidR="00550DD8" w:rsidRPr="00900163" w:rsidRDefault="00732384" w:rsidP="00FC3ECE">
      <w:pPr>
        <w:spacing w:after="0" w:line="240" w:lineRule="auto"/>
        <w:ind w:firstLine="709"/>
        <w:jc w:val="both"/>
        <w:rPr>
          <w:lang w:val="ru-RU"/>
        </w:rPr>
      </w:pPr>
      <w:r w:rsidRPr="00900163">
        <w:rPr>
          <w:rFonts w:cs="Times New Roman"/>
          <w:lang w:val="ru-RU"/>
        </w:rPr>
        <w:t xml:space="preserve">В предоставлении муниципальной услуги участвует государственное автономное учреждение Краснодарского края </w:t>
      </w:r>
      <w:r w:rsidR="00D263CB">
        <w:rPr>
          <w:rFonts w:cs="Times New Roman"/>
          <w:lang w:val="ru-RU"/>
        </w:rPr>
        <w:t>«</w:t>
      </w:r>
      <w:r w:rsidRPr="00900163">
        <w:rPr>
          <w:rFonts w:cs="Times New Roman"/>
          <w:lang w:val="ru-RU"/>
        </w:rPr>
        <w:t>Многофункциональный центр предоставления государственных и муниципальных услуг Краснодарского края</w:t>
      </w:r>
      <w:r w:rsidR="00D263CB">
        <w:rPr>
          <w:rFonts w:cs="Times New Roman"/>
          <w:lang w:val="ru-RU"/>
        </w:rPr>
        <w:t>»</w:t>
      </w:r>
      <w:r w:rsidRPr="00900163">
        <w:rPr>
          <w:rFonts w:cs="Times New Roman"/>
          <w:lang w:val="ru-RU"/>
        </w:rPr>
        <w:t xml:space="preserve"> (далее - МФЦ).</w:t>
      </w:r>
    </w:p>
    <w:p w:rsidR="00EC5D6E" w:rsidRDefault="00EC5D6E" w:rsidP="00EC5D6E">
      <w:pPr>
        <w:spacing w:before="80" w:after="40" w:line="240" w:lineRule="auto"/>
        <w:ind w:firstLine="709"/>
        <w:rPr>
          <w:rFonts w:cs="Times New Roman"/>
          <w:lang w:val="ru-RU"/>
        </w:rPr>
      </w:pPr>
    </w:p>
    <w:p w:rsidR="00EC5D6E" w:rsidRPr="00EC5D6E" w:rsidRDefault="00732384" w:rsidP="00EC5D6E">
      <w:pPr>
        <w:spacing w:before="80" w:after="40" w:line="240" w:lineRule="auto"/>
        <w:ind w:firstLine="709"/>
        <w:rPr>
          <w:rFonts w:cs="Times New Roman"/>
          <w:lang w:val="ru-RU"/>
        </w:rPr>
      </w:pPr>
      <w:r w:rsidRPr="00EC5D6E">
        <w:rPr>
          <w:rFonts w:cs="Times New Roman"/>
          <w:lang w:val="ru-RU"/>
        </w:rPr>
        <w:t xml:space="preserve">Подраздел 2.3. Результат предоставления муниципальной услуги  </w:t>
      </w:r>
    </w:p>
    <w:p w:rsidR="00EC5D6E" w:rsidRDefault="00EC5D6E" w:rsidP="00EC5D6E">
      <w:pPr>
        <w:spacing w:before="80" w:after="40" w:line="240" w:lineRule="auto"/>
        <w:ind w:firstLine="709"/>
        <w:rPr>
          <w:rFonts w:cs="Times New Roman"/>
          <w:lang w:val="ru-RU"/>
        </w:rPr>
      </w:pPr>
    </w:p>
    <w:p w:rsidR="00550DD8" w:rsidRPr="00EC5D6E" w:rsidRDefault="00732384" w:rsidP="00EC5D6E">
      <w:pPr>
        <w:spacing w:before="80" w:after="40" w:line="240" w:lineRule="auto"/>
        <w:ind w:firstLine="709"/>
        <w:jc w:val="both"/>
        <w:rPr>
          <w:lang w:val="ru-RU"/>
        </w:rPr>
      </w:pPr>
      <w:r w:rsidRPr="00EC5D6E">
        <w:rPr>
          <w:rFonts w:cs="Times New Roman"/>
          <w:lang w:val="ru-RU"/>
        </w:rPr>
        <w:t>Результатом предоставления муниципальной услуги является:</w:t>
      </w:r>
    </w:p>
    <w:p w:rsidR="00550DD8" w:rsidRPr="00900163" w:rsidRDefault="00732384" w:rsidP="00EC5D6E">
      <w:pPr>
        <w:spacing w:after="0" w:line="240" w:lineRule="auto"/>
        <w:ind w:firstLine="709"/>
        <w:jc w:val="both"/>
        <w:rPr>
          <w:lang w:val="ru-RU"/>
        </w:rPr>
      </w:pPr>
      <w:r w:rsidRPr="00900163">
        <w:rPr>
          <w:rFonts w:cs="Times New Roman"/>
          <w:lang w:val="ru-RU"/>
        </w:rPr>
        <w:t>а) в случае предоставления выписки из реестра муниципального имущества:</w:t>
      </w:r>
    </w:p>
    <w:p w:rsidR="00550DD8" w:rsidRPr="00900163" w:rsidRDefault="00732384" w:rsidP="00EC5D6E">
      <w:pPr>
        <w:spacing w:after="0" w:line="240" w:lineRule="auto"/>
        <w:ind w:firstLine="709"/>
        <w:jc w:val="both"/>
        <w:rPr>
          <w:lang w:val="ru-RU"/>
        </w:rPr>
      </w:pPr>
      <w:r w:rsidRPr="00900163">
        <w:rPr>
          <w:rFonts w:cs="Times New Roman"/>
          <w:lang w:val="ru-RU"/>
        </w:rPr>
        <w:t>б) в случае исправления допущенных опечаток и ошибок в выданных в результате предоставления муниципальной услуги документах:</w:t>
      </w:r>
    </w:p>
    <w:p w:rsidR="00550DD8" w:rsidRPr="00900163" w:rsidRDefault="00732384" w:rsidP="00EC5D6E">
      <w:pPr>
        <w:spacing w:after="0" w:line="240" w:lineRule="auto"/>
        <w:ind w:firstLine="709"/>
        <w:jc w:val="both"/>
        <w:rPr>
          <w:lang w:val="ru-RU"/>
        </w:rPr>
      </w:pPr>
      <w:r w:rsidRPr="00900163">
        <w:rPr>
          <w:rFonts w:cs="Times New Roman"/>
          <w:lang w:val="ru-RU"/>
        </w:rPr>
        <w:t>документ, выданный по результату ранее предоставленной муниципальной услуги, без опечаток и ошибок; решение об отказе в предоставлении муниципальной услуги в форме письма, подписанного руководителем уполномоченного органа либо иным уполномоченным лицом;</w:t>
      </w:r>
    </w:p>
    <w:p w:rsidR="00550DD8" w:rsidRPr="00900163" w:rsidRDefault="00732384" w:rsidP="00EC5D6E">
      <w:pPr>
        <w:spacing w:after="0" w:line="240" w:lineRule="auto"/>
        <w:ind w:firstLine="709"/>
        <w:jc w:val="both"/>
        <w:rPr>
          <w:lang w:val="ru-RU"/>
        </w:rPr>
      </w:pPr>
      <w:r w:rsidRPr="00900163">
        <w:rPr>
          <w:rFonts w:cs="Times New Roman"/>
          <w:lang w:val="ru-RU"/>
        </w:rPr>
        <w:lastRenderedPageBreak/>
        <w:t>в) в случае выдачи дубликата документа, выданного по результату ранее предоставленной муниципальной услуги:</w:t>
      </w:r>
    </w:p>
    <w:p w:rsidR="00EC5D6E" w:rsidRDefault="00732384" w:rsidP="00EC5D6E">
      <w:pPr>
        <w:spacing w:after="0" w:line="240" w:lineRule="auto"/>
        <w:ind w:firstLine="709"/>
        <w:jc w:val="both"/>
        <w:rPr>
          <w:rFonts w:cs="Times New Roman"/>
          <w:lang w:val="ru-RU"/>
        </w:rPr>
      </w:pPr>
      <w:r w:rsidRPr="00900163">
        <w:rPr>
          <w:rFonts w:cs="Times New Roman"/>
          <w:lang w:val="ru-RU"/>
        </w:rPr>
        <w:t>дубликат документа, выданного по результату ранее предоставленной муниципальной услуги;</w:t>
      </w:r>
    </w:p>
    <w:p w:rsidR="00550DD8" w:rsidRPr="00900163" w:rsidRDefault="00732384" w:rsidP="00EC5D6E">
      <w:pPr>
        <w:spacing w:after="0" w:line="240" w:lineRule="auto"/>
        <w:ind w:firstLine="709"/>
        <w:jc w:val="both"/>
        <w:rPr>
          <w:lang w:val="ru-RU"/>
        </w:rPr>
      </w:pPr>
      <w:r w:rsidRPr="00900163">
        <w:rPr>
          <w:rFonts w:cs="Times New Roman"/>
          <w:lang w:val="ru-RU"/>
        </w:rPr>
        <w:t xml:space="preserve"> решение об отказе в предоставлении муниципальной услуги в форме письма, подписанного руководителем уполномоченного органа либо иным уполномоченным лицом.</w:t>
      </w:r>
    </w:p>
    <w:p w:rsidR="00550DD8" w:rsidRPr="00900163" w:rsidRDefault="00732384" w:rsidP="00EC5D6E">
      <w:pPr>
        <w:spacing w:after="0" w:line="240" w:lineRule="auto"/>
        <w:ind w:firstLine="709"/>
        <w:jc w:val="both"/>
        <w:rPr>
          <w:lang w:val="ru-RU"/>
        </w:rPr>
      </w:pPr>
      <w:r w:rsidRPr="00900163">
        <w:rPr>
          <w:rFonts w:cs="Times New Roman"/>
          <w:lang w:val="ru-RU"/>
        </w:rPr>
        <w:t>Результат предоставления муниципальной услуги заявитель вправе получить по его выбор у, за исключением случая обращения за получением муниципальной услуги посредством Портала: на бумажном носителе либо в форме электронного документа, подписанного усиленной квалифицированной электронной подписью.</w:t>
      </w:r>
    </w:p>
    <w:p w:rsidR="00550DD8" w:rsidRPr="00900163" w:rsidRDefault="00732384" w:rsidP="00EC5D6E">
      <w:pPr>
        <w:spacing w:after="0" w:line="240" w:lineRule="auto"/>
        <w:ind w:firstLine="709"/>
        <w:jc w:val="both"/>
        <w:rPr>
          <w:lang w:val="ru-RU"/>
        </w:rPr>
      </w:pPr>
      <w:r w:rsidRPr="00900163">
        <w:rPr>
          <w:rFonts w:cs="Times New Roman"/>
          <w:lang w:val="ru-RU"/>
        </w:rPr>
        <w:t>В случае обращения за получением муниципальной услуги через МФЦ - непосредственно в МФЦ.</w:t>
      </w:r>
    </w:p>
    <w:p w:rsidR="00550DD8" w:rsidRPr="00900163" w:rsidRDefault="00732384" w:rsidP="00EC5D6E">
      <w:pPr>
        <w:spacing w:after="0" w:line="240" w:lineRule="auto"/>
        <w:ind w:firstLine="709"/>
        <w:jc w:val="both"/>
        <w:rPr>
          <w:lang w:val="ru-RU"/>
        </w:rPr>
      </w:pPr>
      <w:r w:rsidRPr="00900163">
        <w:rPr>
          <w:rFonts w:cs="Times New Roman"/>
          <w:lang w:val="ru-RU"/>
        </w:rPr>
        <w:t>В случае обращения заявителя за получением муниципальной услуги в уполномоченный</w:t>
      </w:r>
      <w:r w:rsidR="00EC5D6E">
        <w:rPr>
          <w:rFonts w:cs="Times New Roman"/>
          <w:lang w:val="ru-RU"/>
        </w:rPr>
        <w:t xml:space="preserve"> </w:t>
      </w:r>
      <w:r w:rsidRPr="00900163">
        <w:rPr>
          <w:rFonts w:cs="Times New Roman"/>
          <w:lang w:val="ru-RU"/>
        </w:rPr>
        <w:t>орган - непосредственно в уполномоченном органе.</w:t>
      </w:r>
    </w:p>
    <w:p w:rsidR="00550DD8" w:rsidRPr="00900163" w:rsidRDefault="00732384" w:rsidP="00EC5D6E">
      <w:pPr>
        <w:spacing w:after="0" w:line="240" w:lineRule="auto"/>
        <w:ind w:firstLine="709"/>
        <w:jc w:val="both"/>
        <w:rPr>
          <w:lang w:val="ru-RU"/>
        </w:rPr>
      </w:pPr>
      <w:r w:rsidRPr="00900163">
        <w:rPr>
          <w:rFonts w:cs="Times New Roman"/>
          <w:lang w:val="ru-RU"/>
        </w:rPr>
        <w:t>В случае обращения за получением муниципальной услуги посредством Портала - непосредственно в уполномоченном органе.</w:t>
      </w:r>
    </w:p>
    <w:p w:rsidR="00550DD8" w:rsidRPr="00900163" w:rsidRDefault="00732384" w:rsidP="00EC5D6E">
      <w:pPr>
        <w:spacing w:after="0" w:line="240" w:lineRule="auto"/>
        <w:ind w:firstLine="709"/>
        <w:jc w:val="both"/>
        <w:rPr>
          <w:lang w:val="ru-RU"/>
        </w:rPr>
      </w:pPr>
      <w:r w:rsidRPr="00900163">
        <w:rPr>
          <w:rFonts w:cs="Times New Roman"/>
          <w:lang w:val="ru-RU"/>
        </w:rPr>
        <w:t>Сканированная копия результата предоставления муниципальной услуги направляется заявителю через Портал.</w:t>
      </w:r>
    </w:p>
    <w:p w:rsidR="00550DD8" w:rsidRPr="00900163" w:rsidRDefault="00732384" w:rsidP="00EC5D6E">
      <w:pPr>
        <w:spacing w:after="0" w:line="240" w:lineRule="auto"/>
        <w:ind w:firstLine="709"/>
        <w:jc w:val="both"/>
        <w:rPr>
          <w:lang w:val="ru-RU"/>
        </w:rPr>
      </w:pPr>
      <w:r w:rsidRPr="00900163">
        <w:rPr>
          <w:rFonts w:cs="Times New Roman"/>
          <w:lang w:val="ru-RU"/>
        </w:rPr>
        <w:t>Заявитель (представитель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имеет право на обращение в любой по его выбору МФЦ в пределах территории Краснодарского края для предоставления ему муниципальной услуги по экстерриториальному принципу.</w:t>
      </w:r>
    </w:p>
    <w:p w:rsidR="00550DD8" w:rsidRPr="00900163" w:rsidRDefault="00732384" w:rsidP="00EC5D6E">
      <w:pPr>
        <w:spacing w:after="0" w:line="240" w:lineRule="auto"/>
        <w:ind w:firstLine="709"/>
        <w:jc w:val="both"/>
        <w:rPr>
          <w:lang w:val="ru-RU"/>
        </w:rPr>
      </w:pPr>
      <w:r w:rsidRPr="00900163">
        <w:rPr>
          <w:rFonts w:cs="Times New Roman"/>
          <w:lang w:val="ru-RU"/>
        </w:rPr>
        <w:t>Предоставление муниципальной услуги в МФЦ по экстерриториальному принципу осуществляется на основании соглашений о взаимодействии, заключённых уполномоченным МФЦ с органам и местного самоуправления в Краснодарском крае.</w:t>
      </w:r>
    </w:p>
    <w:p w:rsidR="00550DD8" w:rsidRPr="00900163" w:rsidRDefault="00732384" w:rsidP="00EC5D6E">
      <w:pPr>
        <w:spacing w:after="0" w:line="240" w:lineRule="auto"/>
        <w:ind w:firstLine="709"/>
        <w:jc w:val="both"/>
        <w:rPr>
          <w:lang w:val="ru-RU"/>
        </w:rPr>
      </w:pPr>
      <w:r w:rsidRPr="00900163">
        <w:rPr>
          <w:rFonts w:cs="Times New Roman"/>
          <w:lang w:val="ru-RU"/>
        </w:rPr>
        <w:t>МФЦ при обращении заявителя (представителя заявителя) за предоставлением муниципальной услуги осуществляет создание электронных образов заявления о предоставлении муниципальной услуги и документов, представляемых заявителем (представителем заявителя) и необходимых для предоставления муниципальной услуги в соответствии с настоящим регламентом, и их заверение с целью направления в уполномоченный орган.</w:t>
      </w:r>
    </w:p>
    <w:p w:rsidR="00550DD8" w:rsidRPr="00900163" w:rsidRDefault="00732384" w:rsidP="00EC5D6E">
      <w:pPr>
        <w:spacing w:after="0" w:line="240" w:lineRule="auto"/>
        <w:ind w:firstLine="709"/>
        <w:jc w:val="both"/>
        <w:rPr>
          <w:lang w:val="ru-RU"/>
        </w:rPr>
      </w:pPr>
      <w:r w:rsidRPr="00900163">
        <w:rPr>
          <w:rFonts w:cs="Times New Roman"/>
          <w:lang w:val="ru-RU"/>
        </w:rPr>
        <w:t>В случае обращения заявителя за получением муниципальной услуги по экстерриториальному принципу результат предоставления муниципальной услуги в виде электронных документов и (или) электронных образов документов заверяется должностными лицами, уполномоченными на принятие решения о предоставлении муниципальной услуги.</w:t>
      </w:r>
    </w:p>
    <w:p w:rsidR="00550DD8" w:rsidRPr="00900163" w:rsidRDefault="00732384" w:rsidP="00EC5D6E">
      <w:pPr>
        <w:spacing w:after="0" w:line="240" w:lineRule="auto"/>
        <w:ind w:firstLine="709"/>
        <w:jc w:val="both"/>
        <w:rPr>
          <w:lang w:val="ru-RU"/>
        </w:rPr>
      </w:pPr>
      <w:r w:rsidRPr="00900163">
        <w:rPr>
          <w:rFonts w:cs="Times New Roman"/>
          <w:lang w:val="ru-RU"/>
        </w:rPr>
        <w:lastRenderedPageBreak/>
        <w:t>Для получения результата предоставления муниципальной услуги на бумажном носителе заявитель (представитель) имеет право обратиться непосредственно в уполномоченный орган.</w:t>
      </w:r>
    </w:p>
    <w:p w:rsidR="00550DD8" w:rsidRPr="00900163" w:rsidRDefault="00732384" w:rsidP="00EC5D6E">
      <w:pPr>
        <w:spacing w:after="0" w:line="240" w:lineRule="auto"/>
        <w:ind w:firstLine="709"/>
        <w:jc w:val="both"/>
        <w:rPr>
          <w:lang w:val="ru-RU"/>
        </w:rPr>
      </w:pPr>
      <w:r w:rsidRPr="00900163">
        <w:rPr>
          <w:rFonts w:cs="Times New Roman"/>
          <w:lang w:val="ru-RU"/>
        </w:rPr>
        <w:t>3. В ходе предоставления муниципальной услуги отсутствует необходимость формирования реестровой записи в качестве результата предоставления муниципальной услуги.</w:t>
      </w:r>
    </w:p>
    <w:p w:rsidR="00550DD8" w:rsidRPr="00EC5D6E" w:rsidRDefault="00732384" w:rsidP="00992920">
      <w:pPr>
        <w:spacing w:after="0" w:line="240" w:lineRule="auto"/>
        <w:ind w:firstLine="709"/>
        <w:rPr>
          <w:lang w:val="ru-RU"/>
        </w:rPr>
      </w:pPr>
      <w:r w:rsidRPr="00EC5D6E">
        <w:rPr>
          <w:rFonts w:cs="Times New Roman"/>
          <w:lang w:val="ru-RU"/>
        </w:rPr>
        <w:t>Подраздел 2.4. Срок предоставления муниципальной услуги</w:t>
      </w:r>
    </w:p>
    <w:p w:rsidR="00EC5D6E" w:rsidRDefault="00992920" w:rsidP="00992920">
      <w:pPr>
        <w:spacing w:after="0" w:line="240" w:lineRule="auto"/>
        <w:ind w:firstLine="709"/>
        <w:jc w:val="both"/>
        <w:rPr>
          <w:rFonts w:cs="Times New Roman"/>
          <w:lang w:val="ru-RU"/>
        </w:rPr>
      </w:pPr>
      <w:r w:rsidRPr="00BA6565">
        <w:rPr>
          <w:rFonts w:cs="Times New Roman"/>
          <w:lang w:val="ru-RU"/>
        </w:rPr>
        <w:t>Срок предоставления муниципальной услуги «Предоставление выписки из реестра муниципального имущества» составляет не более 10 рабочих дней.</w:t>
      </w:r>
    </w:p>
    <w:p w:rsidR="00550DD8" w:rsidRPr="00900163" w:rsidRDefault="00732384" w:rsidP="00992920">
      <w:pPr>
        <w:spacing w:after="0" w:line="240" w:lineRule="auto"/>
        <w:ind w:firstLine="709"/>
        <w:jc w:val="both"/>
        <w:rPr>
          <w:lang w:val="ru-RU"/>
        </w:rPr>
      </w:pPr>
      <w:r w:rsidRPr="00900163">
        <w:rPr>
          <w:rFonts w:cs="Times New Roman"/>
          <w:lang w:val="ru-RU"/>
        </w:rPr>
        <w:t>Срок предоставления муниципальной услуги, предусмотренный в данном пункте, в отношении всех случаев предоставления муниципальной услуги исчисляется со дня регистрации запроса и документов и (или) информации, необходимых для предоставления муниципальной услуги, вне зависимости от категории (признаков) заявителя и способа подачи указанного запроса.</w:t>
      </w:r>
    </w:p>
    <w:p w:rsidR="00992920" w:rsidRDefault="00992920" w:rsidP="00992920">
      <w:pPr>
        <w:spacing w:after="0" w:line="240" w:lineRule="auto"/>
        <w:rPr>
          <w:rFonts w:cs="Times New Roman"/>
          <w:b/>
          <w:lang w:val="ru-RU"/>
        </w:rPr>
      </w:pPr>
    </w:p>
    <w:p w:rsidR="00550DD8" w:rsidRPr="00992920" w:rsidRDefault="00732384" w:rsidP="00992920">
      <w:pPr>
        <w:spacing w:after="0" w:line="240" w:lineRule="auto"/>
        <w:ind w:firstLine="709"/>
        <w:rPr>
          <w:lang w:val="ru-RU"/>
        </w:rPr>
      </w:pPr>
      <w:r w:rsidRPr="00992920">
        <w:rPr>
          <w:rFonts w:cs="Times New Roman"/>
          <w:lang w:val="ru-RU"/>
        </w:rPr>
        <w:t>Подраздел 2.5. Размер платы, взимаемой с заявителя при предоставлении муниципальной услуги, и способы её взимания</w:t>
      </w:r>
    </w:p>
    <w:p w:rsidR="00992920" w:rsidRDefault="00992920" w:rsidP="00992920">
      <w:pPr>
        <w:spacing w:after="0" w:line="240" w:lineRule="auto"/>
        <w:ind w:firstLine="709"/>
        <w:jc w:val="both"/>
        <w:rPr>
          <w:rFonts w:cs="Times New Roman"/>
          <w:lang w:val="ru-RU"/>
        </w:rPr>
      </w:pPr>
    </w:p>
    <w:p w:rsidR="00550DD8" w:rsidRPr="00900163" w:rsidRDefault="00732384" w:rsidP="00992920">
      <w:pPr>
        <w:spacing w:after="0" w:line="240" w:lineRule="auto"/>
        <w:ind w:firstLine="709"/>
        <w:jc w:val="both"/>
        <w:rPr>
          <w:lang w:val="ru-RU"/>
        </w:rPr>
      </w:pPr>
      <w:r w:rsidRPr="00900163">
        <w:rPr>
          <w:rFonts w:cs="Times New Roman"/>
          <w:lang w:val="ru-RU"/>
        </w:rPr>
        <w:t>Государственная пошлина или иная плата за предоставление муниципальной услуги не взимается. Предоставление муниципальной услуги осуществляется бесплатно.</w:t>
      </w:r>
    </w:p>
    <w:p w:rsidR="00992920" w:rsidRDefault="00992920" w:rsidP="00992920">
      <w:pPr>
        <w:spacing w:after="0" w:line="240" w:lineRule="auto"/>
        <w:rPr>
          <w:rFonts w:cs="Times New Roman"/>
          <w:b/>
          <w:lang w:val="ru-RU"/>
        </w:rPr>
      </w:pPr>
    </w:p>
    <w:p w:rsidR="00550DD8" w:rsidRPr="00992920" w:rsidRDefault="00732384" w:rsidP="00992920">
      <w:pPr>
        <w:spacing w:after="0" w:line="240" w:lineRule="auto"/>
        <w:ind w:firstLine="709"/>
        <w:jc w:val="both"/>
        <w:rPr>
          <w:lang w:val="ru-RU"/>
        </w:rPr>
      </w:pPr>
      <w:r w:rsidRPr="00992920">
        <w:rPr>
          <w:rFonts w:cs="Times New Roman"/>
          <w:lang w:val="ru-RU"/>
        </w:rPr>
        <w:t>Подраздел 2.6. Максимальный срок ожидания в очереди при подаче заявителем запроса о предоставлении муниципальной услуги и при получении результата предоставления муниципальной услуги</w:t>
      </w:r>
    </w:p>
    <w:p w:rsidR="00992920" w:rsidRDefault="00992920" w:rsidP="00992920">
      <w:pPr>
        <w:spacing w:after="0" w:line="240" w:lineRule="auto"/>
        <w:ind w:firstLine="709"/>
        <w:jc w:val="both"/>
        <w:rPr>
          <w:rFonts w:cs="Times New Roman"/>
          <w:lang w:val="ru-RU"/>
        </w:rPr>
      </w:pPr>
    </w:p>
    <w:p w:rsidR="00550DD8" w:rsidRPr="00900163" w:rsidRDefault="00732384" w:rsidP="00992920">
      <w:pPr>
        <w:spacing w:after="0" w:line="240" w:lineRule="auto"/>
        <w:ind w:firstLine="709"/>
        <w:jc w:val="both"/>
        <w:rPr>
          <w:lang w:val="ru-RU"/>
        </w:rPr>
      </w:pPr>
      <w:r w:rsidRPr="00900163">
        <w:rPr>
          <w:rFonts w:cs="Times New Roman"/>
          <w:lang w:val="ru-RU"/>
        </w:rPr>
        <w:t>Максимальный срок ожидания в очереди при подаче заявления о предоставлении муниципальной услуги и документов, предусмотренных настоящим регламентом, а также при получении результата предоставления муниципальной услуги на личном приёме непосредственно в органе, пред</w:t>
      </w:r>
      <w:r w:rsidR="00992920">
        <w:rPr>
          <w:rFonts w:cs="Times New Roman"/>
          <w:lang w:val="ru-RU"/>
        </w:rPr>
        <w:t>о</w:t>
      </w:r>
      <w:r w:rsidRPr="00900163">
        <w:rPr>
          <w:rFonts w:cs="Times New Roman"/>
          <w:lang w:val="ru-RU"/>
        </w:rPr>
        <w:t>ставляющим муниципальную услугу, или МФЦ не должен превышать 15 минут.</w:t>
      </w:r>
    </w:p>
    <w:p w:rsidR="00992920" w:rsidRDefault="00992920" w:rsidP="00992920">
      <w:pPr>
        <w:spacing w:after="0" w:line="240" w:lineRule="auto"/>
        <w:rPr>
          <w:rFonts w:cs="Times New Roman"/>
          <w:b/>
          <w:lang w:val="ru-RU"/>
        </w:rPr>
      </w:pPr>
    </w:p>
    <w:p w:rsidR="00550DD8" w:rsidRPr="00992920" w:rsidRDefault="00732384" w:rsidP="00992920">
      <w:pPr>
        <w:spacing w:after="0" w:line="240" w:lineRule="auto"/>
        <w:ind w:firstLine="709"/>
        <w:jc w:val="both"/>
        <w:rPr>
          <w:lang w:val="ru-RU"/>
        </w:rPr>
      </w:pPr>
      <w:r w:rsidRPr="00992920">
        <w:rPr>
          <w:rFonts w:cs="Times New Roman"/>
          <w:lang w:val="ru-RU"/>
        </w:rPr>
        <w:t>Подраздел 2.7. Срок регистрации запроса заявителя о предоставлении муниципальной услуги</w:t>
      </w:r>
    </w:p>
    <w:p w:rsidR="00992920" w:rsidRDefault="00992920" w:rsidP="00992920">
      <w:pPr>
        <w:spacing w:after="0" w:line="240" w:lineRule="auto"/>
        <w:ind w:firstLine="709"/>
        <w:jc w:val="both"/>
        <w:rPr>
          <w:rFonts w:cs="Times New Roman"/>
          <w:lang w:val="ru-RU"/>
        </w:rPr>
      </w:pPr>
    </w:p>
    <w:p w:rsidR="00550DD8" w:rsidRPr="00900163" w:rsidRDefault="00732384" w:rsidP="00992920">
      <w:pPr>
        <w:spacing w:after="0" w:line="240" w:lineRule="auto"/>
        <w:ind w:firstLine="709"/>
        <w:jc w:val="both"/>
        <w:rPr>
          <w:lang w:val="ru-RU"/>
        </w:rPr>
      </w:pPr>
      <w:r w:rsidRPr="00900163">
        <w:rPr>
          <w:rFonts w:cs="Times New Roman"/>
          <w:lang w:val="ru-RU"/>
        </w:rPr>
        <w:t>Регистрация запроса (заявления) и прилагаемых к ним документов осуществляется в день</w:t>
      </w:r>
      <w:r w:rsidR="00992920">
        <w:rPr>
          <w:rFonts w:cs="Times New Roman"/>
          <w:lang w:val="ru-RU"/>
        </w:rPr>
        <w:t xml:space="preserve"> </w:t>
      </w:r>
      <w:r w:rsidRPr="00900163">
        <w:rPr>
          <w:rFonts w:cs="Times New Roman"/>
          <w:lang w:val="ru-RU"/>
        </w:rPr>
        <w:t>их поступления, а при поступлении их в выходной (нерабочий или праздничный) день - в первый за ним рабочий день.</w:t>
      </w:r>
    </w:p>
    <w:p w:rsidR="00550DD8" w:rsidRPr="00900163" w:rsidRDefault="00732384" w:rsidP="00992920">
      <w:pPr>
        <w:spacing w:after="0" w:line="240" w:lineRule="auto"/>
        <w:ind w:firstLine="709"/>
        <w:jc w:val="both"/>
        <w:rPr>
          <w:lang w:val="ru-RU"/>
        </w:rPr>
      </w:pPr>
      <w:r w:rsidRPr="00900163">
        <w:rPr>
          <w:rFonts w:cs="Times New Roman"/>
          <w:lang w:val="ru-RU"/>
        </w:rPr>
        <w:t>Срок регистрации заявления и прилагаемых к нему документов работником уполномоченного органа или МФЦ не может превышать 20 минут.</w:t>
      </w:r>
    </w:p>
    <w:p w:rsidR="00550DD8" w:rsidRPr="00900163" w:rsidRDefault="00732384" w:rsidP="00992920">
      <w:pPr>
        <w:spacing w:after="0" w:line="240" w:lineRule="auto"/>
        <w:ind w:firstLine="709"/>
        <w:jc w:val="both"/>
        <w:rPr>
          <w:lang w:val="ru-RU"/>
        </w:rPr>
      </w:pPr>
      <w:r w:rsidRPr="00900163">
        <w:rPr>
          <w:rFonts w:cs="Times New Roman"/>
          <w:lang w:val="ru-RU"/>
        </w:rPr>
        <w:lastRenderedPageBreak/>
        <w:t>Срок регистрации запроса в случае подачи заявления и прилагаемых к нему документов посредством использования Портала составляет один рабочий день.</w:t>
      </w:r>
    </w:p>
    <w:p w:rsidR="00992920" w:rsidRDefault="00992920" w:rsidP="00992920">
      <w:pPr>
        <w:spacing w:after="0" w:line="240" w:lineRule="auto"/>
        <w:rPr>
          <w:rFonts w:cs="Times New Roman"/>
          <w:b/>
          <w:lang w:val="ru-RU"/>
        </w:rPr>
      </w:pPr>
    </w:p>
    <w:p w:rsidR="00550DD8" w:rsidRPr="00000253" w:rsidRDefault="00732384" w:rsidP="00000253">
      <w:pPr>
        <w:spacing w:after="0" w:line="240" w:lineRule="auto"/>
        <w:ind w:firstLine="709"/>
        <w:jc w:val="both"/>
        <w:rPr>
          <w:lang w:val="ru-RU"/>
        </w:rPr>
      </w:pPr>
      <w:r w:rsidRPr="00000253">
        <w:rPr>
          <w:rFonts w:cs="Times New Roman"/>
          <w:lang w:val="ru-RU"/>
        </w:rPr>
        <w:t>Подраздел 2.8. Требования к помещениям, в которых предоставляется муниципальная услуга</w:t>
      </w:r>
    </w:p>
    <w:p w:rsidR="00000253" w:rsidRDefault="00000253" w:rsidP="00000253">
      <w:pPr>
        <w:spacing w:after="0" w:line="240" w:lineRule="auto"/>
        <w:ind w:firstLine="709"/>
        <w:jc w:val="both"/>
        <w:rPr>
          <w:szCs w:val="28"/>
          <w:lang w:val="ru-RU"/>
        </w:rPr>
      </w:pPr>
    </w:p>
    <w:p w:rsidR="00000253" w:rsidRPr="00EC176B" w:rsidRDefault="00000253" w:rsidP="00000253">
      <w:pPr>
        <w:spacing w:after="0" w:line="240" w:lineRule="auto"/>
        <w:ind w:firstLine="709"/>
        <w:jc w:val="both"/>
        <w:rPr>
          <w:szCs w:val="28"/>
          <w:lang w:val="ru-RU"/>
        </w:rPr>
      </w:pPr>
      <w:r w:rsidRPr="00EC176B">
        <w:rPr>
          <w:szCs w:val="28"/>
          <w:lang w:val="ru-RU"/>
        </w:rPr>
        <w:t>Требования, которым должны соответствовать помещения, в которых предоставляется муниципальная услуга, в том числе зал ожидания, места для заполнения запросов о предоставлении муниципальной услуги, информационные стенды с образцами их заполнения и перечнем документов и (или) информации, необходимых для предоставления каждой муниципальной услуги, а также требования к обеспечению доступности для инвалидов указанных объектов в соответствии с законодательством Российской Федерации о социальной защите инвалидов размещены:</w:t>
      </w:r>
    </w:p>
    <w:p w:rsidR="00000253" w:rsidRPr="00EC176B" w:rsidRDefault="00000253" w:rsidP="00000253">
      <w:pPr>
        <w:spacing w:after="0" w:line="240" w:lineRule="auto"/>
        <w:ind w:firstLine="709"/>
        <w:jc w:val="both"/>
        <w:rPr>
          <w:szCs w:val="28"/>
          <w:lang w:val="ru-RU"/>
        </w:rPr>
      </w:pPr>
      <w:r w:rsidRPr="00EC176B">
        <w:rPr>
          <w:szCs w:val="28"/>
          <w:lang w:val="ru-RU"/>
        </w:rPr>
        <w:t>на официальном Интернет-</w:t>
      </w:r>
      <w:r>
        <w:rPr>
          <w:szCs w:val="28"/>
          <w:lang w:val="ru-RU"/>
        </w:rPr>
        <w:t>сайте</w:t>
      </w:r>
      <w:r w:rsidRPr="00EC176B">
        <w:rPr>
          <w:szCs w:val="28"/>
          <w:lang w:val="ru-RU"/>
        </w:rPr>
        <w:t xml:space="preserve"> Новоджерелиевского сельского поселения Брюховецкого муниципального района Краснодарского края</w:t>
      </w:r>
    </w:p>
    <w:p w:rsidR="00000253" w:rsidRPr="005A62DA" w:rsidRDefault="00000253" w:rsidP="00000253">
      <w:pPr>
        <w:spacing w:after="0" w:line="240" w:lineRule="auto"/>
        <w:ind w:firstLine="709"/>
        <w:jc w:val="both"/>
        <w:rPr>
          <w:szCs w:val="28"/>
          <w:lang w:val="ru-RU"/>
        </w:rPr>
      </w:pPr>
      <w:r w:rsidRPr="002E7D98">
        <w:rPr>
          <w:szCs w:val="28"/>
        </w:rPr>
        <w:t>www</w:t>
      </w:r>
      <w:r w:rsidRPr="005A62DA">
        <w:rPr>
          <w:szCs w:val="28"/>
          <w:lang w:val="ru-RU"/>
        </w:rPr>
        <w:t>.</w:t>
      </w:r>
      <w:r>
        <w:rPr>
          <w:szCs w:val="28"/>
          <w:lang w:val="ru-RU"/>
        </w:rPr>
        <w:t>новоджерелиевская.рф</w:t>
      </w:r>
    </w:p>
    <w:p w:rsidR="00000253" w:rsidRPr="00EC176B" w:rsidRDefault="00000253" w:rsidP="00000253">
      <w:pPr>
        <w:spacing w:after="0" w:line="240" w:lineRule="auto"/>
        <w:ind w:firstLine="709"/>
        <w:jc w:val="both"/>
        <w:rPr>
          <w:szCs w:val="28"/>
          <w:lang w:val="ru-RU"/>
        </w:rPr>
      </w:pPr>
      <w:r w:rsidRPr="00EC176B">
        <w:rPr>
          <w:szCs w:val="28"/>
          <w:lang w:val="ru-RU"/>
        </w:rPr>
        <w:t xml:space="preserve"> на Едином портале </w:t>
      </w:r>
      <w:r w:rsidRPr="002E7D98">
        <w:rPr>
          <w:szCs w:val="28"/>
        </w:rPr>
        <w:t>http</w:t>
      </w:r>
      <w:r w:rsidRPr="00EC176B">
        <w:rPr>
          <w:szCs w:val="28"/>
          <w:lang w:val="ru-RU"/>
        </w:rPr>
        <w:t>://</w:t>
      </w:r>
      <w:proofErr w:type="spellStart"/>
      <w:r w:rsidRPr="002E7D98">
        <w:rPr>
          <w:szCs w:val="28"/>
        </w:rPr>
        <w:t>gosuslugi</w:t>
      </w:r>
      <w:proofErr w:type="spellEnd"/>
      <w:r w:rsidRPr="00EC176B">
        <w:rPr>
          <w:szCs w:val="28"/>
          <w:lang w:val="ru-RU"/>
        </w:rPr>
        <w:t>.</w:t>
      </w:r>
      <w:r w:rsidRPr="002E7D98">
        <w:rPr>
          <w:szCs w:val="28"/>
        </w:rPr>
        <w:t>ru</w:t>
      </w:r>
    </w:p>
    <w:p w:rsidR="00000253" w:rsidRPr="00EC176B" w:rsidRDefault="00000253" w:rsidP="00000253">
      <w:pPr>
        <w:spacing w:after="0" w:line="240" w:lineRule="auto"/>
        <w:ind w:firstLine="709"/>
        <w:jc w:val="both"/>
        <w:rPr>
          <w:szCs w:val="28"/>
          <w:lang w:val="ru-RU"/>
        </w:rPr>
      </w:pPr>
      <w:r w:rsidRPr="00EC176B">
        <w:rPr>
          <w:szCs w:val="28"/>
          <w:lang w:val="ru-RU"/>
        </w:rPr>
        <w:t xml:space="preserve"> на Региональном портале </w:t>
      </w:r>
      <w:r w:rsidRPr="002E7D98">
        <w:rPr>
          <w:szCs w:val="28"/>
        </w:rPr>
        <w:t>http</w:t>
      </w:r>
      <w:r w:rsidRPr="00EC176B">
        <w:rPr>
          <w:szCs w:val="28"/>
          <w:lang w:val="ru-RU"/>
        </w:rPr>
        <w:t>://</w:t>
      </w:r>
      <w:proofErr w:type="spellStart"/>
      <w:r w:rsidRPr="002E7D98">
        <w:rPr>
          <w:szCs w:val="28"/>
        </w:rPr>
        <w:t>pgu</w:t>
      </w:r>
      <w:proofErr w:type="spellEnd"/>
      <w:r w:rsidRPr="00EC176B">
        <w:rPr>
          <w:szCs w:val="28"/>
          <w:lang w:val="ru-RU"/>
        </w:rPr>
        <w:t>.</w:t>
      </w:r>
      <w:proofErr w:type="spellStart"/>
      <w:r w:rsidRPr="002E7D98">
        <w:rPr>
          <w:szCs w:val="28"/>
        </w:rPr>
        <w:t>krasnodar</w:t>
      </w:r>
      <w:proofErr w:type="spellEnd"/>
      <w:r w:rsidRPr="00EC176B">
        <w:rPr>
          <w:szCs w:val="28"/>
          <w:lang w:val="ru-RU"/>
        </w:rPr>
        <w:t>.</w:t>
      </w:r>
      <w:r w:rsidRPr="002E7D98">
        <w:rPr>
          <w:szCs w:val="28"/>
        </w:rPr>
        <w:t>ru</w:t>
      </w:r>
      <w:r w:rsidRPr="00EC176B">
        <w:rPr>
          <w:szCs w:val="28"/>
          <w:lang w:val="ru-RU"/>
        </w:rPr>
        <w:t>.</w:t>
      </w:r>
    </w:p>
    <w:p w:rsidR="00992920" w:rsidRDefault="00992920" w:rsidP="00992920">
      <w:pPr>
        <w:spacing w:after="0" w:line="240" w:lineRule="auto"/>
        <w:rPr>
          <w:rFonts w:cs="Times New Roman"/>
          <w:b/>
          <w:lang w:val="ru-RU"/>
        </w:rPr>
      </w:pPr>
    </w:p>
    <w:p w:rsidR="00550DD8" w:rsidRPr="00000253" w:rsidRDefault="00732384" w:rsidP="00000253">
      <w:pPr>
        <w:spacing w:after="0" w:line="240" w:lineRule="auto"/>
        <w:ind w:firstLine="709"/>
        <w:rPr>
          <w:lang w:val="ru-RU"/>
        </w:rPr>
      </w:pPr>
      <w:r w:rsidRPr="00000253">
        <w:rPr>
          <w:rFonts w:cs="Times New Roman"/>
          <w:lang w:val="ru-RU"/>
        </w:rPr>
        <w:t>Подраздел 2.9. Показатели качества и доступности муниципальной услуги</w:t>
      </w:r>
    </w:p>
    <w:p w:rsidR="00000253" w:rsidRDefault="00000253" w:rsidP="00000253">
      <w:pPr>
        <w:spacing w:after="0" w:line="240" w:lineRule="auto"/>
        <w:ind w:firstLine="709"/>
        <w:jc w:val="both"/>
        <w:rPr>
          <w:szCs w:val="28"/>
          <w:lang w:val="ru-RU"/>
        </w:rPr>
      </w:pPr>
    </w:p>
    <w:p w:rsidR="00000253" w:rsidRPr="00EC176B" w:rsidRDefault="00000253" w:rsidP="00000253">
      <w:pPr>
        <w:spacing w:after="0" w:line="240" w:lineRule="auto"/>
        <w:ind w:firstLine="709"/>
        <w:jc w:val="both"/>
        <w:rPr>
          <w:szCs w:val="28"/>
          <w:lang w:val="ru-RU"/>
        </w:rPr>
      </w:pPr>
      <w:r w:rsidRPr="00EC176B">
        <w:rPr>
          <w:szCs w:val="28"/>
          <w:lang w:val="ru-RU"/>
        </w:rPr>
        <w:t>Перечень показателей качества и доступности муниципальной услуги, в том числе доступности электронных форм документов, необходимых для предоставления муниципальной услуги, возможности подачи запроса на получение муниципальной услуги и документов в электронной форме, своевременности предоставления муниципальной услуги (отсутствии нарушений сроков предоставления муниципальной услуги), доступности инструментов совершения в электронном виде платежей, необходимых для получения муниципальной услуги, удобстве информирования заявителя о ходе предоставления муниципальной услуги, а также получения результата предоставления муниципальной услуги, размещены</w:t>
      </w:r>
    </w:p>
    <w:p w:rsidR="00000253" w:rsidRPr="00EC176B" w:rsidRDefault="00000253" w:rsidP="00000253">
      <w:pPr>
        <w:spacing w:after="0" w:line="240" w:lineRule="auto"/>
        <w:ind w:firstLine="709"/>
        <w:jc w:val="both"/>
        <w:rPr>
          <w:szCs w:val="28"/>
          <w:lang w:val="ru-RU"/>
        </w:rPr>
      </w:pPr>
      <w:r w:rsidRPr="00EC176B">
        <w:rPr>
          <w:szCs w:val="28"/>
          <w:lang w:val="ru-RU"/>
        </w:rPr>
        <w:t>на официальном Интернет-</w:t>
      </w:r>
      <w:r>
        <w:rPr>
          <w:szCs w:val="28"/>
          <w:lang w:val="ru-RU"/>
        </w:rPr>
        <w:t>сайте</w:t>
      </w:r>
      <w:r w:rsidRPr="00EC176B">
        <w:rPr>
          <w:szCs w:val="28"/>
          <w:lang w:val="ru-RU"/>
        </w:rPr>
        <w:t xml:space="preserve"> Новоджерелиевского сельского поселения Брюховецкого муниципального района Краснодарского края</w:t>
      </w:r>
    </w:p>
    <w:p w:rsidR="00000253" w:rsidRPr="005A62DA" w:rsidRDefault="00000253" w:rsidP="00000253">
      <w:pPr>
        <w:spacing w:after="0" w:line="240" w:lineRule="auto"/>
        <w:ind w:firstLine="709"/>
        <w:jc w:val="both"/>
        <w:rPr>
          <w:szCs w:val="28"/>
          <w:lang w:val="ru-RU"/>
        </w:rPr>
      </w:pPr>
      <w:r w:rsidRPr="002E7D98">
        <w:rPr>
          <w:szCs w:val="28"/>
        </w:rPr>
        <w:t>www</w:t>
      </w:r>
      <w:r w:rsidRPr="005A62DA">
        <w:rPr>
          <w:szCs w:val="28"/>
          <w:lang w:val="ru-RU"/>
        </w:rPr>
        <w:t>.</w:t>
      </w:r>
      <w:r>
        <w:rPr>
          <w:szCs w:val="28"/>
          <w:lang w:val="ru-RU"/>
        </w:rPr>
        <w:t>новоджерелиевская.рф</w:t>
      </w:r>
    </w:p>
    <w:p w:rsidR="00000253" w:rsidRPr="00EC176B" w:rsidRDefault="00000253" w:rsidP="00000253">
      <w:pPr>
        <w:spacing w:after="0" w:line="240" w:lineRule="auto"/>
        <w:ind w:firstLine="709"/>
        <w:jc w:val="both"/>
        <w:rPr>
          <w:szCs w:val="28"/>
          <w:lang w:val="ru-RU"/>
        </w:rPr>
      </w:pPr>
      <w:r w:rsidRPr="00EC176B">
        <w:rPr>
          <w:szCs w:val="28"/>
          <w:lang w:val="ru-RU"/>
        </w:rPr>
        <w:t xml:space="preserve"> на Едином портале </w:t>
      </w:r>
      <w:r w:rsidRPr="002E7D98">
        <w:rPr>
          <w:szCs w:val="28"/>
        </w:rPr>
        <w:t>http</w:t>
      </w:r>
      <w:r w:rsidRPr="00EC176B">
        <w:rPr>
          <w:szCs w:val="28"/>
          <w:lang w:val="ru-RU"/>
        </w:rPr>
        <w:t>://</w:t>
      </w:r>
      <w:proofErr w:type="spellStart"/>
      <w:r w:rsidRPr="002E7D98">
        <w:rPr>
          <w:szCs w:val="28"/>
        </w:rPr>
        <w:t>gosuslugi</w:t>
      </w:r>
      <w:proofErr w:type="spellEnd"/>
      <w:r w:rsidRPr="00EC176B">
        <w:rPr>
          <w:szCs w:val="28"/>
          <w:lang w:val="ru-RU"/>
        </w:rPr>
        <w:t>.</w:t>
      </w:r>
      <w:r w:rsidRPr="002E7D98">
        <w:rPr>
          <w:szCs w:val="28"/>
        </w:rPr>
        <w:t>ru</w:t>
      </w:r>
    </w:p>
    <w:p w:rsidR="00000253" w:rsidRPr="00EC176B" w:rsidRDefault="00000253" w:rsidP="00000253">
      <w:pPr>
        <w:spacing w:after="0" w:line="240" w:lineRule="auto"/>
        <w:ind w:firstLine="709"/>
        <w:jc w:val="both"/>
        <w:rPr>
          <w:szCs w:val="28"/>
          <w:lang w:val="ru-RU"/>
        </w:rPr>
      </w:pPr>
      <w:r w:rsidRPr="00EC176B">
        <w:rPr>
          <w:szCs w:val="28"/>
          <w:lang w:val="ru-RU"/>
        </w:rPr>
        <w:t xml:space="preserve"> на Региональном портале </w:t>
      </w:r>
      <w:r w:rsidRPr="002E7D98">
        <w:rPr>
          <w:szCs w:val="28"/>
        </w:rPr>
        <w:t>http</w:t>
      </w:r>
      <w:r w:rsidRPr="00EC176B">
        <w:rPr>
          <w:szCs w:val="28"/>
          <w:lang w:val="ru-RU"/>
        </w:rPr>
        <w:t>://</w:t>
      </w:r>
      <w:proofErr w:type="spellStart"/>
      <w:r w:rsidRPr="002E7D98">
        <w:rPr>
          <w:szCs w:val="28"/>
        </w:rPr>
        <w:t>pgu</w:t>
      </w:r>
      <w:proofErr w:type="spellEnd"/>
      <w:r w:rsidRPr="00EC176B">
        <w:rPr>
          <w:szCs w:val="28"/>
          <w:lang w:val="ru-RU"/>
        </w:rPr>
        <w:t>.</w:t>
      </w:r>
      <w:proofErr w:type="spellStart"/>
      <w:r w:rsidRPr="002E7D98">
        <w:rPr>
          <w:szCs w:val="28"/>
        </w:rPr>
        <w:t>krasnodar</w:t>
      </w:r>
      <w:proofErr w:type="spellEnd"/>
      <w:r w:rsidRPr="00EC176B">
        <w:rPr>
          <w:szCs w:val="28"/>
          <w:lang w:val="ru-RU"/>
        </w:rPr>
        <w:t>.</w:t>
      </w:r>
      <w:r w:rsidRPr="002E7D98">
        <w:rPr>
          <w:szCs w:val="28"/>
        </w:rPr>
        <w:t>ru</w:t>
      </w:r>
      <w:r w:rsidRPr="00EC176B">
        <w:rPr>
          <w:szCs w:val="28"/>
          <w:lang w:val="ru-RU"/>
        </w:rPr>
        <w:t>.</w:t>
      </w:r>
    </w:p>
    <w:p w:rsidR="00000253" w:rsidRDefault="00000253" w:rsidP="00992920">
      <w:pPr>
        <w:spacing w:after="0" w:line="240" w:lineRule="auto"/>
        <w:rPr>
          <w:rFonts w:cs="Times New Roman"/>
          <w:b/>
          <w:lang w:val="ru-RU"/>
        </w:rPr>
      </w:pPr>
    </w:p>
    <w:p w:rsidR="00550DD8" w:rsidRPr="00000253" w:rsidRDefault="00732384" w:rsidP="00000253">
      <w:pPr>
        <w:spacing w:after="0" w:line="240" w:lineRule="auto"/>
        <w:ind w:firstLine="709"/>
        <w:rPr>
          <w:lang w:val="ru-RU"/>
        </w:rPr>
      </w:pPr>
      <w:r w:rsidRPr="00000253">
        <w:rPr>
          <w:rFonts w:cs="Times New Roman"/>
          <w:lang w:val="ru-RU"/>
        </w:rPr>
        <w:t>Подраздел 2.10. Иные требования к предоставлению муниципальной услуги, в том числе учитывающие особенности предоставления муниципальной услуги в МФЦ и особенности предоставления муниципальной услуги в электронной форме</w:t>
      </w:r>
    </w:p>
    <w:p w:rsidR="00992920" w:rsidRDefault="00992920">
      <w:pPr>
        <w:spacing w:after="0" w:line="240" w:lineRule="auto"/>
        <w:ind w:firstLine="709"/>
        <w:jc w:val="both"/>
        <w:rPr>
          <w:rFonts w:cs="Times New Roman"/>
          <w:lang w:val="ru-RU"/>
        </w:rPr>
      </w:pPr>
    </w:p>
    <w:p w:rsidR="00550DD8" w:rsidRPr="00900163" w:rsidRDefault="00732384">
      <w:pPr>
        <w:spacing w:after="0" w:line="240" w:lineRule="auto"/>
        <w:ind w:firstLine="709"/>
        <w:jc w:val="both"/>
        <w:rPr>
          <w:lang w:val="ru-RU"/>
        </w:rPr>
      </w:pPr>
      <w:r w:rsidRPr="00900163">
        <w:rPr>
          <w:rFonts w:cs="Times New Roman"/>
          <w:lang w:val="ru-RU"/>
        </w:rPr>
        <w:t>Услуги,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 в соответствии с настоящим регламентом (при необходимости):</w:t>
      </w:r>
    </w:p>
    <w:p w:rsidR="00550DD8" w:rsidRPr="00900163" w:rsidRDefault="00732384">
      <w:pPr>
        <w:spacing w:after="0" w:line="240" w:lineRule="auto"/>
        <w:ind w:firstLine="709"/>
        <w:jc w:val="both"/>
        <w:rPr>
          <w:lang w:val="ru-RU"/>
        </w:rPr>
      </w:pPr>
      <w:r w:rsidRPr="00900163">
        <w:rPr>
          <w:rFonts w:cs="Times New Roman"/>
          <w:lang w:val="ru-RU"/>
        </w:rPr>
        <w:t>оформление нотариальной доверенности.</w:t>
      </w:r>
    </w:p>
    <w:p w:rsidR="00550DD8" w:rsidRPr="00900163" w:rsidRDefault="00732384">
      <w:pPr>
        <w:spacing w:after="0" w:line="240" w:lineRule="auto"/>
        <w:ind w:firstLine="709"/>
        <w:jc w:val="both"/>
        <w:rPr>
          <w:lang w:val="ru-RU"/>
        </w:rPr>
      </w:pPr>
      <w:r w:rsidRPr="00900163">
        <w:rPr>
          <w:rFonts w:cs="Times New Roman"/>
          <w:lang w:val="ru-RU"/>
        </w:rPr>
        <w:t>Взимание платы за предоставление услуг, которые являются необходимыми и обязательным и для предоставления муниципальной услуги, осуществляется в соответствии с действующим законодательством Российской Федерации.</w:t>
      </w:r>
    </w:p>
    <w:p w:rsidR="00550DD8" w:rsidRPr="00900163" w:rsidRDefault="00732384">
      <w:pPr>
        <w:spacing w:after="0" w:line="240" w:lineRule="auto"/>
        <w:ind w:firstLine="709"/>
        <w:jc w:val="both"/>
        <w:rPr>
          <w:lang w:val="ru-RU"/>
        </w:rPr>
      </w:pPr>
      <w:r w:rsidRPr="00900163">
        <w:rPr>
          <w:rFonts w:cs="Times New Roman"/>
          <w:lang w:val="ru-RU"/>
        </w:rPr>
        <w:t>В процессе предоставления муниципальной услуги используются следующие информационные системы: Портал.</w:t>
      </w:r>
    </w:p>
    <w:p w:rsidR="00550DD8" w:rsidRPr="00900163" w:rsidRDefault="00732384">
      <w:pPr>
        <w:spacing w:after="0" w:line="240" w:lineRule="auto"/>
        <w:ind w:firstLine="709"/>
        <w:jc w:val="both"/>
        <w:rPr>
          <w:lang w:val="ru-RU"/>
        </w:rPr>
      </w:pPr>
      <w:r w:rsidRPr="00900163">
        <w:rPr>
          <w:rFonts w:cs="Times New Roman"/>
          <w:lang w:val="ru-RU"/>
        </w:rPr>
        <w:t>Возможно предоставление законному представителю несовершеннолетнего, не являющемуся заявителем, результатов предоставления муниципальной услуги в отношении несовершеннолетнего, оформленных в форме документа на бумажном носителе в случае, если заявитель в момент подачи запроса о предоставлении муниципальной услуги выразил письменно желание получит ь запрашиваемые результаты предоставления муниципальной слуги в отношении несовершеннол</w:t>
      </w:r>
      <w:r w:rsidR="00000253">
        <w:rPr>
          <w:rFonts w:cs="Times New Roman"/>
          <w:lang w:val="ru-RU"/>
        </w:rPr>
        <w:t>етнего</w:t>
      </w:r>
      <w:r w:rsidRPr="00900163">
        <w:rPr>
          <w:rFonts w:cs="Times New Roman"/>
          <w:lang w:val="ru-RU"/>
        </w:rPr>
        <w:t xml:space="preserve"> лично.</w:t>
      </w:r>
    </w:p>
    <w:p w:rsidR="00550DD8" w:rsidRPr="00900163" w:rsidRDefault="00732384">
      <w:pPr>
        <w:spacing w:after="0" w:line="240" w:lineRule="auto"/>
        <w:ind w:firstLine="709"/>
        <w:jc w:val="both"/>
        <w:rPr>
          <w:lang w:val="ru-RU"/>
        </w:rPr>
      </w:pPr>
      <w:r w:rsidRPr="00900163">
        <w:rPr>
          <w:rFonts w:cs="Times New Roman"/>
          <w:lang w:val="ru-RU"/>
        </w:rPr>
        <w:t>Выдача результата предоставления муниципальной услуги в отношении несовершеннолетнего, оформленного в форме документа на бумажном носителе, законному представителю несовершеннолетнего, не являющемуся заявителем, осуществляется в порядке, способами и в сроки, как и при получении результата предоставления муниципальной услуги заявителем, законным представителем несовершеннолетнего, являющимся заявителем.</w:t>
      </w:r>
    </w:p>
    <w:p w:rsidR="00550DD8" w:rsidRPr="00900163" w:rsidRDefault="00732384">
      <w:pPr>
        <w:spacing w:after="0" w:line="240" w:lineRule="auto"/>
        <w:ind w:firstLine="709"/>
        <w:jc w:val="both"/>
        <w:rPr>
          <w:lang w:val="ru-RU"/>
        </w:rPr>
      </w:pPr>
      <w:r w:rsidRPr="00900163">
        <w:rPr>
          <w:rFonts w:cs="Times New Roman"/>
          <w:lang w:val="ru-RU"/>
        </w:rPr>
        <w:t>Предоставление муниципальной услуги осуществляется в том числе в МФЦ. МФЦ может быть принято решение об отказе в приёме запроса и документов и (или) информации, необходимы х для предоставления муниципальной услуги.</w:t>
      </w:r>
    </w:p>
    <w:p w:rsidR="00550DD8" w:rsidRPr="00900163" w:rsidRDefault="00732384">
      <w:pPr>
        <w:spacing w:after="0" w:line="240" w:lineRule="auto"/>
        <w:ind w:firstLine="709"/>
        <w:jc w:val="both"/>
        <w:rPr>
          <w:lang w:val="ru-RU"/>
        </w:rPr>
      </w:pPr>
      <w:r w:rsidRPr="00900163">
        <w:rPr>
          <w:rFonts w:cs="Times New Roman"/>
          <w:lang w:val="ru-RU"/>
        </w:rPr>
        <w:t>МФЦ может осуществлять выдачу заявителю результата предоставления муниципальной услуги, в том числе выдачу документов на бумажном носителе, подтверждающих содержание электронных документов, направленных в МФЦ по результатам предоставления муниципальной услуги органом, предоставляющим муниципальную услугу, а также выдачу документов, включая составление на бумажном носителе и заверение выписок из информационных систем органа, предоставляющего муниципальную услугу.</w:t>
      </w:r>
    </w:p>
    <w:p w:rsidR="00550DD8" w:rsidRPr="00900163" w:rsidRDefault="00732384">
      <w:pPr>
        <w:spacing w:after="0" w:line="240" w:lineRule="auto"/>
        <w:ind w:firstLine="709"/>
        <w:jc w:val="both"/>
        <w:rPr>
          <w:lang w:val="ru-RU"/>
        </w:rPr>
      </w:pPr>
      <w:r w:rsidRPr="00900163">
        <w:rPr>
          <w:rFonts w:cs="Times New Roman"/>
          <w:lang w:val="ru-RU"/>
        </w:rPr>
        <w:t xml:space="preserve">Предоставление муниципальной услуги по комплексному запросу в порядке, установленном статьёй 15.1 Федерального закона от 27.07.2010 года №210-ФЗ </w:t>
      </w:r>
      <w:r w:rsidR="00000253">
        <w:rPr>
          <w:rFonts w:cs="Times New Roman"/>
          <w:lang w:val="ru-RU"/>
        </w:rPr>
        <w:t>«</w:t>
      </w:r>
      <w:r w:rsidRPr="00900163">
        <w:rPr>
          <w:rFonts w:cs="Times New Roman"/>
          <w:lang w:val="ru-RU"/>
        </w:rPr>
        <w:t>Об организации предоставления государственных и муниципальных услуг</w:t>
      </w:r>
      <w:r w:rsidR="00000253">
        <w:rPr>
          <w:rFonts w:cs="Times New Roman"/>
          <w:lang w:val="ru-RU"/>
        </w:rPr>
        <w:t>»</w:t>
      </w:r>
      <w:r w:rsidRPr="00900163">
        <w:rPr>
          <w:rFonts w:cs="Times New Roman"/>
          <w:lang w:val="ru-RU"/>
        </w:rPr>
        <w:t>, не предусмотрено.</w:t>
      </w:r>
    </w:p>
    <w:p w:rsidR="00550DD8" w:rsidRPr="00000253" w:rsidRDefault="00732384" w:rsidP="00000253">
      <w:pPr>
        <w:spacing w:before="80" w:after="40" w:line="240" w:lineRule="auto"/>
        <w:ind w:firstLine="709"/>
        <w:jc w:val="both"/>
        <w:rPr>
          <w:lang w:val="ru-RU"/>
        </w:rPr>
      </w:pPr>
      <w:r w:rsidRPr="00000253">
        <w:rPr>
          <w:rFonts w:cs="Times New Roman"/>
          <w:lang w:val="ru-RU"/>
        </w:rPr>
        <w:t>Подраздел 2.11. Исчерпывающий перечень документов, н</w:t>
      </w:r>
      <w:r w:rsidR="00000253">
        <w:rPr>
          <w:rFonts w:cs="Times New Roman"/>
          <w:lang w:val="ru-RU"/>
        </w:rPr>
        <w:t>еобходимых для предоставления м</w:t>
      </w:r>
      <w:r w:rsidRPr="00000253">
        <w:rPr>
          <w:rFonts w:cs="Times New Roman"/>
          <w:lang w:val="ru-RU"/>
        </w:rPr>
        <w:t>униципальной услуги</w:t>
      </w:r>
    </w:p>
    <w:p w:rsidR="00550DD8" w:rsidRPr="00900163" w:rsidRDefault="00732384">
      <w:pPr>
        <w:spacing w:after="0" w:line="240" w:lineRule="auto"/>
        <w:ind w:firstLine="709"/>
        <w:jc w:val="both"/>
        <w:rPr>
          <w:lang w:val="ru-RU"/>
        </w:rPr>
      </w:pPr>
      <w:r w:rsidRPr="00900163">
        <w:rPr>
          <w:rFonts w:cs="Times New Roman"/>
          <w:lang w:val="ru-RU"/>
        </w:rPr>
        <w:lastRenderedPageBreak/>
        <w:t>Исчерпывающий перечень документов, необходимых в соответствии с законодательными и иными нормативными правовыми актами для предоставления муниципальной услуги, приведён в приложении № 3 к регламенту с учётом идентификаторов категорий (признаков) заявителей, способов подачи таких документов и (или) информации, а также требований к представлению документов заявителем, включая требования к формату, количеству, представлению документов только отдельными категориями заявителей и иные необходимые требования, с разделением на документ ы и информацию, которые заявитель должен представить самостоятельно, и документы,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w:t>
      </w:r>
    </w:p>
    <w:p w:rsidR="00550DD8" w:rsidRPr="00900163" w:rsidRDefault="00732384">
      <w:pPr>
        <w:spacing w:after="0" w:line="240" w:lineRule="auto"/>
        <w:ind w:firstLine="709"/>
        <w:jc w:val="both"/>
        <w:rPr>
          <w:lang w:val="ru-RU"/>
        </w:rPr>
      </w:pPr>
      <w:r w:rsidRPr="00900163">
        <w:rPr>
          <w:rFonts w:cs="Times New Roman"/>
          <w:lang w:val="ru-RU"/>
        </w:rPr>
        <w:t>Форм</w:t>
      </w:r>
      <w:r w:rsidR="00BA6565">
        <w:rPr>
          <w:rFonts w:cs="Times New Roman"/>
          <w:lang w:val="ru-RU"/>
        </w:rPr>
        <w:t>а</w:t>
      </w:r>
      <w:r w:rsidRPr="00900163">
        <w:rPr>
          <w:rFonts w:cs="Times New Roman"/>
          <w:lang w:val="ru-RU"/>
        </w:rPr>
        <w:t xml:space="preserve"> запроса о предоставлении муниципальной услуги и документов, необходимых для предоставления муниципальной услуги, приведен</w:t>
      </w:r>
      <w:r w:rsidR="00BA6565">
        <w:rPr>
          <w:rFonts w:cs="Times New Roman"/>
          <w:lang w:val="ru-RU"/>
        </w:rPr>
        <w:t>а</w:t>
      </w:r>
      <w:r w:rsidRPr="00900163">
        <w:rPr>
          <w:rFonts w:cs="Times New Roman"/>
          <w:lang w:val="ru-RU"/>
        </w:rPr>
        <w:t xml:space="preserve"> в приложении № 1 к регламенту.</w:t>
      </w:r>
    </w:p>
    <w:p w:rsidR="00550DD8" w:rsidRPr="00900163" w:rsidRDefault="00732384">
      <w:pPr>
        <w:spacing w:after="0" w:line="240" w:lineRule="auto"/>
        <w:ind w:firstLine="709"/>
        <w:jc w:val="both"/>
        <w:rPr>
          <w:lang w:val="ru-RU"/>
        </w:rPr>
      </w:pPr>
      <w:r w:rsidRPr="00900163">
        <w:rPr>
          <w:rFonts w:cs="Times New Roman"/>
          <w:lang w:val="ru-RU"/>
        </w:rPr>
        <w:t>Перечень способов подачи запроса о предоставлении муниципальной услуги и документов, необходимых для предоставления муниципальной услуги приведены в приложении № 3 к регламенту.</w:t>
      </w:r>
    </w:p>
    <w:p w:rsidR="00000253" w:rsidRDefault="00000253">
      <w:pPr>
        <w:spacing w:before="80" w:after="40" w:line="240" w:lineRule="auto"/>
        <w:rPr>
          <w:rFonts w:cs="Times New Roman"/>
          <w:b/>
          <w:lang w:val="ru-RU"/>
        </w:rPr>
      </w:pPr>
    </w:p>
    <w:p w:rsidR="00550DD8" w:rsidRPr="00000253" w:rsidRDefault="00732384" w:rsidP="00000253">
      <w:pPr>
        <w:spacing w:before="80" w:after="40" w:line="240" w:lineRule="auto"/>
        <w:ind w:firstLine="709"/>
        <w:jc w:val="both"/>
        <w:rPr>
          <w:lang w:val="ru-RU"/>
        </w:rPr>
      </w:pPr>
      <w:r w:rsidRPr="00000253">
        <w:rPr>
          <w:rFonts w:cs="Times New Roman"/>
          <w:lang w:val="ru-RU"/>
        </w:rPr>
        <w:t>Подраздел 2.12. Исчерпывающий перечень оснований для отказа в приеме запроса о предоставлении муниципальной услуги и документов, необходимых для предоставления муниципальной услуги, и исчерпывающий перечень оснований для приостановления предоставления муниципаль ной услуги или для отказа в предоставлении муниципальной услуги</w:t>
      </w:r>
    </w:p>
    <w:p w:rsidR="00000253" w:rsidRDefault="00000253">
      <w:pPr>
        <w:spacing w:after="0" w:line="240" w:lineRule="auto"/>
        <w:ind w:firstLine="709"/>
        <w:jc w:val="both"/>
        <w:rPr>
          <w:rFonts w:cs="Times New Roman"/>
          <w:lang w:val="ru-RU"/>
        </w:rPr>
      </w:pPr>
    </w:p>
    <w:p w:rsidR="00550DD8" w:rsidRPr="00900163" w:rsidRDefault="00732384">
      <w:pPr>
        <w:spacing w:after="0" w:line="240" w:lineRule="auto"/>
        <w:ind w:firstLine="709"/>
        <w:jc w:val="both"/>
        <w:rPr>
          <w:lang w:val="ru-RU"/>
        </w:rPr>
      </w:pPr>
      <w:r w:rsidRPr="00900163">
        <w:rPr>
          <w:rFonts w:cs="Times New Roman"/>
          <w:lang w:val="ru-RU"/>
        </w:rPr>
        <w:t>Перечень оснований для отказа в приёме запроса о предоставлении муниципальной услуги и документов, необходимых для предоставления муниципальной услуги, оснований для отказа в предоставлении муниципальной услуги приведены в приложении № 4 к регламенту с учётом категории (признаков) заявителя.</w:t>
      </w:r>
    </w:p>
    <w:p w:rsidR="00550DD8" w:rsidRPr="00900163" w:rsidRDefault="00732384">
      <w:pPr>
        <w:spacing w:after="0" w:line="240" w:lineRule="auto"/>
        <w:ind w:firstLine="709"/>
        <w:jc w:val="both"/>
        <w:rPr>
          <w:lang w:val="ru-RU"/>
        </w:rPr>
      </w:pPr>
      <w:r w:rsidRPr="00900163">
        <w:rPr>
          <w:rFonts w:cs="Times New Roman"/>
          <w:lang w:val="ru-RU"/>
        </w:rPr>
        <w:t>Основания для приостановления предоставления муниципальной услуги законодательством Российской Федерации не предусмотрены.</w:t>
      </w:r>
    </w:p>
    <w:p w:rsidR="00000253" w:rsidRDefault="00000253">
      <w:pPr>
        <w:spacing w:before="120" w:after="60" w:line="240" w:lineRule="auto"/>
        <w:jc w:val="center"/>
        <w:rPr>
          <w:rFonts w:cs="Times New Roman"/>
          <w:b/>
          <w:lang w:val="ru-RU"/>
        </w:rPr>
      </w:pPr>
    </w:p>
    <w:p w:rsidR="00550DD8" w:rsidRPr="00900163" w:rsidRDefault="00732384">
      <w:pPr>
        <w:spacing w:before="120" w:after="60" w:line="240" w:lineRule="auto"/>
        <w:jc w:val="center"/>
        <w:rPr>
          <w:lang w:val="ru-RU"/>
        </w:rPr>
      </w:pPr>
      <w:r w:rsidRPr="00900163">
        <w:rPr>
          <w:rFonts w:cs="Times New Roman"/>
          <w:b/>
          <w:lang w:val="ru-RU"/>
        </w:rPr>
        <w:t>Раздел 3. Состав, последовательность и сроки выполнения административных процедур</w:t>
      </w:r>
    </w:p>
    <w:p w:rsidR="00BE325D" w:rsidRDefault="00BE325D" w:rsidP="00000253">
      <w:pPr>
        <w:spacing w:before="80" w:after="40" w:line="240" w:lineRule="auto"/>
        <w:ind w:firstLine="709"/>
        <w:jc w:val="both"/>
        <w:rPr>
          <w:rFonts w:cs="Times New Roman"/>
          <w:lang w:val="ru-RU"/>
        </w:rPr>
      </w:pPr>
    </w:p>
    <w:p w:rsidR="00550DD8" w:rsidRPr="00000253" w:rsidRDefault="00732384" w:rsidP="00000253">
      <w:pPr>
        <w:spacing w:before="80" w:after="40" w:line="240" w:lineRule="auto"/>
        <w:ind w:firstLine="709"/>
        <w:jc w:val="both"/>
        <w:rPr>
          <w:lang w:val="ru-RU"/>
        </w:rPr>
      </w:pPr>
      <w:r w:rsidRPr="00000253">
        <w:rPr>
          <w:rFonts w:cs="Times New Roman"/>
          <w:lang w:val="ru-RU"/>
        </w:rPr>
        <w:t>Подраздел 3.1. Перечень осуществляемых при предоставлении муниципальной услуги административных процедур</w:t>
      </w:r>
    </w:p>
    <w:p w:rsidR="00000253" w:rsidRPr="00000253" w:rsidRDefault="00000253" w:rsidP="00000253">
      <w:pPr>
        <w:spacing w:after="0" w:line="240" w:lineRule="auto"/>
        <w:ind w:firstLine="709"/>
        <w:jc w:val="both"/>
        <w:rPr>
          <w:rFonts w:cs="Times New Roman"/>
          <w:lang w:val="ru-RU"/>
        </w:rPr>
      </w:pPr>
    </w:p>
    <w:p w:rsidR="00550DD8" w:rsidRPr="00900163" w:rsidRDefault="00732384">
      <w:pPr>
        <w:spacing w:after="0" w:line="240" w:lineRule="auto"/>
        <w:ind w:firstLine="709"/>
        <w:jc w:val="both"/>
        <w:rPr>
          <w:lang w:val="ru-RU"/>
        </w:rPr>
      </w:pPr>
      <w:r w:rsidRPr="00900163">
        <w:rPr>
          <w:rFonts w:cs="Times New Roman"/>
          <w:lang w:val="ru-RU"/>
        </w:rPr>
        <w:lastRenderedPageBreak/>
        <w:t>Перечень осуществляемых при предоставлении муниципальной услуги административных процедур:</w:t>
      </w:r>
    </w:p>
    <w:p w:rsidR="00550DD8" w:rsidRPr="00900163" w:rsidRDefault="00732384">
      <w:pPr>
        <w:spacing w:after="0" w:line="240" w:lineRule="auto"/>
        <w:ind w:firstLine="709"/>
        <w:jc w:val="both"/>
        <w:rPr>
          <w:lang w:val="ru-RU"/>
        </w:rPr>
      </w:pPr>
      <w:r w:rsidRPr="00900163">
        <w:rPr>
          <w:rFonts w:cs="Times New Roman"/>
          <w:lang w:val="ru-RU"/>
        </w:rPr>
        <w:t>приём заявления и прилагаемых документов, принятие решения об отказе в приёме заявления и документов и (или) информации, регистрация заявления и прилагаемых документов, передача принятых документов из МФЦ в уполномоченный орган (в случае обращения за получением муниципальной услуги через МФЦ);</w:t>
      </w:r>
    </w:p>
    <w:p w:rsidR="00550DD8" w:rsidRPr="00900163" w:rsidRDefault="00732384">
      <w:pPr>
        <w:spacing w:after="0" w:line="240" w:lineRule="auto"/>
        <w:ind w:firstLine="709"/>
        <w:jc w:val="both"/>
        <w:rPr>
          <w:lang w:val="ru-RU"/>
        </w:rPr>
      </w:pPr>
      <w:r w:rsidRPr="00900163">
        <w:rPr>
          <w:rFonts w:cs="Times New Roman"/>
          <w:lang w:val="ru-RU"/>
        </w:rPr>
        <w:t>рассмотрение заявления и прилагаемых документов, принятие решения о предоставлении</w:t>
      </w:r>
      <w:r w:rsidR="00000253">
        <w:rPr>
          <w:rFonts w:cs="Times New Roman"/>
          <w:lang w:val="ru-RU"/>
        </w:rPr>
        <w:t xml:space="preserve"> </w:t>
      </w:r>
      <w:r w:rsidRPr="00900163">
        <w:rPr>
          <w:rFonts w:cs="Times New Roman"/>
          <w:lang w:val="ru-RU"/>
        </w:rPr>
        <w:t>выписки из реестра муниципального имущества, об исправлении допущенных опечаток и ошибок в выданных в результате предоставления муниципальной услуги документах, выдаче дубликата документа, выданного по результату ранее предоставленной муниципальной услуги, или об отказе в предоставлении муниципальной услуги, подготовка результата предоставления муниципальной услуги, подписание результата предоставления муниципальной услуги;</w:t>
      </w:r>
    </w:p>
    <w:p w:rsidR="00550DD8" w:rsidRPr="00900163" w:rsidRDefault="00732384" w:rsidP="008139A8">
      <w:pPr>
        <w:spacing w:after="0" w:line="240" w:lineRule="auto"/>
        <w:ind w:firstLine="709"/>
        <w:jc w:val="both"/>
        <w:rPr>
          <w:lang w:val="ru-RU"/>
        </w:rPr>
      </w:pPr>
      <w:r w:rsidRPr="00900163">
        <w:rPr>
          <w:rFonts w:cs="Times New Roman"/>
          <w:lang w:val="ru-RU"/>
        </w:rPr>
        <w:t>передача результата предоставления муниципальной услуги в МФЦ для выдачи заявителю</w:t>
      </w:r>
      <w:r w:rsidR="00000253">
        <w:rPr>
          <w:rFonts w:cs="Times New Roman"/>
          <w:lang w:val="ru-RU"/>
        </w:rPr>
        <w:t xml:space="preserve"> </w:t>
      </w:r>
      <w:r w:rsidRPr="00900163">
        <w:rPr>
          <w:rFonts w:cs="Times New Roman"/>
          <w:lang w:val="ru-RU"/>
        </w:rPr>
        <w:t>(в случае обращения за получением муниципальной услуги через МФЦ), выдача результата предоставления муниципальной услуги, направление заявителю сканированной копии результата предоставления муниципальной услуги (в случае обращения за получением муниципальной услуги посредством Портала).</w:t>
      </w:r>
    </w:p>
    <w:p w:rsidR="00000253" w:rsidRDefault="00000253" w:rsidP="008139A8">
      <w:pPr>
        <w:spacing w:after="0" w:line="240" w:lineRule="auto"/>
        <w:rPr>
          <w:rFonts w:cs="Times New Roman"/>
          <w:b/>
          <w:lang w:val="ru-RU"/>
        </w:rPr>
      </w:pPr>
    </w:p>
    <w:p w:rsidR="00550DD8" w:rsidRPr="00000253" w:rsidRDefault="00732384" w:rsidP="008139A8">
      <w:pPr>
        <w:spacing w:after="0" w:line="240" w:lineRule="auto"/>
        <w:ind w:firstLine="709"/>
        <w:jc w:val="both"/>
        <w:rPr>
          <w:lang w:val="ru-RU"/>
        </w:rPr>
      </w:pPr>
      <w:r w:rsidRPr="00000253">
        <w:rPr>
          <w:rFonts w:cs="Times New Roman"/>
          <w:lang w:val="ru-RU"/>
        </w:rPr>
        <w:t>Подраздел 3.2. Описание административных процедур, осуществляемых при предоставлении муниципальной услуги</w:t>
      </w:r>
    </w:p>
    <w:p w:rsidR="00000253" w:rsidRDefault="00000253" w:rsidP="008139A8">
      <w:pPr>
        <w:spacing w:after="0" w:line="240" w:lineRule="auto"/>
        <w:ind w:firstLine="709"/>
        <w:jc w:val="both"/>
        <w:rPr>
          <w:rFonts w:cs="Times New Roman"/>
          <w:lang w:val="ru-RU"/>
        </w:rPr>
      </w:pPr>
    </w:p>
    <w:p w:rsidR="00550DD8" w:rsidRPr="00900163" w:rsidRDefault="00732384" w:rsidP="008139A8">
      <w:pPr>
        <w:spacing w:after="0" w:line="240" w:lineRule="auto"/>
        <w:ind w:firstLine="709"/>
        <w:jc w:val="both"/>
        <w:rPr>
          <w:lang w:val="ru-RU"/>
        </w:rPr>
      </w:pPr>
      <w:r w:rsidRPr="00900163">
        <w:rPr>
          <w:rFonts w:cs="Times New Roman"/>
          <w:lang w:val="ru-RU"/>
        </w:rPr>
        <w:t>Настоящим регламентом не предусмотрено осуществление административной процедуры, в рамках которой проводится оценка сведений о заявителе и (или) объектах, принадлежащих заявителю, и (или) иных объектах, а также знаний (навыков) заявителя на предмет их соответствия требованиям законодательства Российской Федерации (за исключением требований, которые проверяются в рамках процедуры принятия решения о предоставлении (отказе в предоставлении) муниципальной услуги, либо административной процедуры, предполагающей осуществляемое после принятия решения о предоставлении муниципальной услуги распределение в отношении заявителя ограниченного ресурса (в том числе земельных участков, радиочастот, квот), либо административной процедуры получения дополнительных сведений от заявителя, либо административной процедуры приостановления предоставления муниципальной услуги, повторение которой в рамках предоставления одной муниципальной услуги допускается два и более раза).</w:t>
      </w:r>
    </w:p>
    <w:p w:rsidR="00000253" w:rsidRDefault="00000253" w:rsidP="00831AC7">
      <w:pPr>
        <w:spacing w:after="0" w:line="240" w:lineRule="auto"/>
        <w:rPr>
          <w:rFonts w:cs="Times New Roman"/>
          <w:b/>
          <w:lang w:val="ru-RU"/>
        </w:rPr>
      </w:pPr>
    </w:p>
    <w:p w:rsidR="00550DD8" w:rsidRPr="00000253" w:rsidRDefault="00732384" w:rsidP="00831AC7">
      <w:pPr>
        <w:spacing w:after="0" w:line="240" w:lineRule="auto"/>
        <w:ind w:firstLine="709"/>
        <w:jc w:val="both"/>
        <w:rPr>
          <w:lang w:val="ru-RU"/>
        </w:rPr>
      </w:pPr>
      <w:r w:rsidRPr="00000253">
        <w:rPr>
          <w:rFonts w:cs="Times New Roman"/>
          <w:lang w:val="ru-RU"/>
        </w:rPr>
        <w:lastRenderedPageBreak/>
        <w:t>Подраздел 3.3. Описание муниципальной услуги в упреждающем (</w:t>
      </w:r>
      <w:proofErr w:type="spellStart"/>
      <w:r w:rsidRPr="00000253">
        <w:rPr>
          <w:rFonts w:cs="Times New Roman"/>
          <w:lang w:val="ru-RU"/>
        </w:rPr>
        <w:t>проактивном</w:t>
      </w:r>
      <w:proofErr w:type="spellEnd"/>
      <w:r w:rsidRPr="00000253">
        <w:rPr>
          <w:rFonts w:cs="Times New Roman"/>
          <w:lang w:val="ru-RU"/>
        </w:rPr>
        <w:t>) режиме</w:t>
      </w:r>
    </w:p>
    <w:p w:rsidR="00000253" w:rsidRDefault="00000253" w:rsidP="00831AC7">
      <w:pPr>
        <w:spacing w:after="0" w:line="240" w:lineRule="auto"/>
        <w:ind w:firstLine="709"/>
        <w:jc w:val="both"/>
        <w:rPr>
          <w:rFonts w:cs="Times New Roman"/>
          <w:lang w:val="ru-RU"/>
        </w:rPr>
      </w:pPr>
    </w:p>
    <w:p w:rsidR="00550DD8" w:rsidRPr="00900163" w:rsidRDefault="00732384" w:rsidP="00831AC7">
      <w:pPr>
        <w:spacing w:after="0" w:line="240" w:lineRule="auto"/>
        <w:ind w:firstLine="709"/>
        <w:jc w:val="both"/>
        <w:rPr>
          <w:lang w:val="ru-RU"/>
        </w:rPr>
      </w:pPr>
      <w:r w:rsidRPr="00900163">
        <w:rPr>
          <w:rFonts w:cs="Times New Roman"/>
          <w:lang w:val="ru-RU"/>
        </w:rPr>
        <w:t>Предоставление муниципальной услуги в упреждающем (</w:t>
      </w:r>
      <w:proofErr w:type="spellStart"/>
      <w:r w:rsidRPr="00900163">
        <w:rPr>
          <w:rFonts w:cs="Times New Roman"/>
          <w:lang w:val="ru-RU"/>
        </w:rPr>
        <w:t>проактивном</w:t>
      </w:r>
      <w:proofErr w:type="spellEnd"/>
      <w:r w:rsidRPr="00900163">
        <w:rPr>
          <w:rFonts w:cs="Times New Roman"/>
          <w:lang w:val="ru-RU"/>
        </w:rPr>
        <w:t>) режиме не осуществляется.</w:t>
      </w:r>
    </w:p>
    <w:p w:rsidR="00550DD8" w:rsidRPr="00900163" w:rsidRDefault="00732384">
      <w:pPr>
        <w:spacing w:before="120" w:after="60" w:line="240" w:lineRule="auto"/>
        <w:jc w:val="center"/>
        <w:rPr>
          <w:lang w:val="ru-RU"/>
        </w:rPr>
      </w:pPr>
      <w:r w:rsidRPr="00900163">
        <w:rPr>
          <w:rFonts w:cs="Times New Roman"/>
          <w:b/>
          <w:lang w:val="ru-RU"/>
        </w:rPr>
        <w:t>Раздел 4. Способы информирования заявителя об изменении статуса рассмотрения запроса о предоставлении муниципальной услуги</w:t>
      </w:r>
    </w:p>
    <w:p w:rsidR="00A23A47" w:rsidRDefault="00A23A47">
      <w:pPr>
        <w:spacing w:after="0" w:line="240" w:lineRule="auto"/>
        <w:ind w:firstLine="709"/>
        <w:jc w:val="both"/>
        <w:rPr>
          <w:rFonts w:cs="Times New Roman"/>
          <w:lang w:val="ru-RU"/>
        </w:rPr>
      </w:pPr>
    </w:p>
    <w:p w:rsidR="00550DD8" w:rsidRPr="00900163" w:rsidRDefault="00732384">
      <w:pPr>
        <w:spacing w:after="0" w:line="240" w:lineRule="auto"/>
        <w:ind w:firstLine="709"/>
        <w:jc w:val="both"/>
        <w:rPr>
          <w:lang w:val="ru-RU"/>
        </w:rPr>
      </w:pPr>
      <w:r w:rsidRPr="00900163">
        <w:rPr>
          <w:rFonts w:cs="Times New Roman"/>
          <w:lang w:val="ru-RU"/>
        </w:rPr>
        <w:t>Для заявителей обеспечивается возможность осуществлять с использованием Портала по лучение сведений о ходе выполнения запроса о предоставлении муниципальной услуги.</w:t>
      </w:r>
    </w:p>
    <w:p w:rsidR="00550DD8" w:rsidRPr="00900163" w:rsidRDefault="00732384">
      <w:pPr>
        <w:spacing w:after="0" w:line="240" w:lineRule="auto"/>
        <w:ind w:firstLine="709"/>
        <w:jc w:val="both"/>
        <w:rPr>
          <w:lang w:val="ru-RU"/>
        </w:rPr>
      </w:pPr>
      <w:r w:rsidRPr="00900163">
        <w:rPr>
          <w:rFonts w:cs="Times New Roman"/>
          <w:lang w:val="ru-RU"/>
        </w:rPr>
        <w:t>Сведения о ходе и результате выполнения запроса о предоставлении муниципальной услуги в электронном виде заявителю представляются в виде уведомления в личном кабинете заявителя на Портале.</w:t>
      </w:r>
    </w:p>
    <w:p w:rsidR="00550DD8" w:rsidRPr="00900163" w:rsidRDefault="00732384">
      <w:pPr>
        <w:spacing w:after="0" w:line="240" w:lineRule="auto"/>
        <w:ind w:firstLine="709"/>
        <w:jc w:val="both"/>
        <w:rPr>
          <w:lang w:val="ru-RU"/>
        </w:rPr>
      </w:pPr>
      <w:r w:rsidRPr="00900163">
        <w:rPr>
          <w:rFonts w:cs="Times New Roman"/>
          <w:lang w:val="ru-RU"/>
        </w:rPr>
        <w:t>Информация о ходе предоставления муниципальной услуги направляется заявителю уполномоченным органом в срок, не превышающий одного рабочего дня после завершения выполнения соответствующего действия, на адрес электронной почты или с использованием средств Портала по выбору заявителя.</w:t>
      </w:r>
    </w:p>
    <w:p w:rsidR="00550DD8" w:rsidRPr="00900163" w:rsidRDefault="00732384">
      <w:pPr>
        <w:spacing w:after="0" w:line="240" w:lineRule="auto"/>
        <w:ind w:firstLine="709"/>
        <w:jc w:val="both"/>
        <w:rPr>
          <w:lang w:val="ru-RU"/>
        </w:rPr>
      </w:pPr>
      <w:r w:rsidRPr="00900163">
        <w:rPr>
          <w:rFonts w:cs="Times New Roman"/>
          <w:lang w:val="ru-RU"/>
        </w:rPr>
        <w:t>При предоставлении муниципальной услуги в электронной форме заявителю направляется:</w:t>
      </w:r>
    </w:p>
    <w:p w:rsidR="00550DD8" w:rsidRPr="00900163" w:rsidRDefault="00732384">
      <w:pPr>
        <w:spacing w:after="0" w:line="240" w:lineRule="auto"/>
        <w:ind w:firstLine="709"/>
        <w:jc w:val="both"/>
        <w:rPr>
          <w:lang w:val="ru-RU"/>
        </w:rPr>
      </w:pPr>
      <w:r w:rsidRPr="00900163">
        <w:rPr>
          <w:rFonts w:cs="Times New Roman"/>
          <w:lang w:val="ru-RU"/>
        </w:rPr>
        <w:t>а) уведомление о приёме и регистрации запроса и иных документов, необходимых для предоставления муниципальной услуги;</w:t>
      </w:r>
    </w:p>
    <w:p w:rsidR="00550DD8" w:rsidRPr="00900163" w:rsidRDefault="00732384">
      <w:pPr>
        <w:spacing w:after="0" w:line="240" w:lineRule="auto"/>
        <w:ind w:firstLine="709"/>
        <w:jc w:val="both"/>
        <w:rPr>
          <w:lang w:val="ru-RU"/>
        </w:rPr>
      </w:pPr>
      <w:r w:rsidRPr="00900163">
        <w:rPr>
          <w:rFonts w:cs="Times New Roman"/>
          <w:lang w:val="ru-RU"/>
        </w:rPr>
        <w:t>б) уведомление о начале процедуры предоставления муниципальной услуги;</w:t>
      </w:r>
    </w:p>
    <w:p w:rsidR="00550DD8" w:rsidRPr="00900163" w:rsidRDefault="00732384">
      <w:pPr>
        <w:spacing w:after="0" w:line="240" w:lineRule="auto"/>
        <w:ind w:firstLine="709"/>
        <w:jc w:val="both"/>
        <w:rPr>
          <w:lang w:val="ru-RU"/>
        </w:rPr>
      </w:pPr>
      <w:r w:rsidRPr="00900163">
        <w:rPr>
          <w:rFonts w:cs="Times New Roman"/>
          <w:lang w:val="ru-RU"/>
        </w:rPr>
        <w:t>в) уведомление об окончании предоставления муниципальной услуги либо мотивированном отказе в приёме запроса и иных документов, необходимых для предоставления муниципальной услуги;</w:t>
      </w:r>
    </w:p>
    <w:p w:rsidR="00550DD8" w:rsidRPr="00900163" w:rsidRDefault="00732384">
      <w:pPr>
        <w:spacing w:after="0" w:line="240" w:lineRule="auto"/>
        <w:ind w:firstLine="709"/>
        <w:jc w:val="both"/>
        <w:rPr>
          <w:lang w:val="ru-RU"/>
        </w:rPr>
      </w:pPr>
      <w:r w:rsidRPr="00900163">
        <w:rPr>
          <w:rFonts w:cs="Times New Roman"/>
          <w:lang w:val="ru-RU"/>
        </w:rPr>
        <w:t>г) уведомление о результатах рассмотрения документов, необходимых для предоставления муниципальной услуги;</w:t>
      </w:r>
    </w:p>
    <w:p w:rsidR="00550DD8" w:rsidRPr="00900163" w:rsidRDefault="00732384">
      <w:pPr>
        <w:spacing w:after="0" w:line="240" w:lineRule="auto"/>
        <w:ind w:firstLine="709"/>
        <w:jc w:val="both"/>
        <w:rPr>
          <w:lang w:val="ru-RU"/>
        </w:rPr>
      </w:pPr>
      <w:r w:rsidRPr="00900163">
        <w:rPr>
          <w:rFonts w:cs="Times New Roman"/>
          <w:lang w:val="ru-RU"/>
        </w:rPr>
        <w:t>д) уведомление о возможности получить результат предоставления муниципальной услуги либо мотивированный отказ в предоставлении муниципальной услуги;</w:t>
      </w:r>
    </w:p>
    <w:p w:rsidR="00550DD8" w:rsidRPr="00900163" w:rsidRDefault="00732384">
      <w:pPr>
        <w:spacing w:after="0" w:line="240" w:lineRule="auto"/>
        <w:ind w:firstLine="709"/>
        <w:jc w:val="both"/>
        <w:rPr>
          <w:lang w:val="ru-RU"/>
        </w:rPr>
      </w:pPr>
      <w:r w:rsidRPr="00900163">
        <w:rPr>
          <w:rFonts w:cs="Times New Roman"/>
          <w:lang w:val="ru-RU"/>
        </w:rPr>
        <w:t>е) уведомление о мотивированном отказе в предоставлении муниципальной услуги.</w:t>
      </w:r>
    </w:p>
    <w:p w:rsidR="00831AC7" w:rsidRDefault="00831AC7" w:rsidP="00B82E8C">
      <w:pPr>
        <w:spacing w:after="0" w:line="240" w:lineRule="auto"/>
        <w:ind w:firstLine="5103"/>
        <w:rPr>
          <w:szCs w:val="28"/>
          <w:lang w:val="ru-RU"/>
        </w:rPr>
      </w:pPr>
    </w:p>
    <w:p w:rsidR="008139A8" w:rsidRDefault="008139A8" w:rsidP="00B82E8C">
      <w:pPr>
        <w:spacing w:after="0" w:line="240" w:lineRule="auto"/>
        <w:ind w:firstLine="5103"/>
        <w:rPr>
          <w:szCs w:val="28"/>
          <w:lang w:val="ru-RU"/>
        </w:rPr>
      </w:pPr>
    </w:p>
    <w:p w:rsidR="008139A8" w:rsidRDefault="008139A8" w:rsidP="00B82E8C">
      <w:pPr>
        <w:spacing w:after="0" w:line="240" w:lineRule="auto"/>
        <w:ind w:firstLine="5103"/>
        <w:rPr>
          <w:szCs w:val="28"/>
          <w:lang w:val="ru-RU"/>
        </w:rPr>
      </w:pPr>
    </w:p>
    <w:p w:rsidR="00BE325D" w:rsidRDefault="00831AC7" w:rsidP="00831AC7">
      <w:pPr>
        <w:spacing w:after="0" w:line="240" w:lineRule="auto"/>
        <w:rPr>
          <w:rFonts w:cs="Times New Roman"/>
          <w:lang w:val="ru-RU"/>
        </w:rPr>
        <w:sectPr w:rsidR="00BE325D" w:rsidSect="00BE325D">
          <w:pgSz w:w="12240" w:h="15840"/>
          <w:pgMar w:top="1134" w:right="567" w:bottom="1134" w:left="1701" w:header="709" w:footer="709" w:gutter="0"/>
          <w:pgNumType w:start="1"/>
          <w:cols w:space="720"/>
          <w:titlePg/>
          <w:docGrid w:linePitch="381"/>
        </w:sectPr>
      </w:pPr>
      <w:r w:rsidRPr="00900163">
        <w:rPr>
          <w:rFonts w:cs="Times New Roman"/>
          <w:lang w:val="ru-RU"/>
        </w:rPr>
        <w:t>Глава Новоджерелиевского сельского поселения</w:t>
      </w:r>
      <w:r w:rsidRPr="00900163">
        <w:rPr>
          <w:rFonts w:cs="Times New Roman"/>
          <w:lang w:val="ru-RU"/>
        </w:rPr>
        <w:br/>
        <w:t>Брюховецкого муниципального района</w:t>
      </w:r>
      <w:r w:rsidRPr="00900163">
        <w:rPr>
          <w:rFonts w:cs="Times New Roman"/>
          <w:lang w:val="ru-RU"/>
        </w:rPr>
        <w:br/>
        <w:t xml:space="preserve">Краснодарского края               </w:t>
      </w:r>
      <w:r>
        <w:rPr>
          <w:rFonts w:cs="Times New Roman"/>
          <w:lang w:val="ru-RU"/>
        </w:rPr>
        <w:t xml:space="preserve">                                          </w:t>
      </w:r>
      <w:r w:rsidRPr="00900163">
        <w:rPr>
          <w:rFonts w:cs="Times New Roman"/>
          <w:lang w:val="ru-RU"/>
        </w:rPr>
        <w:t xml:space="preserve">                       О.В. Ткаченко</w:t>
      </w:r>
    </w:p>
    <w:p w:rsidR="00B82E8C" w:rsidRPr="002E7D98" w:rsidRDefault="00B82E8C" w:rsidP="00B82E8C">
      <w:pPr>
        <w:spacing w:after="0" w:line="240" w:lineRule="auto"/>
        <w:ind w:firstLine="5103"/>
        <w:rPr>
          <w:szCs w:val="28"/>
          <w:lang w:val="ru-RU"/>
        </w:rPr>
      </w:pPr>
      <w:r w:rsidRPr="002E7D98">
        <w:rPr>
          <w:szCs w:val="28"/>
          <w:lang w:val="ru-RU"/>
        </w:rPr>
        <w:lastRenderedPageBreak/>
        <w:t xml:space="preserve">ПРИЛОЖЕНИЕ </w:t>
      </w:r>
      <w:r>
        <w:rPr>
          <w:szCs w:val="28"/>
          <w:lang w:val="ru-RU"/>
        </w:rPr>
        <w:t>№ 1</w:t>
      </w:r>
    </w:p>
    <w:p w:rsidR="00B82E8C" w:rsidRPr="002E7D98" w:rsidRDefault="00B82E8C" w:rsidP="00B82E8C">
      <w:pPr>
        <w:spacing w:after="0" w:line="240" w:lineRule="auto"/>
        <w:ind w:firstLine="5103"/>
        <w:rPr>
          <w:szCs w:val="28"/>
          <w:lang w:val="ru-RU"/>
        </w:rPr>
      </w:pPr>
      <w:r w:rsidRPr="002E7D98">
        <w:rPr>
          <w:szCs w:val="28"/>
          <w:lang w:val="ru-RU"/>
        </w:rPr>
        <w:t>к административному регламенту</w:t>
      </w:r>
    </w:p>
    <w:p w:rsidR="00B82E8C" w:rsidRPr="002E7D98" w:rsidRDefault="00B82E8C" w:rsidP="00B82E8C">
      <w:pPr>
        <w:spacing w:after="0" w:line="240" w:lineRule="auto"/>
        <w:ind w:firstLine="5103"/>
        <w:rPr>
          <w:szCs w:val="28"/>
          <w:lang w:val="ru-RU"/>
        </w:rPr>
      </w:pPr>
      <w:r w:rsidRPr="002E7D98">
        <w:rPr>
          <w:szCs w:val="28"/>
          <w:lang w:val="ru-RU"/>
        </w:rPr>
        <w:t>предоставления администрацией</w:t>
      </w:r>
    </w:p>
    <w:p w:rsidR="00B82E8C" w:rsidRDefault="00B82E8C" w:rsidP="00B82E8C">
      <w:pPr>
        <w:spacing w:after="0" w:line="240" w:lineRule="auto"/>
        <w:ind w:firstLine="5103"/>
        <w:rPr>
          <w:szCs w:val="28"/>
          <w:lang w:val="ru-RU"/>
        </w:rPr>
      </w:pPr>
      <w:r w:rsidRPr="002E7D98">
        <w:rPr>
          <w:szCs w:val="28"/>
          <w:lang w:val="ru-RU"/>
        </w:rPr>
        <w:t>Новоджерелиевского сельского</w:t>
      </w:r>
    </w:p>
    <w:p w:rsidR="00B82E8C" w:rsidRDefault="00B82E8C" w:rsidP="00B82E8C">
      <w:pPr>
        <w:spacing w:after="0" w:line="240" w:lineRule="auto"/>
        <w:ind w:firstLine="5103"/>
        <w:rPr>
          <w:szCs w:val="28"/>
          <w:lang w:val="ru-RU"/>
        </w:rPr>
      </w:pPr>
      <w:r>
        <w:rPr>
          <w:szCs w:val="28"/>
          <w:lang w:val="ru-RU"/>
        </w:rPr>
        <w:t>п</w:t>
      </w:r>
      <w:r w:rsidRPr="002E7D98">
        <w:rPr>
          <w:szCs w:val="28"/>
          <w:lang w:val="ru-RU"/>
        </w:rPr>
        <w:t>оселения</w:t>
      </w:r>
      <w:r>
        <w:rPr>
          <w:szCs w:val="28"/>
          <w:lang w:val="ru-RU"/>
        </w:rPr>
        <w:t xml:space="preserve"> Брюховецкого</w:t>
      </w:r>
    </w:p>
    <w:p w:rsidR="00B82E8C" w:rsidRPr="002E7D98" w:rsidRDefault="00B82E8C" w:rsidP="00B82E8C">
      <w:pPr>
        <w:spacing w:after="0" w:line="240" w:lineRule="auto"/>
        <w:ind w:firstLine="5103"/>
        <w:rPr>
          <w:szCs w:val="28"/>
          <w:lang w:val="ru-RU"/>
        </w:rPr>
      </w:pPr>
      <w:r w:rsidRPr="002E7D98">
        <w:rPr>
          <w:szCs w:val="28"/>
          <w:lang w:val="ru-RU"/>
        </w:rPr>
        <w:t>муниципального района</w:t>
      </w:r>
    </w:p>
    <w:p w:rsidR="00B82E8C" w:rsidRDefault="00B82E8C" w:rsidP="00B82E8C">
      <w:pPr>
        <w:spacing w:after="0" w:line="240" w:lineRule="auto"/>
        <w:ind w:firstLine="5103"/>
        <w:rPr>
          <w:szCs w:val="28"/>
          <w:lang w:val="ru-RU"/>
        </w:rPr>
      </w:pPr>
      <w:r w:rsidRPr="002E7D98">
        <w:rPr>
          <w:szCs w:val="28"/>
          <w:lang w:val="ru-RU"/>
        </w:rPr>
        <w:t>Краснодарского края муниципальной</w:t>
      </w:r>
    </w:p>
    <w:p w:rsidR="00B82E8C" w:rsidRDefault="00B82E8C" w:rsidP="00B82E8C">
      <w:pPr>
        <w:spacing w:after="0" w:line="240" w:lineRule="auto"/>
        <w:ind w:firstLine="5103"/>
        <w:rPr>
          <w:szCs w:val="28"/>
          <w:lang w:val="ru-RU"/>
        </w:rPr>
      </w:pPr>
      <w:r>
        <w:rPr>
          <w:szCs w:val="28"/>
          <w:lang w:val="ru-RU"/>
        </w:rPr>
        <w:t>услуги «Предоставление выписки</w:t>
      </w:r>
    </w:p>
    <w:p w:rsidR="00B82E8C" w:rsidRPr="002E7D98" w:rsidRDefault="00B82E8C" w:rsidP="00B82E8C">
      <w:pPr>
        <w:spacing w:after="0" w:line="240" w:lineRule="auto"/>
        <w:ind w:firstLine="5103"/>
        <w:rPr>
          <w:szCs w:val="28"/>
          <w:lang w:val="ru-RU"/>
        </w:rPr>
      </w:pPr>
      <w:r>
        <w:rPr>
          <w:szCs w:val="28"/>
          <w:lang w:val="ru-RU"/>
        </w:rPr>
        <w:t>из реестра муниципального имущества»</w:t>
      </w:r>
    </w:p>
    <w:p w:rsidR="00B82E8C" w:rsidRDefault="00B82E8C" w:rsidP="00B82E8C">
      <w:pPr>
        <w:spacing w:after="0" w:line="240" w:lineRule="auto"/>
        <w:ind w:firstLine="5103"/>
        <w:jc w:val="both"/>
        <w:rPr>
          <w:rFonts w:cs="Times New Roman"/>
          <w:sz w:val="24"/>
          <w:lang w:val="ru-RU"/>
        </w:rPr>
      </w:pPr>
    </w:p>
    <w:p w:rsidR="00B82E8C" w:rsidRDefault="00B82E8C" w:rsidP="00B82E8C">
      <w:pPr>
        <w:spacing w:after="0" w:line="240" w:lineRule="auto"/>
        <w:ind w:firstLine="5103"/>
        <w:jc w:val="both"/>
        <w:rPr>
          <w:rFonts w:cs="Times New Roman"/>
          <w:sz w:val="24"/>
          <w:lang w:val="ru-RU"/>
        </w:rPr>
      </w:pPr>
    </w:p>
    <w:p w:rsidR="00B82E8C" w:rsidRDefault="00B82E8C" w:rsidP="00B82E8C">
      <w:pPr>
        <w:spacing w:after="0" w:line="240" w:lineRule="auto"/>
        <w:ind w:firstLine="5103"/>
        <w:jc w:val="both"/>
        <w:rPr>
          <w:rFonts w:cs="Times New Roman"/>
          <w:sz w:val="24"/>
          <w:lang w:val="ru-RU"/>
        </w:rPr>
      </w:pPr>
    </w:p>
    <w:p w:rsidR="00B82E8C" w:rsidRDefault="00B82E8C" w:rsidP="00B82E8C">
      <w:pPr>
        <w:spacing w:after="0" w:line="240" w:lineRule="auto"/>
        <w:ind w:firstLine="5103"/>
        <w:jc w:val="both"/>
        <w:rPr>
          <w:rFonts w:cs="Times New Roman"/>
          <w:sz w:val="24"/>
          <w:lang w:val="ru-RU"/>
        </w:rPr>
      </w:pPr>
    </w:p>
    <w:p w:rsidR="00550DD8" w:rsidRPr="005E3DC7" w:rsidRDefault="00732384" w:rsidP="00B82E8C">
      <w:pPr>
        <w:spacing w:after="0" w:line="240" w:lineRule="auto"/>
        <w:ind w:firstLine="5103"/>
        <w:jc w:val="both"/>
        <w:rPr>
          <w:szCs w:val="28"/>
          <w:lang w:val="ru-RU"/>
        </w:rPr>
      </w:pPr>
      <w:r w:rsidRPr="005E3DC7">
        <w:rPr>
          <w:rFonts w:cs="Times New Roman"/>
          <w:szCs w:val="28"/>
          <w:lang w:val="ru-RU"/>
        </w:rPr>
        <w:t>Главе</w:t>
      </w:r>
    </w:p>
    <w:p w:rsidR="00550DD8" w:rsidRPr="005E3DC7" w:rsidRDefault="00732384" w:rsidP="00B82E8C">
      <w:pPr>
        <w:spacing w:after="0" w:line="240" w:lineRule="auto"/>
        <w:ind w:firstLine="5103"/>
        <w:jc w:val="both"/>
        <w:rPr>
          <w:szCs w:val="28"/>
          <w:lang w:val="ru-RU"/>
        </w:rPr>
      </w:pPr>
      <w:r w:rsidRPr="005E3DC7">
        <w:rPr>
          <w:rFonts w:cs="Times New Roman"/>
          <w:szCs w:val="28"/>
          <w:lang w:val="ru-RU"/>
        </w:rPr>
        <w:t>_________________________</w:t>
      </w:r>
    </w:p>
    <w:p w:rsidR="00550DD8" w:rsidRPr="005E3DC7" w:rsidRDefault="00732384" w:rsidP="00B82E8C">
      <w:pPr>
        <w:spacing w:after="0" w:line="240" w:lineRule="auto"/>
        <w:ind w:firstLine="5103"/>
        <w:jc w:val="both"/>
        <w:rPr>
          <w:szCs w:val="28"/>
          <w:lang w:val="ru-RU"/>
        </w:rPr>
      </w:pPr>
      <w:r w:rsidRPr="005E3DC7">
        <w:rPr>
          <w:rFonts w:cs="Times New Roman"/>
          <w:szCs w:val="28"/>
          <w:lang w:val="ru-RU"/>
        </w:rPr>
        <w:t>(Ф.И.О.)</w:t>
      </w:r>
    </w:p>
    <w:p w:rsidR="00B82E8C" w:rsidRDefault="00B82E8C">
      <w:pPr>
        <w:spacing w:after="0" w:line="240" w:lineRule="auto"/>
        <w:ind w:firstLine="709"/>
        <w:jc w:val="both"/>
        <w:rPr>
          <w:rFonts w:cs="Times New Roman"/>
          <w:sz w:val="24"/>
          <w:lang w:val="ru-RU"/>
        </w:rPr>
      </w:pPr>
    </w:p>
    <w:p w:rsidR="00B82E8C" w:rsidRDefault="00B82E8C">
      <w:pPr>
        <w:spacing w:after="0" w:line="240" w:lineRule="auto"/>
        <w:ind w:firstLine="709"/>
        <w:jc w:val="both"/>
        <w:rPr>
          <w:rFonts w:cs="Times New Roman"/>
          <w:sz w:val="24"/>
          <w:lang w:val="ru-RU"/>
        </w:rPr>
      </w:pPr>
    </w:p>
    <w:p w:rsidR="00550DD8" w:rsidRDefault="00732384" w:rsidP="00B82E8C">
      <w:pPr>
        <w:spacing w:after="0" w:line="240" w:lineRule="auto"/>
        <w:ind w:firstLine="709"/>
        <w:jc w:val="center"/>
        <w:rPr>
          <w:rFonts w:cs="Times New Roman"/>
          <w:b/>
          <w:szCs w:val="28"/>
          <w:lang w:val="ru-RU"/>
        </w:rPr>
      </w:pPr>
      <w:r w:rsidRPr="00B82E8C">
        <w:rPr>
          <w:rFonts w:cs="Times New Roman"/>
          <w:b/>
          <w:szCs w:val="28"/>
          <w:lang w:val="ru-RU"/>
        </w:rPr>
        <w:t>ЗАЯВЛЕНИЕ</w:t>
      </w:r>
    </w:p>
    <w:p w:rsidR="00B82E8C" w:rsidRDefault="00B82E8C" w:rsidP="00B82E8C">
      <w:pPr>
        <w:spacing w:after="0" w:line="240" w:lineRule="auto"/>
        <w:ind w:firstLine="709"/>
        <w:jc w:val="center"/>
        <w:rPr>
          <w:b/>
          <w:szCs w:val="28"/>
          <w:lang w:val="ru-RU"/>
        </w:rPr>
      </w:pPr>
    </w:p>
    <w:p w:rsidR="00B82E8C" w:rsidRPr="00B82E8C" w:rsidRDefault="00B82E8C" w:rsidP="00B82E8C">
      <w:pPr>
        <w:spacing w:after="0" w:line="240" w:lineRule="auto"/>
        <w:ind w:firstLine="709"/>
        <w:jc w:val="center"/>
        <w:rPr>
          <w:szCs w:val="28"/>
          <w:lang w:val="ru-RU"/>
        </w:rPr>
      </w:pPr>
      <w:r w:rsidRPr="00B82E8C">
        <w:rPr>
          <w:szCs w:val="28"/>
          <w:lang w:val="ru-RU"/>
        </w:rPr>
        <w:t>Заявитель</w:t>
      </w:r>
    </w:p>
    <w:p w:rsidR="00B82E8C" w:rsidRPr="00B82E8C" w:rsidRDefault="00B82E8C" w:rsidP="00B82E8C">
      <w:pPr>
        <w:spacing w:after="0" w:line="240" w:lineRule="auto"/>
        <w:ind w:firstLine="709"/>
        <w:jc w:val="center"/>
        <w:rPr>
          <w:b/>
          <w:szCs w:val="28"/>
          <w:lang w:val="ru-RU"/>
        </w:rPr>
      </w:pPr>
      <w:r>
        <w:rPr>
          <w:b/>
          <w:szCs w:val="28"/>
          <w:lang w:val="ru-RU"/>
        </w:rPr>
        <w:t>________________________________________________________________________________________________________________________________________</w:t>
      </w:r>
    </w:p>
    <w:p w:rsidR="00B82E8C" w:rsidRPr="00B82E8C" w:rsidRDefault="00B82E8C" w:rsidP="00B82E8C">
      <w:pPr>
        <w:spacing w:after="0" w:line="240" w:lineRule="auto"/>
        <w:ind w:firstLine="487"/>
        <w:jc w:val="both"/>
        <w:rPr>
          <w:lang w:val="ru-RU"/>
        </w:rPr>
      </w:pPr>
      <w:r w:rsidRPr="00B82E8C">
        <w:rPr>
          <w:lang w:val="ru-RU"/>
        </w:rPr>
        <w:t>(Для физических лиц указываются: фамилия, имя, отчество, реквизиты документа, удостоверяющего личность (серия, номер, кем и когда выдан), место жительства, номер телефона: для представителя физического лица указываются: фамилия, имя, отчество представителя, реквизиты доверенности, которая прилагается к заявлению</w:t>
      </w:r>
      <w:r>
        <w:rPr>
          <w:lang w:val="ru-RU"/>
        </w:rPr>
        <w:t>)</w:t>
      </w:r>
      <w:r w:rsidRPr="00B82E8C">
        <w:rPr>
          <w:lang w:val="ru-RU"/>
        </w:rPr>
        <w:t>.</w:t>
      </w:r>
    </w:p>
    <w:p w:rsidR="00B82E8C" w:rsidRPr="00B82E8C" w:rsidRDefault="00B82E8C" w:rsidP="00B82E8C">
      <w:pPr>
        <w:spacing w:after="0" w:line="240" w:lineRule="auto"/>
        <w:ind w:firstLine="494"/>
        <w:jc w:val="both"/>
        <w:rPr>
          <w:lang w:val="ru-RU"/>
        </w:rPr>
      </w:pPr>
      <w:r w:rsidRPr="00B82E8C">
        <w:rPr>
          <w:lang w:val="ru-RU"/>
        </w:rPr>
        <w:t>Для юридических лиц указываются: наименование, организационно-правовая форма, адрес места нахождения, номер телефона, фамилия, имя, отчество лица, уполномоченного представлять интересы юридического лица, с указанием реквизитов документа, удостоверяющего эти правомочия и прилагаемого к заявлению)</w:t>
      </w:r>
      <w:r>
        <w:rPr>
          <w:lang w:val="ru-RU"/>
        </w:rPr>
        <w:t>.</w:t>
      </w:r>
    </w:p>
    <w:p w:rsidR="00B82E8C" w:rsidRPr="00B82E8C" w:rsidRDefault="00B82E8C" w:rsidP="00B82E8C">
      <w:pPr>
        <w:spacing w:after="0" w:line="240" w:lineRule="auto"/>
        <w:rPr>
          <w:lang w:val="ru-RU"/>
        </w:rPr>
      </w:pPr>
      <w:r w:rsidRPr="00B82E8C">
        <w:rPr>
          <w:lang w:val="ru-RU"/>
        </w:rPr>
        <w:t xml:space="preserve"> </w:t>
      </w:r>
    </w:p>
    <w:p w:rsidR="00B82E8C" w:rsidRPr="00B82E8C" w:rsidRDefault="00B82E8C" w:rsidP="005E3DC7">
      <w:pPr>
        <w:spacing w:after="0" w:line="240" w:lineRule="auto"/>
        <w:ind w:firstLine="497"/>
        <w:jc w:val="both"/>
        <w:rPr>
          <w:lang w:val="ru-RU"/>
        </w:rPr>
      </w:pPr>
      <w:r w:rsidRPr="00B82E8C">
        <w:rPr>
          <w:lang w:val="ru-RU"/>
        </w:rPr>
        <w:t xml:space="preserve">Прошу предоставить выписку из Реестра муниципального имущества </w:t>
      </w:r>
      <w:r>
        <w:rPr>
          <w:lang w:val="ru-RU"/>
        </w:rPr>
        <w:t xml:space="preserve">Новоджерелиевского </w:t>
      </w:r>
      <w:r w:rsidRPr="00B82E8C">
        <w:rPr>
          <w:lang w:val="ru-RU"/>
        </w:rPr>
        <w:t xml:space="preserve">сельского поселения </w:t>
      </w:r>
      <w:r>
        <w:rPr>
          <w:lang w:val="ru-RU"/>
        </w:rPr>
        <w:t>Брюховецкого</w:t>
      </w:r>
      <w:r w:rsidR="005E3DC7">
        <w:rPr>
          <w:lang w:val="ru-RU"/>
        </w:rPr>
        <w:t xml:space="preserve"> </w:t>
      </w:r>
      <w:r w:rsidRPr="00B82E8C">
        <w:rPr>
          <w:lang w:val="ru-RU"/>
        </w:rPr>
        <w:t>муниципального района Краснодарского края на объект:</w:t>
      </w:r>
    </w:p>
    <w:p w:rsidR="00B82E8C" w:rsidRPr="00B82E8C" w:rsidRDefault="00B82E8C" w:rsidP="005E3DC7">
      <w:pPr>
        <w:spacing w:after="0" w:line="240" w:lineRule="auto"/>
        <w:jc w:val="both"/>
        <w:rPr>
          <w:lang w:val="ru-RU"/>
        </w:rPr>
      </w:pPr>
      <w:r w:rsidRPr="00B82E8C">
        <w:rPr>
          <w:lang w:val="ru-RU"/>
        </w:rPr>
        <w:t>_____________________________________________________________________________________</w:t>
      </w:r>
      <w:r>
        <w:rPr>
          <w:lang w:val="ru-RU"/>
        </w:rPr>
        <w:t>_________________________________________________________</w:t>
      </w:r>
    </w:p>
    <w:p w:rsidR="00B82E8C" w:rsidRPr="00B82E8C" w:rsidRDefault="00B82E8C" w:rsidP="005E3DC7">
      <w:pPr>
        <w:spacing w:after="0" w:line="240" w:lineRule="auto"/>
        <w:jc w:val="both"/>
        <w:rPr>
          <w:lang w:val="ru-RU"/>
        </w:rPr>
      </w:pPr>
      <w:r w:rsidRPr="00B82E8C">
        <w:rPr>
          <w:lang w:val="ru-RU"/>
        </w:rPr>
        <w:t xml:space="preserve"> (указать наименование объекта)</w:t>
      </w:r>
    </w:p>
    <w:p w:rsidR="00B82E8C" w:rsidRPr="00B82E8C" w:rsidRDefault="00B82E8C" w:rsidP="005E3DC7">
      <w:pPr>
        <w:spacing w:after="0" w:line="240" w:lineRule="auto"/>
        <w:jc w:val="both"/>
        <w:rPr>
          <w:lang w:val="ru-RU"/>
        </w:rPr>
      </w:pPr>
      <w:r w:rsidRPr="00B82E8C">
        <w:rPr>
          <w:lang w:val="ru-RU"/>
        </w:rPr>
        <w:t>расположенный по адресу:</w:t>
      </w:r>
    </w:p>
    <w:p w:rsidR="00B82E8C" w:rsidRPr="00B82E8C" w:rsidRDefault="00B82E8C" w:rsidP="005E3DC7">
      <w:pPr>
        <w:spacing w:after="0" w:line="240" w:lineRule="auto"/>
        <w:jc w:val="both"/>
        <w:rPr>
          <w:lang w:val="ru-RU"/>
        </w:rPr>
      </w:pPr>
      <w:r w:rsidRPr="00B82E8C">
        <w:rPr>
          <w:lang w:val="ru-RU"/>
        </w:rPr>
        <w:t>_______________________________________________________________________</w:t>
      </w:r>
    </w:p>
    <w:p w:rsidR="00B82E8C" w:rsidRPr="00B82E8C" w:rsidRDefault="00B82E8C" w:rsidP="005E3DC7">
      <w:pPr>
        <w:spacing w:after="0" w:line="240" w:lineRule="auto"/>
        <w:jc w:val="both"/>
        <w:rPr>
          <w:lang w:val="ru-RU"/>
        </w:rPr>
      </w:pPr>
      <w:r w:rsidRPr="00B82E8C">
        <w:rPr>
          <w:lang w:val="ru-RU"/>
        </w:rPr>
        <w:t>_________________</w:t>
      </w:r>
      <w:r w:rsidR="005E3DC7">
        <w:rPr>
          <w:lang w:val="ru-RU"/>
        </w:rPr>
        <w:t>____________________________________________________</w:t>
      </w:r>
    </w:p>
    <w:p w:rsidR="00B82E8C" w:rsidRPr="00B82E8C" w:rsidRDefault="00B82E8C" w:rsidP="005E3DC7">
      <w:pPr>
        <w:spacing w:after="0" w:line="240" w:lineRule="auto"/>
        <w:jc w:val="both"/>
        <w:rPr>
          <w:lang w:val="ru-RU"/>
        </w:rPr>
      </w:pPr>
      <w:r w:rsidRPr="00B82E8C">
        <w:rPr>
          <w:lang w:val="ru-RU"/>
        </w:rPr>
        <w:lastRenderedPageBreak/>
        <w:t>(указать адрес (месторасположение) объекта)</w:t>
      </w:r>
    </w:p>
    <w:p w:rsidR="00B82E8C" w:rsidRPr="00B82E8C" w:rsidRDefault="00B82E8C" w:rsidP="005E3DC7">
      <w:pPr>
        <w:spacing w:after="0" w:line="240" w:lineRule="auto"/>
        <w:ind w:firstLine="709"/>
        <w:rPr>
          <w:lang w:val="ru-RU"/>
        </w:rPr>
      </w:pPr>
      <w:r w:rsidRPr="00B82E8C">
        <w:rPr>
          <w:lang w:val="ru-RU"/>
        </w:rPr>
        <w:t>Для целей: ____________________________________________</w:t>
      </w:r>
      <w:r w:rsidR="005E3DC7">
        <w:rPr>
          <w:lang w:val="ru-RU"/>
        </w:rPr>
        <w:t>_______________________________</w:t>
      </w:r>
      <w:r w:rsidRPr="00B82E8C">
        <w:rPr>
          <w:lang w:val="ru-RU"/>
        </w:rPr>
        <w:t>_________________</w:t>
      </w:r>
      <w:r w:rsidR="005E3DC7">
        <w:rPr>
          <w:lang w:val="ru-RU"/>
        </w:rPr>
        <w:t>__________________________________________.</w:t>
      </w:r>
    </w:p>
    <w:p w:rsidR="00B82E8C" w:rsidRPr="00B82E8C" w:rsidRDefault="00B82E8C" w:rsidP="005E3DC7">
      <w:pPr>
        <w:spacing w:after="0" w:line="240" w:lineRule="auto"/>
        <w:jc w:val="both"/>
        <w:rPr>
          <w:lang w:val="ru-RU"/>
        </w:rPr>
      </w:pPr>
      <w:r w:rsidRPr="00B82E8C">
        <w:rPr>
          <w:lang w:val="ru-RU"/>
        </w:rPr>
        <w:t xml:space="preserve"> </w:t>
      </w:r>
    </w:p>
    <w:p w:rsidR="00B82E8C" w:rsidRPr="00B82E8C" w:rsidRDefault="00B82E8C" w:rsidP="005E3DC7">
      <w:pPr>
        <w:spacing w:after="0" w:line="240" w:lineRule="auto"/>
        <w:ind w:firstLine="497"/>
        <w:jc w:val="both"/>
        <w:rPr>
          <w:lang w:val="ru-RU"/>
        </w:rPr>
      </w:pPr>
      <w:r w:rsidRPr="00B82E8C">
        <w:rPr>
          <w:lang w:val="ru-RU"/>
        </w:rPr>
        <w:t>Формат предоставления выписки: в форме электронного документа или на бумажном носителе (нужное подчеркнуть): выдать на руки, выслать по почте (нужное подчеркнуть).</w:t>
      </w:r>
    </w:p>
    <w:p w:rsidR="00B82E8C" w:rsidRPr="00B82E8C" w:rsidRDefault="00B82E8C" w:rsidP="005E3DC7">
      <w:pPr>
        <w:spacing w:after="0" w:line="240" w:lineRule="auto"/>
        <w:ind w:firstLine="497"/>
        <w:jc w:val="both"/>
        <w:rPr>
          <w:lang w:val="ru-RU"/>
        </w:rPr>
      </w:pPr>
      <w:r w:rsidRPr="00B82E8C">
        <w:rPr>
          <w:lang w:val="ru-RU"/>
        </w:rPr>
        <w:t>Информация о способе получения результата предоставления муниципальной услуги, оформленного в форме документа на бумажном носителе, в отношении несовершеннолетнего (в случае обращения за получением муниципальной услуги законным представителем несовершеннолетнего, являющимся заявителем):</w:t>
      </w:r>
    </w:p>
    <w:p w:rsidR="005E3DC7" w:rsidRDefault="00B82E8C" w:rsidP="005E3DC7">
      <w:pPr>
        <w:spacing w:after="0" w:line="240" w:lineRule="auto"/>
        <w:rPr>
          <w:lang w:val="ru-RU"/>
        </w:rPr>
      </w:pPr>
      <w:r w:rsidRPr="00B82E8C">
        <w:rPr>
          <w:lang w:val="ru-RU"/>
        </w:rPr>
        <w:t>┌─┐</w:t>
      </w:r>
    </w:p>
    <w:p w:rsidR="005E3DC7" w:rsidRDefault="00B82E8C" w:rsidP="005E3DC7">
      <w:pPr>
        <w:spacing w:after="0" w:line="240" w:lineRule="auto"/>
        <w:rPr>
          <w:lang w:val="ru-RU"/>
        </w:rPr>
      </w:pPr>
      <w:r w:rsidRPr="00B82E8C">
        <w:rPr>
          <w:lang w:val="ru-RU"/>
        </w:rPr>
        <w:t xml:space="preserve">└─┘лично законным представителем несовершеннолетнего, являющимся заявителем </w:t>
      </w:r>
    </w:p>
    <w:p w:rsidR="00B82E8C" w:rsidRPr="00B82E8C" w:rsidRDefault="00B82E8C" w:rsidP="005E3DC7">
      <w:pPr>
        <w:spacing w:after="0" w:line="240" w:lineRule="auto"/>
        <w:rPr>
          <w:lang w:val="ru-RU"/>
        </w:rPr>
      </w:pPr>
      <w:r w:rsidRPr="00B82E8C">
        <w:rPr>
          <w:lang w:val="ru-RU"/>
        </w:rPr>
        <w:t>┌─┐</w:t>
      </w:r>
    </w:p>
    <w:p w:rsidR="00B82E8C" w:rsidRPr="00B82E8C" w:rsidRDefault="00B82E8C" w:rsidP="005E3DC7">
      <w:pPr>
        <w:spacing w:after="0" w:line="240" w:lineRule="auto"/>
        <w:rPr>
          <w:lang w:val="ru-RU"/>
        </w:rPr>
      </w:pPr>
      <w:r w:rsidRPr="00B82E8C">
        <w:rPr>
          <w:lang w:val="ru-RU"/>
        </w:rPr>
        <w:t>└─┘другим законным представителем несовершеннолетнего, не являющимся заявителем</w:t>
      </w:r>
    </w:p>
    <w:p w:rsidR="00B82E8C" w:rsidRPr="005E3DC7" w:rsidRDefault="00B82E8C" w:rsidP="005E3DC7">
      <w:pPr>
        <w:spacing w:after="0" w:line="240" w:lineRule="auto"/>
        <w:rPr>
          <w:lang w:val="ru-RU"/>
        </w:rPr>
      </w:pPr>
      <w:r w:rsidRPr="005E3DC7">
        <w:rPr>
          <w:lang w:val="ru-RU"/>
        </w:rPr>
        <w:t>_____________________________________________________________________________________</w:t>
      </w:r>
      <w:r w:rsidR="005E3DC7">
        <w:rPr>
          <w:lang w:val="ru-RU"/>
        </w:rPr>
        <w:t>_________________________________________________</w:t>
      </w:r>
    </w:p>
    <w:p w:rsidR="00B82E8C" w:rsidRPr="005E3DC7" w:rsidRDefault="00B82E8C" w:rsidP="005E3DC7">
      <w:pPr>
        <w:spacing w:after="0" w:line="240" w:lineRule="auto"/>
        <w:rPr>
          <w:lang w:val="ru-RU"/>
        </w:rPr>
      </w:pPr>
      <w:r w:rsidRPr="005E3DC7">
        <w:rPr>
          <w:lang w:val="ru-RU"/>
        </w:rPr>
        <w:t>________________________________________________________________</w:t>
      </w:r>
      <w:r w:rsidR="005E3DC7">
        <w:rPr>
          <w:lang w:val="ru-RU"/>
        </w:rPr>
        <w:t>_____</w:t>
      </w:r>
      <w:r w:rsidRPr="005E3DC7">
        <w:rPr>
          <w:lang w:val="ru-RU"/>
        </w:rPr>
        <w:t>__________________________________________________________</w:t>
      </w:r>
      <w:r w:rsidR="005E3DC7">
        <w:rPr>
          <w:lang w:val="ru-RU"/>
        </w:rPr>
        <w:t>________________</w:t>
      </w:r>
      <w:r w:rsidRPr="005E3DC7">
        <w:rPr>
          <w:lang w:val="ru-RU"/>
        </w:rPr>
        <w:t>__________________________________________________</w:t>
      </w:r>
      <w:r w:rsidR="005E3DC7">
        <w:rPr>
          <w:lang w:val="ru-RU"/>
        </w:rPr>
        <w:t>_______</w:t>
      </w:r>
    </w:p>
    <w:p w:rsidR="00B82E8C" w:rsidRPr="00B82E8C" w:rsidRDefault="00B82E8C" w:rsidP="005E3DC7">
      <w:pPr>
        <w:spacing w:after="0" w:line="240" w:lineRule="auto"/>
        <w:ind w:firstLine="709"/>
        <w:jc w:val="both"/>
        <w:rPr>
          <w:lang w:val="ru-RU"/>
        </w:rPr>
      </w:pPr>
      <w:r w:rsidRPr="00B82E8C">
        <w:rPr>
          <w:lang w:val="ru-RU"/>
        </w:rPr>
        <w:t>(фамилия, имя, отчество (при наличии), сведения о документе, удостоверяющем личность другого законного представителя несовершеннолетнего, уполномоченного на получение результата предоставления муниципальной услуги в отношении несовершеннолетнего)</w:t>
      </w:r>
    </w:p>
    <w:p w:rsidR="00B82E8C" w:rsidRPr="00B82E8C" w:rsidRDefault="00B82E8C" w:rsidP="00EC61D4">
      <w:pPr>
        <w:spacing w:after="0" w:line="240" w:lineRule="auto"/>
        <w:rPr>
          <w:lang w:val="ru-RU"/>
        </w:rPr>
      </w:pPr>
      <w:r w:rsidRPr="00B82E8C">
        <w:rPr>
          <w:lang w:val="ru-RU"/>
        </w:rPr>
        <w:t xml:space="preserve"> Приложение:</w:t>
      </w:r>
    </w:p>
    <w:p w:rsidR="00B82E8C" w:rsidRPr="00B82E8C" w:rsidRDefault="00B82E8C" w:rsidP="005E3DC7">
      <w:pPr>
        <w:spacing w:after="0" w:line="240" w:lineRule="auto"/>
        <w:rPr>
          <w:lang w:val="ru-RU"/>
        </w:rPr>
      </w:pPr>
      <w:r w:rsidRPr="00B82E8C">
        <w:rPr>
          <w:lang w:val="ru-RU"/>
        </w:rPr>
        <w:t>_______________________________________________________________ _______________________________________________________________</w:t>
      </w:r>
    </w:p>
    <w:p w:rsidR="00B82E8C" w:rsidRPr="00B82E8C" w:rsidRDefault="00B82E8C" w:rsidP="005E3DC7">
      <w:pPr>
        <w:spacing w:after="0" w:line="240" w:lineRule="auto"/>
        <w:ind w:firstLine="497"/>
        <w:rPr>
          <w:lang w:val="ru-RU"/>
        </w:rPr>
      </w:pPr>
      <w:r w:rsidRPr="00B82E8C">
        <w:rPr>
          <w:lang w:val="ru-RU"/>
        </w:rPr>
        <w:t>Заявитель: ___________________________________ ____________________________ ___________ _________________</w:t>
      </w:r>
    </w:p>
    <w:p w:rsidR="00B82E8C" w:rsidRPr="00B82E8C" w:rsidRDefault="00B82E8C" w:rsidP="005E3DC7">
      <w:pPr>
        <w:spacing w:after="0" w:line="240" w:lineRule="auto"/>
        <w:rPr>
          <w:lang w:val="ru-RU"/>
        </w:rPr>
      </w:pPr>
      <w:r w:rsidRPr="00B82E8C">
        <w:rPr>
          <w:lang w:val="ru-RU"/>
        </w:rPr>
        <w:t xml:space="preserve">(Ф.И.О. </w:t>
      </w:r>
      <w:proofErr w:type="gramStart"/>
      <w:r w:rsidRPr="00B82E8C">
        <w:rPr>
          <w:lang w:val="ru-RU"/>
        </w:rPr>
        <w:t xml:space="preserve">заявителя, </w:t>
      </w:r>
      <w:r w:rsidR="005E3DC7">
        <w:rPr>
          <w:lang w:val="ru-RU"/>
        </w:rPr>
        <w:t xml:space="preserve">  </w:t>
      </w:r>
      <w:proofErr w:type="gramEnd"/>
      <w:r w:rsidR="005E3DC7">
        <w:rPr>
          <w:lang w:val="ru-RU"/>
        </w:rPr>
        <w:t xml:space="preserve">                        </w:t>
      </w:r>
      <w:r w:rsidRPr="00B82E8C">
        <w:rPr>
          <w:lang w:val="ru-RU"/>
        </w:rPr>
        <w:t xml:space="preserve">должность, </w:t>
      </w:r>
      <w:r w:rsidR="005E3DC7">
        <w:rPr>
          <w:lang w:val="ru-RU"/>
        </w:rPr>
        <w:t xml:space="preserve">     </w:t>
      </w:r>
      <w:r w:rsidRPr="00B82E8C">
        <w:rPr>
          <w:lang w:val="ru-RU"/>
        </w:rPr>
        <w:t>Ф.И.О.   (</w:t>
      </w:r>
      <w:proofErr w:type="gramStart"/>
      <w:r w:rsidRPr="00B82E8C">
        <w:rPr>
          <w:lang w:val="ru-RU"/>
        </w:rPr>
        <w:t xml:space="preserve">подпись)   </w:t>
      </w:r>
      <w:proofErr w:type="gramEnd"/>
      <w:r w:rsidRPr="00B82E8C">
        <w:rPr>
          <w:lang w:val="ru-RU"/>
        </w:rPr>
        <w:t xml:space="preserve">                                (расшифровка подписи) представителя юридического или физического лица)</w:t>
      </w:r>
    </w:p>
    <w:p w:rsidR="00B82E8C" w:rsidRPr="00B82E8C" w:rsidRDefault="00B82E8C" w:rsidP="005E3DC7">
      <w:pPr>
        <w:spacing w:after="0" w:line="240" w:lineRule="auto"/>
        <w:rPr>
          <w:lang w:val="ru-RU"/>
        </w:rPr>
      </w:pPr>
      <w:r w:rsidRPr="00B82E8C">
        <w:rPr>
          <w:lang w:val="ru-RU"/>
        </w:rPr>
        <w:t xml:space="preserve"> </w:t>
      </w:r>
    </w:p>
    <w:p w:rsidR="00B82E8C" w:rsidRPr="00B82E8C" w:rsidRDefault="00B82E8C" w:rsidP="005E3DC7">
      <w:pPr>
        <w:spacing w:after="0" w:line="240" w:lineRule="auto"/>
        <w:rPr>
          <w:lang w:val="ru-RU"/>
        </w:rPr>
      </w:pPr>
      <w:r w:rsidRPr="00B82E8C">
        <w:rPr>
          <w:lang w:val="ru-RU"/>
        </w:rPr>
        <w:t>"__" _____________ 20___ г.</w:t>
      </w:r>
    </w:p>
    <w:p w:rsidR="00B82E8C" w:rsidRPr="00F010B9" w:rsidRDefault="00B82E8C" w:rsidP="005E3DC7">
      <w:pPr>
        <w:spacing w:after="0" w:line="240" w:lineRule="auto"/>
        <w:rPr>
          <w:lang w:val="ru-RU"/>
        </w:rPr>
      </w:pPr>
      <w:r w:rsidRPr="00F010B9">
        <w:rPr>
          <w:lang w:val="ru-RU"/>
        </w:rPr>
        <w:t>(дата)</w:t>
      </w:r>
    </w:p>
    <w:p w:rsidR="00BE325D" w:rsidRDefault="00BE325D" w:rsidP="00E83BE5">
      <w:pPr>
        <w:spacing w:after="0" w:line="240" w:lineRule="auto"/>
        <w:rPr>
          <w:rFonts w:cs="Times New Roman"/>
          <w:lang w:val="ru-RU"/>
        </w:rPr>
      </w:pPr>
    </w:p>
    <w:p w:rsidR="00BE325D" w:rsidRDefault="00E83BE5" w:rsidP="00E83BE5">
      <w:pPr>
        <w:spacing w:after="0" w:line="240" w:lineRule="auto"/>
        <w:rPr>
          <w:rFonts w:cs="Times New Roman"/>
          <w:lang w:val="ru-RU"/>
        </w:rPr>
        <w:sectPr w:rsidR="00BE325D" w:rsidSect="00BE325D">
          <w:pgSz w:w="12240" w:h="15840"/>
          <w:pgMar w:top="1134" w:right="567" w:bottom="1134" w:left="1701" w:header="709" w:footer="709" w:gutter="0"/>
          <w:pgNumType w:start="1"/>
          <w:cols w:space="720"/>
          <w:titlePg/>
          <w:docGrid w:linePitch="381"/>
        </w:sectPr>
      </w:pPr>
      <w:r w:rsidRPr="00900163">
        <w:rPr>
          <w:rFonts w:cs="Times New Roman"/>
          <w:lang w:val="ru-RU"/>
        </w:rPr>
        <w:t>Глава Новоджерелиевского сельского поселения</w:t>
      </w:r>
      <w:r w:rsidRPr="00900163">
        <w:rPr>
          <w:rFonts w:cs="Times New Roman"/>
          <w:lang w:val="ru-RU"/>
        </w:rPr>
        <w:br/>
        <w:t>Брюховецкого муниципального района</w:t>
      </w:r>
      <w:r w:rsidRPr="00900163">
        <w:rPr>
          <w:rFonts w:cs="Times New Roman"/>
          <w:lang w:val="ru-RU"/>
        </w:rPr>
        <w:br/>
        <w:t xml:space="preserve">Краснодарского края               </w:t>
      </w:r>
      <w:r>
        <w:rPr>
          <w:rFonts w:cs="Times New Roman"/>
          <w:lang w:val="ru-RU"/>
        </w:rPr>
        <w:t xml:space="preserve">                                          </w:t>
      </w:r>
      <w:r w:rsidRPr="00900163">
        <w:rPr>
          <w:rFonts w:cs="Times New Roman"/>
          <w:lang w:val="ru-RU"/>
        </w:rPr>
        <w:t xml:space="preserve">                       О.В. Ткаченко</w:t>
      </w:r>
    </w:p>
    <w:p w:rsidR="00EC61D4" w:rsidRPr="002E7D98" w:rsidRDefault="00EC61D4" w:rsidP="00EC61D4">
      <w:pPr>
        <w:spacing w:after="0" w:line="240" w:lineRule="auto"/>
        <w:ind w:firstLine="5103"/>
        <w:rPr>
          <w:szCs w:val="28"/>
          <w:lang w:val="ru-RU"/>
        </w:rPr>
      </w:pPr>
      <w:r w:rsidRPr="002E7D98">
        <w:rPr>
          <w:szCs w:val="28"/>
          <w:lang w:val="ru-RU"/>
        </w:rPr>
        <w:lastRenderedPageBreak/>
        <w:t xml:space="preserve">ПРИЛОЖЕНИЕ </w:t>
      </w:r>
      <w:r>
        <w:rPr>
          <w:szCs w:val="28"/>
          <w:lang w:val="ru-RU"/>
        </w:rPr>
        <w:t>№ 2</w:t>
      </w:r>
    </w:p>
    <w:p w:rsidR="00EC61D4" w:rsidRPr="002E7D98" w:rsidRDefault="00EC61D4" w:rsidP="00EC61D4">
      <w:pPr>
        <w:spacing w:after="0" w:line="240" w:lineRule="auto"/>
        <w:ind w:firstLine="5103"/>
        <w:rPr>
          <w:szCs w:val="28"/>
          <w:lang w:val="ru-RU"/>
        </w:rPr>
      </w:pPr>
      <w:r w:rsidRPr="002E7D98">
        <w:rPr>
          <w:szCs w:val="28"/>
          <w:lang w:val="ru-RU"/>
        </w:rPr>
        <w:t>к административному регламенту</w:t>
      </w:r>
    </w:p>
    <w:p w:rsidR="00EC61D4" w:rsidRPr="002E7D98" w:rsidRDefault="00EC61D4" w:rsidP="00EC61D4">
      <w:pPr>
        <w:spacing w:after="0" w:line="240" w:lineRule="auto"/>
        <w:ind w:firstLine="5103"/>
        <w:rPr>
          <w:szCs w:val="28"/>
          <w:lang w:val="ru-RU"/>
        </w:rPr>
      </w:pPr>
      <w:r w:rsidRPr="002E7D98">
        <w:rPr>
          <w:szCs w:val="28"/>
          <w:lang w:val="ru-RU"/>
        </w:rPr>
        <w:t>предоставления администрацией</w:t>
      </w:r>
    </w:p>
    <w:p w:rsidR="00EC61D4" w:rsidRDefault="00EC61D4" w:rsidP="00EC61D4">
      <w:pPr>
        <w:spacing w:after="0" w:line="240" w:lineRule="auto"/>
        <w:ind w:firstLine="5103"/>
        <w:rPr>
          <w:szCs w:val="28"/>
          <w:lang w:val="ru-RU"/>
        </w:rPr>
      </w:pPr>
      <w:r w:rsidRPr="002E7D98">
        <w:rPr>
          <w:szCs w:val="28"/>
          <w:lang w:val="ru-RU"/>
        </w:rPr>
        <w:t>Новоджерелиевского сельского</w:t>
      </w:r>
    </w:p>
    <w:p w:rsidR="00EC61D4" w:rsidRDefault="00EC61D4" w:rsidP="00EC61D4">
      <w:pPr>
        <w:spacing w:after="0" w:line="240" w:lineRule="auto"/>
        <w:ind w:firstLine="5103"/>
        <w:rPr>
          <w:szCs w:val="28"/>
          <w:lang w:val="ru-RU"/>
        </w:rPr>
      </w:pPr>
      <w:r>
        <w:rPr>
          <w:szCs w:val="28"/>
          <w:lang w:val="ru-RU"/>
        </w:rPr>
        <w:t>п</w:t>
      </w:r>
      <w:r w:rsidRPr="002E7D98">
        <w:rPr>
          <w:szCs w:val="28"/>
          <w:lang w:val="ru-RU"/>
        </w:rPr>
        <w:t>оселения</w:t>
      </w:r>
      <w:r>
        <w:rPr>
          <w:szCs w:val="28"/>
          <w:lang w:val="ru-RU"/>
        </w:rPr>
        <w:t xml:space="preserve"> Брюховецкого</w:t>
      </w:r>
    </w:p>
    <w:p w:rsidR="00EC61D4" w:rsidRPr="002E7D98" w:rsidRDefault="00EC61D4" w:rsidP="00EC61D4">
      <w:pPr>
        <w:spacing w:after="0" w:line="240" w:lineRule="auto"/>
        <w:ind w:firstLine="5103"/>
        <w:rPr>
          <w:szCs w:val="28"/>
          <w:lang w:val="ru-RU"/>
        </w:rPr>
      </w:pPr>
      <w:r w:rsidRPr="002E7D98">
        <w:rPr>
          <w:szCs w:val="28"/>
          <w:lang w:val="ru-RU"/>
        </w:rPr>
        <w:t>муниципального района</w:t>
      </w:r>
    </w:p>
    <w:p w:rsidR="00EC61D4" w:rsidRDefault="00EC61D4" w:rsidP="00EC61D4">
      <w:pPr>
        <w:spacing w:after="0" w:line="240" w:lineRule="auto"/>
        <w:ind w:firstLine="5103"/>
        <w:rPr>
          <w:szCs w:val="28"/>
          <w:lang w:val="ru-RU"/>
        </w:rPr>
      </w:pPr>
      <w:r w:rsidRPr="002E7D98">
        <w:rPr>
          <w:szCs w:val="28"/>
          <w:lang w:val="ru-RU"/>
        </w:rPr>
        <w:t>Краснодарского края муниципальной</w:t>
      </w:r>
    </w:p>
    <w:p w:rsidR="00EC61D4" w:rsidRDefault="00EC61D4" w:rsidP="00EC61D4">
      <w:pPr>
        <w:spacing w:after="0" w:line="240" w:lineRule="auto"/>
        <w:ind w:firstLine="5103"/>
        <w:rPr>
          <w:szCs w:val="28"/>
          <w:lang w:val="ru-RU"/>
        </w:rPr>
      </w:pPr>
      <w:r>
        <w:rPr>
          <w:szCs w:val="28"/>
          <w:lang w:val="ru-RU"/>
        </w:rPr>
        <w:t>услуги «Предоставление выписки</w:t>
      </w:r>
    </w:p>
    <w:p w:rsidR="00EC61D4" w:rsidRPr="002E7D98" w:rsidRDefault="00EC61D4" w:rsidP="00EC61D4">
      <w:pPr>
        <w:spacing w:after="0" w:line="240" w:lineRule="auto"/>
        <w:ind w:firstLine="5103"/>
        <w:rPr>
          <w:szCs w:val="28"/>
          <w:lang w:val="ru-RU"/>
        </w:rPr>
      </w:pPr>
      <w:r>
        <w:rPr>
          <w:szCs w:val="28"/>
          <w:lang w:val="ru-RU"/>
        </w:rPr>
        <w:t>из реестра муниципального имущества»</w:t>
      </w:r>
    </w:p>
    <w:p w:rsidR="00EC61D4" w:rsidRDefault="00EC61D4">
      <w:pPr>
        <w:spacing w:after="0" w:line="240" w:lineRule="auto"/>
        <w:ind w:firstLine="709"/>
        <w:jc w:val="both"/>
        <w:rPr>
          <w:rFonts w:cs="Times New Roman"/>
          <w:sz w:val="24"/>
          <w:lang w:val="ru-RU"/>
        </w:rPr>
      </w:pPr>
    </w:p>
    <w:p w:rsidR="00EC61D4" w:rsidRDefault="00EC61D4">
      <w:pPr>
        <w:spacing w:after="0" w:line="240" w:lineRule="auto"/>
        <w:ind w:firstLine="709"/>
        <w:jc w:val="both"/>
        <w:rPr>
          <w:rFonts w:cs="Times New Roman"/>
          <w:sz w:val="24"/>
          <w:lang w:val="ru-RU"/>
        </w:rPr>
      </w:pPr>
    </w:p>
    <w:p w:rsidR="00550DD8" w:rsidRPr="00EC61D4" w:rsidRDefault="00732384" w:rsidP="00EC61D4">
      <w:pPr>
        <w:spacing w:after="0" w:line="240" w:lineRule="auto"/>
        <w:ind w:firstLine="709"/>
        <w:jc w:val="center"/>
        <w:rPr>
          <w:b/>
          <w:szCs w:val="28"/>
          <w:lang w:val="ru-RU"/>
        </w:rPr>
      </w:pPr>
      <w:r w:rsidRPr="00EC61D4">
        <w:rPr>
          <w:rFonts w:cs="Times New Roman"/>
          <w:b/>
          <w:szCs w:val="28"/>
          <w:lang w:val="ru-RU"/>
        </w:rPr>
        <w:t>ИДЕНТИФИКАТОРЫ</w:t>
      </w:r>
    </w:p>
    <w:p w:rsidR="00550DD8" w:rsidRPr="00EC61D4" w:rsidRDefault="00732384" w:rsidP="00EC61D4">
      <w:pPr>
        <w:spacing w:after="0" w:line="240" w:lineRule="auto"/>
        <w:ind w:firstLine="709"/>
        <w:jc w:val="center"/>
        <w:rPr>
          <w:rFonts w:cs="Times New Roman"/>
          <w:b/>
          <w:szCs w:val="28"/>
          <w:lang w:val="ru-RU"/>
        </w:rPr>
      </w:pPr>
      <w:r w:rsidRPr="00EC61D4">
        <w:rPr>
          <w:rFonts w:cs="Times New Roman"/>
          <w:b/>
          <w:szCs w:val="28"/>
          <w:lang w:val="ru-RU"/>
        </w:rPr>
        <w:t>категорий (признаков) заявителей</w:t>
      </w:r>
    </w:p>
    <w:p w:rsidR="00EC61D4" w:rsidRPr="00900163" w:rsidRDefault="00EC61D4">
      <w:pPr>
        <w:spacing w:after="0" w:line="240" w:lineRule="auto"/>
        <w:ind w:firstLine="709"/>
        <w:jc w:val="both"/>
        <w:rPr>
          <w:lang w:val="ru-RU"/>
        </w:rPr>
      </w:pPr>
    </w:p>
    <w:tbl>
      <w:tblPr>
        <w:tblStyle w:val="aff0"/>
        <w:tblW w:w="10414" w:type="dxa"/>
        <w:tblInd w:w="7" w:type="dxa"/>
        <w:tblCellMar>
          <w:top w:w="33" w:type="dxa"/>
          <w:left w:w="0" w:type="dxa"/>
          <w:right w:w="109" w:type="dxa"/>
        </w:tblCellMar>
        <w:tblLook w:val="04A0" w:firstRow="1" w:lastRow="0" w:firstColumn="1" w:lastColumn="0" w:noHBand="0" w:noVBand="1"/>
      </w:tblPr>
      <w:tblGrid>
        <w:gridCol w:w="630"/>
        <w:gridCol w:w="650"/>
        <w:gridCol w:w="3908"/>
        <w:gridCol w:w="5226"/>
      </w:tblGrid>
      <w:tr w:rsidR="00732384" w:rsidRPr="00F010B9" w:rsidTr="00732384">
        <w:trPr>
          <w:trHeight w:val="576"/>
          <w:tblHeader/>
        </w:trPr>
        <w:tc>
          <w:tcPr>
            <w:tcW w:w="630" w:type="dxa"/>
            <w:tcBorders>
              <w:top w:val="single" w:sz="6" w:space="0" w:color="000000"/>
              <w:left w:val="single" w:sz="6" w:space="0" w:color="000000"/>
              <w:bottom w:val="single" w:sz="6" w:space="0" w:color="000000"/>
              <w:right w:val="nil"/>
            </w:tcBorders>
            <w:vAlign w:val="bottom"/>
          </w:tcPr>
          <w:p w:rsidR="00550DD8" w:rsidRPr="00F85658" w:rsidRDefault="00F85658" w:rsidP="00EC61D4">
            <w:pPr>
              <w:ind w:left="143"/>
              <w:jc w:val="both"/>
              <w:rPr>
                <w:szCs w:val="28"/>
                <w:lang w:val="ru-RU"/>
              </w:rPr>
            </w:pPr>
            <w:r>
              <w:rPr>
                <w:rFonts w:cs="Times New Roman"/>
                <w:szCs w:val="28"/>
                <w:lang w:val="ru-RU"/>
              </w:rPr>
              <w:t>№ п/п</w:t>
            </w:r>
          </w:p>
        </w:tc>
        <w:tc>
          <w:tcPr>
            <w:tcW w:w="650" w:type="dxa"/>
            <w:tcBorders>
              <w:top w:val="single" w:sz="6" w:space="0" w:color="000000"/>
              <w:left w:val="nil"/>
              <w:bottom w:val="single" w:sz="6" w:space="0" w:color="000000"/>
              <w:right w:val="single" w:sz="6" w:space="0" w:color="000000"/>
            </w:tcBorders>
          </w:tcPr>
          <w:p w:rsidR="00550DD8" w:rsidRPr="00EC61D4" w:rsidRDefault="00732384" w:rsidP="00EC61D4">
            <w:pPr>
              <w:ind w:left="143"/>
              <w:jc w:val="both"/>
              <w:rPr>
                <w:szCs w:val="28"/>
              </w:rPr>
            </w:pPr>
            <w:r w:rsidRPr="00EC61D4">
              <w:rPr>
                <w:rFonts w:cs="Times New Roman"/>
                <w:szCs w:val="28"/>
              </w:rPr>
              <w:t>№</w:t>
            </w:r>
          </w:p>
        </w:tc>
        <w:tc>
          <w:tcPr>
            <w:tcW w:w="3908" w:type="dxa"/>
            <w:tcBorders>
              <w:top w:val="single" w:sz="6" w:space="0" w:color="000000"/>
              <w:left w:val="single" w:sz="6" w:space="0" w:color="000000"/>
              <w:bottom w:val="single" w:sz="6" w:space="0" w:color="000000"/>
              <w:right w:val="single" w:sz="6" w:space="0" w:color="000000"/>
            </w:tcBorders>
          </w:tcPr>
          <w:p w:rsidR="00550DD8" w:rsidRPr="00EC61D4" w:rsidRDefault="00732384" w:rsidP="00EC61D4">
            <w:pPr>
              <w:ind w:left="143" w:right="239"/>
              <w:jc w:val="both"/>
              <w:rPr>
                <w:szCs w:val="28"/>
                <w:lang w:val="ru-RU"/>
              </w:rPr>
            </w:pPr>
            <w:r w:rsidRPr="00EC61D4">
              <w:rPr>
                <w:rFonts w:cs="Times New Roman"/>
                <w:szCs w:val="28"/>
                <w:lang w:val="ru-RU"/>
              </w:rPr>
              <w:t>Перечень отдельных признаков заявителей</w:t>
            </w:r>
          </w:p>
        </w:tc>
        <w:tc>
          <w:tcPr>
            <w:tcW w:w="5226" w:type="dxa"/>
            <w:tcBorders>
              <w:top w:val="single" w:sz="6" w:space="0" w:color="000000"/>
              <w:left w:val="single" w:sz="6" w:space="0" w:color="000000"/>
              <w:bottom w:val="single" w:sz="6" w:space="0" w:color="000000"/>
              <w:right w:val="single" w:sz="6" w:space="0" w:color="000000"/>
            </w:tcBorders>
          </w:tcPr>
          <w:p w:rsidR="00550DD8" w:rsidRPr="00EC61D4" w:rsidRDefault="00732384" w:rsidP="00EC61D4">
            <w:pPr>
              <w:ind w:right="239"/>
              <w:jc w:val="both"/>
              <w:rPr>
                <w:szCs w:val="28"/>
                <w:lang w:val="ru-RU"/>
              </w:rPr>
            </w:pPr>
            <w:r w:rsidRPr="00EC61D4">
              <w:rPr>
                <w:rFonts w:cs="Times New Roman"/>
                <w:szCs w:val="28"/>
                <w:lang w:val="ru-RU"/>
              </w:rPr>
              <w:t>Перечень результатов предоставления муниципальной услуги</w:t>
            </w:r>
          </w:p>
        </w:tc>
      </w:tr>
      <w:tr w:rsidR="00732384" w:rsidRPr="00F010B9" w:rsidTr="00732384">
        <w:trPr>
          <w:trHeight w:val="1082"/>
        </w:trPr>
        <w:tc>
          <w:tcPr>
            <w:tcW w:w="630" w:type="dxa"/>
            <w:tcBorders>
              <w:top w:val="single" w:sz="6" w:space="0" w:color="000000"/>
              <w:left w:val="single" w:sz="6" w:space="0" w:color="000000"/>
              <w:bottom w:val="single" w:sz="6" w:space="0" w:color="000000"/>
              <w:right w:val="nil"/>
            </w:tcBorders>
          </w:tcPr>
          <w:p w:rsidR="00550DD8" w:rsidRPr="00EC61D4" w:rsidRDefault="00550DD8" w:rsidP="00EC61D4">
            <w:pPr>
              <w:ind w:left="143"/>
              <w:jc w:val="both"/>
              <w:rPr>
                <w:szCs w:val="28"/>
                <w:lang w:val="ru-RU"/>
              </w:rPr>
            </w:pPr>
          </w:p>
        </w:tc>
        <w:tc>
          <w:tcPr>
            <w:tcW w:w="650" w:type="dxa"/>
            <w:tcBorders>
              <w:top w:val="single" w:sz="6" w:space="0" w:color="000000"/>
              <w:left w:val="nil"/>
              <w:bottom w:val="single" w:sz="6" w:space="0" w:color="000000"/>
              <w:right w:val="single" w:sz="6" w:space="0" w:color="000000"/>
            </w:tcBorders>
          </w:tcPr>
          <w:p w:rsidR="00550DD8" w:rsidRPr="00EC61D4" w:rsidRDefault="00732384" w:rsidP="00EC61D4">
            <w:pPr>
              <w:ind w:left="143"/>
              <w:jc w:val="both"/>
              <w:rPr>
                <w:szCs w:val="28"/>
              </w:rPr>
            </w:pPr>
            <w:r w:rsidRPr="00EC61D4">
              <w:rPr>
                <w:rFonts w:cs="Times New Roman"/>
                <w:szCs w:val="28"/>
              </w:rPr>
              <w:t>1.</w:t>
            </w:r>
          </w:p>
        </w:tc>
        <w:tc>
          <w:tcPr>
            <w:tcW w:w="3908" w:type="dxa"/>
            <w:tcBorders>
              <w:top w:val="single" w:sz="6" w:space="0" w:color="000000"/>
              <w:left w:val="single" w:sz="6" w:space="0" w:color="000000"/>
              <w:bottom w:val="single" w:sz="6" w:space="0" w:color="000000"/>
              <w:right w:val="single" w:sz="6" w:space="0" w:color="000000"/>
            </w:tcBorders>
          </w:tcPr>
          <w:p w:rsidR="00550DD8" w:rsidRPr="00EC61D4" w:rsidRDefault="00732384" w:rsidP="00EC61D4">
            <w:pPr>
              <w:ind w:left="143" w:right="239"/>
              <w:jc w:val="both"/>
              <w:rPr>
                <w:szCs w:val="28"/>
                <w:lang w:val="ru-RU"/>
              </w:rPr>
            </w:pPr>
            <w:r w:rsidRPr="00EC61D4">
              <w:rPr>
                <w:rFonts w:cs="Times New Roman"/>
                <w:szCs w:val="28"/>
                <w:lang w:val="ru-RU"/>
              </w:rPr>
              <w:t>Физические и юридические лица при подаче заявления о предоставлении выписки из реестра муниципального имущества</w:t>
            </w:r>
          </w:p>
        </w:tc>
        <w:tc>
          <w:tcPr>
            <w:tcW w:w="5226" w:type="dxa"/>
            <w:tcBorders>
              <w:top w:val="single" w:sz="6" w:space="0" w:color="000000"/>
              <w:left w:val="single" w:sz="6" w:space="0" w:color="000000"/>
              <w:bottom w:val="single" w:sz="6" w:space="0" w:color="000000"/>
              <w:right w:val="single" w:sz="6" w:space="0" w:color="000000"/>
            </w:tcBorders>
          </w:tcPr>
          <w:p w:rsidR="00550DD8" w:rsidRPr="00EC61D4" w:rsidRDefault="00732384" w:rsidP="00EC61D4">
            <w:pPr>
              <w:ind w:left="195" w:right="239"/>
              <w:jc w:val="both"/>
              <w:rPr>
                <w:szCs w:val="28"/>
                <w:lang w:val="ru-RU"/>
              </w:rPr>
            </w:pPr>
            <w:r w:rsidRPr="00EC61D4">
              <w:rPr>
                <w:rFonts w:cs="Times New Roman"/>
                <w:szCs w:val="28"/>
                <w:lang w:val="ru-RU"/>
              </w:rPr>
              <w:t xml:space="preserve">Результат предоставления муниципальной у слуги, указанный в </w:t>
            </w:r>
            <w:r w:rsidR="00EC61D4" w:rsidRPr="00EC61D4">
              <w:rPr>
                <w:rFonts w:cs="Times New Roman"/>
                <w:szCs w:val="28"/>
                <w:lang w:val="ru-RU"/>
              </w:rPr>
              <w:t>подпункте,</w:t>
            </w:r>
            <w:r w:rsidRPr="00EC61D4">
              <w:rPr>
                <w:rFonts w:cs="Times New Roman"/>
                <w:szCs w:val="28"/>
                <w:lang w:val="ru-RU"/>
              </w:rPr>
              <w:t xml:space="preserve"> а) пункта 1 подраздела 2.3 раздела 2 регламента, в виде выписки, уведомления</w:t>
            </w:r>
          </w:p>
        </w:tc>
      </w:tr>
      <w:tr w:rsidR="00732384" w:rsidRPr="00F010B9" w:rsidTr="008139A8">
        <w:trPr>
          <w:trHeight w:val="1588"/>
        </w:trPr>
        <w:tc>
          <w:tcPr>
            <w:tcW w:w="630" w:type="dxa"/>
            <w:tcBorders>
              <w:top w:val="single" w:sz="6" w:space="0" w:color="000000"/>
              <w:left w:val="single" w:sz="6" w:space="0" w:color="000000"/>
              <w:bottom w:val="single" w:sz="6" w:space="0" w:color="000000"/>
              <w:right w:val="nil"/>
            </w:tcBorders>
          </w:tcPr>
          <w:p w:rsidR="00550DD8" w:rsidRPr="00EC61D4" w:rsidRDefault="00550DD8" w:rsidP="00EC61D4">
            <w:pPr>
              <w:ind w:left="143"/>
              <w:jc w:val="both"/>
              <w:rPr>
                <w:szCs w:val="28"/>
                <w:lang w:val="ru-RU"/>
              </w:rPr>
            </w:pPr>
          </w:p>
        </w:tc>
        <w:tc>
          <w:tcPr>
            <w:tcW w:w="650" w:type="dxa"/>
            <w:tcBorders>
              <w:top w:val="single" w:sz="6" w:space="0" w:color="000000"/>
              <w:left w:val="nil"/>
              <w:bottom w:val="single" w:sz="6" w:space="0" w:color="000000"/>
              <w:right w:val="single" w:sz="6" w:space="0" w:color="000000"/>
            </w:tcBorders>
          </w:tcPr>
          <w:p w:rsidR="00550DD8" w:rsidRPr="00EC61D4" w:rsidRDefault="00732384" w:rsidP="00EC61D4">
            <w:pPr>
              <w:ind w:left="143"/>
              <w:jc w:val="both"/>
              <w:rPr>
                <w:szCs w:val="28"/>
              </w:rPr>
            </w:pPr>
            <w:r w:rsidRPr="00EC61D4">
              <w:rPr>
                <w:rFonts w:cs="Times New Roman"/>
                <w:szCs w:val="28"/>
              </w:rPr>
              <w:t>2.</w:t>
            </w:r>
          </w:p>
        </w:tc>
        <w:tc>
          <w:tcPr>
            <w:tcW w:w="3908" w:type="dxa"/>
            <w:tcBorders>
              <w:top w:val="single" w:sz="6" w:space="0" w:color="000000"/>
              <w:left w:val="single" w:sz="6" w:space="0" w:color="000000"/>
              <w:bottom w:val="single" w:sz="6" w:space="0" w:color="000000"/>
              <w:right w:val="single" w:sz="6" w:space="0" w:color="000000"/>
            </w:tcBorders>
          </w:tcPr>
          <w:p w:rsidR="00550DD8" w:rsidRPr="00EC61D4" w:rsidRDefault="00732384" w:rsidP="00EC61D4">
            <w:pPr>
              <w:ind w:left="143" w:right="239"/>
              <w:jc w:val="both"/>
              <w:rPr>
                <w:szCs w:val="28"/>
                <w:lang w:val="ru-RU"/>
              </w:rPr>
            </w:pPr>
            <w:r w:rsidRPr="00EC61D4">
              <w:rPr>
                <w:rFonts w:cs="Times New Roman"/>
                <w:szCs w:val="28"/>
                <w:lang w:val="ru-RU"/>
              </w:rPr>
              <w:t>Физические и юридические лица, ранее обратившиеся за получением муниципальной услуги, по результатам предоставления которой выданы документы с допущенными опечатками и ошибками</w:t>
            </w:r>
          </w:p>
        </w:tc>
        <w:tc>
          <w:tcPr>
            <w:tcW w:w="5226" w:type="dxa"/>
            <w:tcBorders>
              <w:top w:val="single" w:sz="6" w:space="0" w:color="000000"/>
              <w:left w:val="single" w:sz="6" w:space="0" w:color="000000"/>
              <w:bottom w:val="single" w:sz="6" w:space="0" w:color="000000"/>
              <w:right w:val="single" w:sz="6" w:space="0" w:color="000000"/>
            </w:tcBorders>
          </w:tcPr>
          <w:p w:rsidR="00550DD8" w:rsidRPr="00EC61D4" w:rsidRDefault="00732384" w:rsidP="00EC61D4">
            <w:pPr>
              <w:ind w:left="195" w:right="239"/>
              <w:jc w:val="both"/>
              <w:rPr>
                <w:szCs w:val="28"/>
                <w:lang w:val="ru-RU"/>
              </w:rPr>
            </w:pPr>
            <w:r w:rsidRPr="00EC61D4">
              <w:rPr>
                <w:rFonts w:cs="Times New Roman"/>
                <w:szCs w:val="28"/>
                <w:lang w:val="ru-RU"/>
              </w:rPr>
              <w:t xml:space="preserve">Результат предоставления муниципальной у слуги, указанный в подпункте б) пункта 1 подраздела 2.3 раздела 2 регламента, в виде </w:t>
            </w:r>
            <w:r w:rsidR="00EC61D4" w:rsidRPr="00EC61D4">
              <w:rPr>
                <w:rFonts w:cs="Times New Roman"/>
                <w:szCs w:val="28"/>
                <w:lang w:val="ru-RU"/>
              </w:rPr>
              <w:t>документ</w:t>
            </w:r>
            <w:r w:rsidR="00EC61D4">
              <w:rPr>
                <w:rFonts w:cs="Times New Roman"/>
                <w:szCs w:val="28"/>
                <w:lang w:val="ru-RU"/>
              </w:rPr>
              <w:t>а</w:t>
            </w:r>
            <w:r w:rsidRPr="00EC61D4">
              <w:rPr>
                <w:rFonts w:cs="Times New Roman"/>
                <w:szCs w:val="28"/>
                <w:lang w:val="ru-RU"/>
              </w:rPr>
              <w:t>, выданного по результату ранее предоставленной муниципальной услуги, без опечаток и ошибок</w:t>
            </w:r>
          </w:p>
        </w:tc>
      </w:tr>
      <w:tr w:rsidR="00732384" w:rsidRPr="00F010B9" w:rsidTr="008139A8">
        <w:trPr>
          <w:trHeight w:val="562"/>
        </w:trPr>
        <w:tc>
          <w:tcPr>
            <w:tcW w:w="630" w:type="dxa"/>
            <w:tcBorders>
              <w:top w:val="single" w:sz="6" w:space="0" w:color="000000"/>
              <w:left w:val="single" w:sz="6" w:space="0" w:color="000000"/>
              <w:bottom w:val="single" w:sz="4" w:space="0" w:color="auto"/>
              <w:right w:val="nil"/>
            </w:tcBorders>
          </w:tcPr>
          <w:p w:rsidR="00550DD8" w:rsidRPr="00EC61D4" w:rsidRDefault="00550DD8" w:rsidP="00EC61D4">
            <w:pPr>
              <w:ind w:left="143"/>
              <w:jc w:val="both"/>
              <w:rPr>
                <w:szCs w:val="28"/>
                <w:lang w:val="ru-RU"/>
              </w:rPr>
            </w:pPr>
          </w:p>
        </w:tc>
        <w:tc>
          <w:tcPr>
            <w:tcW w:w="650" w:type="dxa"/>
            <w:tcBorders>
              <w:top w:val="single" w:sz="6" w:space="0" w:color="000000"/>
              <w:left w:val="nil"/>
              <w:bottom w:val="single" w:sz="4" w:space="0" w:color="auto"/>
              <w:right w:val="single" w:sz="6" w:space="0" w:color="000000"/>
            </w:tcBorders>
          </w:tcPr>
          <w:p w:rsidR="00550DD8" w:rsidRPr="00EC61D4" w:rsidRDefault="00732384" w:rsidP="00EC61D4">
            <w:pPr>
              <w:ind w:left="143"/>
              <w:jc w:val="both"/>
              <w:rPr>
                <w:szCs w:val="28"/>
              </w:rPr>
            </w:pPr>
            <w:r w:rsidRPr="00EC61D4">
              <w:rPr>
                <w:rFonts w:cs="Times New Roman"/>
                <w:szCs w:val="28"/>
              </w:rPr>
              <w:t>3.</w:t>
            </w:r>
          </w:p>
        </w:tc>
        <w:tc>
          <w:tcPr>
            <w:tcW w:w="3908" w:type="dxa"/>
            <w:tcBorders>
              <w:top w:val="single" w:sz="6" w:space="0" w:color="000000"/>
              <w:left w:val="single" w:sz="6" w:space="0" w:color="000000"/>
              <w:bottom w:val="single" w:sz="4" w:space="0" w:color="auto"/>
              <w:right w:val="single" w:sz="6" w:space="0" w:color="000000"/>
            </w:tcBorders>
          </w:tcPr>
          <w:p w:rsidR="00550DD8" w:rsidRPr="00EC61D4" w:rsidRDefault="00732384" w:rsidP="00EC61D4">
            <w:pPr>
              <w:ind w:left="200" w:right="239"/>
              <w:jc w:val="both"/>
              <w:rPr>
                <w:szCs w:val="28"/>
                <w:lang w:val="ru-RU"/>
              </w:rPr>
            </w:pPr>
            <w:r w:rsidRPr="00EC61D4">
              <w:rPr>
                <w:rFonts w:cs="Times New Roman"/>
                <w:szCs w:val="28"/>
                <w:lang w:val="ru-RU"/>
              </w:rPr>
              <w:t>Заявители, ранее обращавшиеся за получением муниципальной</w:t>
            </w:r>
            <w:r>
              <w:rPr>
                <w:rFonts w:cs="Times New Roman"/>
                <w:szCs w:val="28"/>
                <w:lang w:val="ru-RU"/>
              </w:rPr>
              <w:t xml:space="preserve"> </w:t>
            </w:r>
            <w:r w:rsidRPr="00EC61D4">
              <w:rPr>
                <w:rFonts w:cs="Times New Roman"/>
                <w:szCs w:val="28"/>
                <w:lang w:val="ru-RU"/>
              </w:rPr>
              <w:t>услуги за выдачей дубликата документа, выданного по результату её предоставления</w:t>
            </w:r>
          </w:p>
        </w:tc>
        <w:tc>
          <w:tcPr>
            <w:tcW w:w="5226" w:type="dxa"/>
            <w:tcBorders>
              <w:top w:val="single" w:sz="6" w:space="0" w:color="000000"/>
              <w:left w:val="single" w:sz="6" w:space="0" w:color="000000"/>
              <w:bottom w:val="single" w:sz="4" w:space="0" w:color="auto"/>
              <w:right w:val="single" w:sz="6" w:space="0" w:color="000000"/>
            </w:tcBorders>
          </w:tcPr>
          <w:p w:rsidR="00550DD8" w:rsidRPr="00EC61D4" w:rsidRDefault="00732384" w:rsidP="00EC61D4">
            <w:pPr>
              <w:ind w:left="200" w:right="239"/>
              <w:jc w:val="both"/>
              <w:rPr>
                <w:szCs w:val="28"/>
                <w:lang w:val="ru-RU"/>
              </w:rPr>
            </w:pPr>
            <w:r w:rsidRPr="00EC61D4">
              <w:rPr>
                <w:rFonts w:cs="Times New Roman"/>
                <w:szCs w:val="28"/>
                <w:lang w:val="ru-RU"/>
              </w:rPr>
              <w:t>Результат предоставления муниципальной у слуги, указанный в подпункте в) пункта 1 подразд</w:t>
            </w:r>
            <w:r w:rsidR="00EC61D4">
              <w:rPr>
                <w:rFonts w:cs="Times New Roman"/>
                <w:szCs w:val="28"/>
                <w:lang w:val="ru-RU"/>
              </w:rPr>
              <w:t>ела</w:t>
            </w:r>
            <w:r>
              <w:rPr>
                <w:rFonts w:cs="Times New Roman"/>
                <w:szCs w:val="28"/>
                <w:lang w:val="ru-RU"/>
              </w:rPr>
              <w:t xml:space="preserve"> </w:t>
            </w:r>
            <w:r w:rsidRPr="00EC61D4">
              <w:rPr>
                <w:rFonts w:cs="Times New Roman"/>
                <w:szCs w:val="28"/>
                <w:lang w:val="ru-RU"/>
              </w:rPr>
              <w:t>2.3 раздела 2 регламента, в виде дубликата документа, выданного по результату ранее предоставленной муниципальной услуги</w:t>
            </w:r>
          </w:p>
        </w:tc>
      </w:tr>
      <w:tr w:rsidR="00732384" w:rsidRPr="00F010B9" w:rsidTr="008139A8">
        <w:trPr>
          <w:trHeight w:val="2094"/>
        </w:trPr>
        <w:tc>
          <w:tcPr>
            <w:tcW w:w="1280" w:type="dxa"/>
            <w:gridSpan w:val="2"/>
            <w:tcBorders>
              <w:top w:val="single" w:sz="4" w:space="0" w:color="auto"/>
              <w:left w:val="single" w:sz="6" w:space="0" w:color="000000"/>
              <w:bottom w:val="single" w:sz="6" w:space="0" w:color="000000"/>
              <w:right w:val="single" w:sz="6" w:space="0" w:color="000000"/>
            </w:tcBorders>
          </w:tcPr>
          <w:p w:rsidR="00550DD8" w:rsidRPr="00EC61D4" w:rsidRDefault="00EC61D4" w:rsidP="00EC61D4">
            <w:pPr>
              <w:ind w:left="143"/>
              <w:jc w:val="both"/>
              <w:rPr>
                <w:szCs w:val="28"/>
              </w:rPr>
            </w:pPr>
            <w:r w:rsidRPr="00EC61D4">
              <w:rPr>
                <w:rFonts w:cs="Times New Roman"/>
                <w:szCs w:val="28"/>
                <w:lang w:val="ru-RU"/>
              </w:rPr>
              <w:lastRenderedPageBreak/>
              <w:t xml:space="preserve">     </w:t>
            </w:r>
            <w:r w:rsidR="00732384" w:rsidRPr="00EC61D4">
              <w:rPr>
                <w:rFonts w:cs="Times New Roman"/>
                <w:szCs w:val="28"/>
              </w:rPr>
              <w:t>4.</w:t>
            </w:r>
          </w:p>
        </w:tc>
        <w:tc>
          <w:tcPr>
            <w:tcW w:w="3908" w:type="dxa"/>
            <w:tcBorders>
              <w:top w:val="single" w:sz="4" w:space="0" w:color="auto"/>
              <w:left w:val="single" w:sz="6" w:space="0" w:color="000000"/>
              <w:bottom w:val="single" w:sz="6" w:space="0" w:color="000000"/>
              <w:right w:val="single" w:sz="6" w:space="0" w:color="000000"/>
            </w:tcBorders>
          </w:tcPr>
          <w:p w:rsidR="00550DD8" w:rsidRPr="00EC61D4" w:rsidRDefault="00732384" w:rsidP="00EC61D4">
            <w:pPr>
              <w:ind w:left="143" w:right="239"/>
              <w:jc w:val="both"/>
              <w:rPr>
                <w:szCs w:val="28"/>
                <w:lang w:val="ru-RU"/>
              </w:rPr>
            </w:pPr>
            <w:r w:rsidRPr="00EC61D4">
              <w:rPr>
                <w:rFonts w:cs="Times New Roman"/>
                <w:szCs w:val="28"/>
                <w:lang w:val="ru-RU"/>
              </w:rPr>
              <w:t>От имени заявителя могут действовать его представители, наделённые соответствующими полномочиями в порядке, установленном законодательством Российской Феде рации</w:t>
            </w:r>
          </w:p>
        </w:tc>
        <w:tc>
          <w:tcPr>
            <w:tcW w:w="5226" w:type="dxa"/>
            <w:tcBorders>
              <w:top w:val="single" w:sz="4" w:space="0" w:color="auto"/>
              <w:left w:val="single" w:sz="6" w:space="0" w:color="000000"/>
              <w:bottom w:val="single" w:sz="6" w:space="0" w:color="000000"/>
              <w:right w:val="single" w:sz="6" w:space="0" w:color="000000"/>
            </w:tcBorders>
          </w:tcPr>
          <w:p w:rsidR="00550DD8" w:rsidRPr="00EC61D4" w:rsidRDefault="00732384" w:rsidP="00EC61D4">
            <w:pPr>
              <w:ind w:left="200" w:right="239"/>
              <w:jc w:val="both"/>
              <w:rPr>
                <w:szCs w:val="28"/>
                <w:lang w:val="ru-RU"/>
              </w:rPr>
            </w:pPr>
            <w:r w:rsidRPr="00EC61D4">
              <w:rPr>
                <w:rFonts w:cs="Times New Roman"/>
                <w:szCs w:val="28"/>
                <w:lang w:val="ru-RU"/>
              </w:rPr>
              <w:t>Результаты предоставления муниципальной услуги, указанные в пункте 1 подраздела 2.3 раз дела 2 регламента, в виде выписки, уведомления, документа, выданного по результату ранее пре доставленной муниципальной услуги, без опечаток и ошибок, дубликата документа, выданного по результату ранее предоставленной муниципальной услуги</w:t>
            </w:r>
          </w:p>
        </w:tc>
      </w:tr>
    </w:tbl>
    <w:p w:rsidR="00732384" w:rsidRDefault="00732384">
      <w:pPr>
        <w:keepNext/>
        <w:spacing w:after="60" w:line="240" w:lineRule="auto"/>
        <w:jc w:val="right"/>
        <w:rPr>
          <w:rFonts w:cs="Times New Roman"/>
          <w:b/>
          <w:sz w:val="22"/>
          <w:lang w:val="ru-RU"/>
        </w:rPr>
      </w:pPr>
    </w:p>
    <w:p w:rsidR="00732384" w:rsidRDefault="00732384">
      <w:pPr>
        <w:keepNext/>
        <w:spacing w:after="60" w:line="240" w:lineRule="auto"/>
        <w:jc w:val="right"/>
        <w:rPr>
          <w:rFonts w:cs="Times New Roman"/>
          <w:b/>
          <w:sz w:val="22"/>
          <w:lang w:val="ru-RU"/>
        </w:rPr>
      </w:pPr>
    </w:p>
    <w:p w:rsidR="00732384" w:rsidRDefault="00732384">
      <w:pPr>
        <w:keepNext/>
        <w:spacing w:after="60" w:line="240" w:lineRule="auto"/>
        <w:jc w:val="right"/>
        <w:rPr>
          <w:rFonts w:cs="Times New Roman"/>
          <w:b/>
          <w:sz w:val="22"/>
          <w:lang w:val="ru-RU"/>
        </w:rPr>
      </w:pPr>
    </w:p>
    <w:p w:rsidR="00732384" w:rsidRPr="00900163" w:rsidRDefault="00732384" w:rsidP="00732384">
      <w:pPr>
        <w:spacing w:after="0" w:line="240" w:lineRule="auto"/>
        <w:rPr>
          <w:lang w:val="ru-RU"/>
        </w:rPr>
      </w:pPr>
      <w:r w:rsidRPr="00900163">
        <w:rPr>
          <w:rFonts w:cs="Times New Roman"/>
          <w:lang w:val="ru-RU"/>
        </w:rPr>
        <w:t>Глава Новоджерелиевского сельского поселения</w:t>
      </w:r>
      <w:r w:rsidRPr="00900163">
        <w:rPr>
          <w:rFonts w:cs="Times New Roman"/>
          <w:lang w:val="ru-RU"/>
        </w:rPr>
        <w:br/>
        <w:t>Брюховецкого муниципального района</w:t>
      </w:r>
      <w:r w:rsidRPr="00900163">
        <w:rPr>
          <w:rFonts w:cs="Times New Roman"/>
          <w:lang w:val="ru-RU"/>
        </w:rPr>
        <w:br/>
        <w:t xml:space="preserve">Краснодарского края               </w:t>
      </w:r>
      <w:r>
        <w:rPr>
          <w:rFonts w:cs="Times New Roman"/>
          <w:lang w:val="ru-RU"/>
        </w:rPr>
        <w:t xml:space="preserve">                                          </w:t>
      </w:r>
      <w:r w:rsidRPr="00900163">
        <w:rPr>
          <w:rFonts w:cs="Times New Roman"/>
          <w:lang w:val="ru-RU"/>
        </w:rPr>
        <w:t xml:space="preserve">                       О.В. Ткаченко</w:t>
      </w:r>
    </w:p>
    <w:p w:rsidR="00732384" w:rsidRDefault="00732384" w:rsidP="00732384">
      <w:pPr>
        <w:spacing w:after="0" w:line="240" w:lineRule="auto"/>
        <w:ind w:firstLine="5103"/>
        <w:rPr>
          <w:szCs w:val="28"/>
          <w:lang w:val="ru-RU"/>
        </w:rPr>
      </w:pPr>
    </w:p>
    <w:p w:rsidR="00732384" w:rsidRDefault="00732384" w:rsidP="00732384">
      <w:pPr>
        <w:spacing w:after="0" w:line="240" w:lineRule="auto"/>
        <w:ind w:firstLine="5103"/>
        <w:rPr>
          <w:szCs w:val="28"/>
          <w:lang w:val="ru-RU"/>
        </w:rPr>
      </w:pPr>
    </w:p>
    <w:p w:rsidR="00732384" w:rsidRDefault="00732384" w:rsidP="00732384">
      <w:pPr>
        <w:spacing w:after="0" w:line="240" w:lineRule="auto"/>
        <w:ind w:firstLine="5103"/>
        <w:rPr>
          <w:szCs w:val="28"/>
          <w:lang w:val="ru-RU"/>
        </w:rPr>
      </w:pPr>
    </w:p>
    <w:p w:rsidR="00732384" w:rsidRDefault="00732384" w:rsidP="00732384">
      <w:pPr>
        <w:spacing w:after="0" w:line="240" w:lineRule="auto"/>
        <w:ind w:firstLine="5103"/>
        <w:rPr>
          <w:szCs w:val="28"/>
          <w:lang w:val="ru-RU"/>
        </w:rPr>
      </w:pPr>
    </w:p>
    <w:p w:rsidR="00732384" w:rsidRDefault="00732384" w:rsidP="00732384">
      <w:pPr>
        <w:spacing w:after="0" w:line="240" w:lineRule="auto"/>
        <w:ind w:firstLine="5103"/>
        <w:rPr>
          <w:szCs w:val="28"/>
          <w:lang w:val="ru-RU"/>
        </w:rPr>
      </w:pPr>
    </w:p>
    <w:p w:rsidR="00732384" w:rsidRDefault="00732384" w:rsidP="00732384">
      <w:pPr>
        <w:spacing w:after="0" w:line="240" w:lineRule="auto"/>
        <w:ind w:firstLine="5103"/>
        <w:rPr>
          <w:szCs w:val="28"/>
          <w:lang w:val="ru-RU"/>
        </w:rPr>
      </w:pPr>
    </w:p>
    <w:p w:rsidR="00732384" w:rsidRDefault="00732384" w:rsidP="00732384">
      <w:pPr>
        <w:spacing w:after="0" w:line="240" w:lineRule="auto"/>
        <w:ind w:firstLine="5103"/>
        <w:rPr>
          <w:szCs w:val="28"/>
          <w:lang w:val="ru-RU"/>
        </w:rPr>
      </w:pPr>
    </w:p>
    <w:p w:rsidR="00732384" w:rsidRDefault="00732384" w:rsidP="00732384">
      <w:pPr>
        <w:spacing w:after="0" w:line="240" w:lineRule="auto"/>
        <w:ind w:firstLine="5103"/>
        <w:rPr>
          <w:szCs w:val="28"/>
          <w:lang w:val="ru-RU"/>
        </w:rPr>
      </w:pPr>
    </w:p>
    <w:p w:rsidR="00732384" w:rsidRDefault="00732384" w:rsidP="00732384">
      <w:pPr>
        <w:spacing w:after="0" w:line="240" w:lineRule="auto"/>
        <w:ind w:firstLine="5103"/>
        <w:rPr>
          <w:szCs w:val="28"/>
          <w:lang w:val="ru-RU"/>
        </w:rPr>
      </w:pPr>
    </w:p>
    <w:p w:rsidR="00732384" w:rsidRDefault="00732384" w:rsidP="00732384">
      <w:pPr>
        <w:spacing w:after="0" w:line="240" w:lineRule="auto"/>
        <w:ind w:firstLine="5103"/>
        <w:rPr>
          <w:szCs w:val="28"/>
          <w:lang w:val="ru-RU"/>
        </w:rPr>
      </w:pPr>
    </w:p>
    <w:p w:rsidR="00732384" w:rsidRDefault="00732384" w:rsidP="00732384">
      <w:pPr>
        <w:spacing w:after="0" w:line="240" w:lineRule="auto"/>
        <w:ind w:firstLine="5103"/>
        <w:rPr>
          <w:szCs w:val="28"/>
          <w:lang w:val="ru-RU"/>
        </w:rPr>
      </w:pPr>
    </w:p>
    <w:p w:rsidR="00732384" w:rsidRDefault="00732384" w:rsidP="00732384">
      <w:pPr>
        <w:spacing w:after="0" w:line="240" w:lineRule="auto"/>
        <w:ind w:firstLine="5103"/>
        <w:rPr>
          <w:szCs w:val="28"/>
          <w:lang w:val="ru-RU"/>
        </w:rPr>
      </w:pPr>
    </w:p>
    <w:p w:rsidR="00732384" w:rsidRDefault="00732384" w:rsidP="00732384">
      <w:pPr>
        <w:spacing w:after="0" w:line="240" w:lineRule="auto"/>
        <w:ind w:firstLine="5103"/>
        <w:rPr>
          <w:szCs w:val="28"/>
          <w:lang w:val="ru-RU"/>
        </w:rPr>
      </w:pPr>
    </w:p>
    <w:p w:rsidR="00732384" w:rsidRDefault="00732384" w:rsidP="00732384">
      <w:pPr>
        <w:spacing w:after="0" w:line="240" w:lineRule="auto"/>
        <w:ind w:firstLine="5103"/>
        <w:rPr>
          <w:szCs w:val="28"/>
          <w:lang w:val="ru-RU"/>
        </w:rPr>
      </w:pPr>
    </w:p>
    <w:p w:rsidR="00732384" w:rsidRDefault="00732384" w:rsidP="00732384">
      <w:pPr>
        <w:spacing w:after="0" w:line="240" w:lineRule="auto"/>
        <w:ind w:firstLine="5103"/>
        <w:rPr>
          <w:szCs w:val="28"/>
          <w:lang w:val="ru-RU"/>
        </w:rPr>
      </w:pPr>
    </w:p>
    <w:p w:rsidR="00732384" w:rsidRDefault="00732384" w:rsidP="00732384">
      <w:pPr>
        <w:spacing w:after="0" w:line="240" w:lineRule="auto"/>
        <w:ind w:firstLine="5103"/>
        <w:rPr>
          <w:szCs w:val="28"/>
          <w:lang w:val="ru-RU"/>
        </w:rPr>
      </w:pPr>
    </w:p>
    <w:p w:rsidR="00732384" w:rsidRDefault="00732384" w:rsidP="00732384">
      <w:pPr>
        <w:spacing w:after="0" w:line="240" w:lineRule="auto"/>
        <w:ind w:firstLine="5103"/>
        <w:rPr>
          <w:szCs w:val="28"/>
          <w:lang w:val="ru-RU"/>
        </w:rPr>
      </w:pPr>
    </w:p>
    <w:p w:rsidR="00732384" w:rsidRDefault="00732384" w:rsidP="00732384">
      <w:pPr>
        <w:spacing w:after="0" w:line="240" w:lineRule="auto"/>
        <w:ind w:firstLine="5103"/>
        <w:rPr>
          <w:szCs w:val="28"/>
          <w:lang w:val="ru-RU"/>
        </w:rPr>
      </w:pPr>
    </w:p>
    <w:p w:rsidR="00732384" w:rsidRDefault="00732384" w:rsidP="00732384">
      <w:pPr>
        <w:spacing w:after="0" w:line="240" w:lineRule="auto"/>
        <w:ind w:firstLine="5103"/>
        <w:rPr>
          <w:szCs w:val="28"/>
          <w:lang w:val="ru-RU"/>
        </w:rPr>
      </w:pPr>
    </w:p>
    <w:p w:rsidR="00732384" w:rsidRDefault="00732384" w:rsidP="00732384">
      <w:pPr>
        <w:spacing w:after="0" w:line="240" w:lineRule="auto"/>
        <w:ind w:firstLine="5103"/>
        <w:rPr>
          <w:szCs w:val="28"/>
          <w:lang w:val="ru-RU"/>
        </w:rPr>
      </w:pPr>
    </w:p>
    <w:p w:rsidR="00BE325D" w:rsidRDefault="00BE325D" w:rsidP="00732384">
      <w:pPr>
        <w:spacing w:after="0" w:line="240" w:lineRule="auto"/>
        <w:ind w:firstLine="5103"/>
        <w:rPr>
          <w:szCs w:val="28"/>
          <w:lang w:val="ru-RU"/>
        </w:rPr>
        <w:sectPr w:rsidR="00BE325D" w:rsidSect="00BE325D">
          <w:pgSz w:w="12240" w:h="15840"/>
          <w:pgMar w:top="1134" w:right="567" w:bottom="1134" w:left="1701" w:header="709" w:footer="709" w:gutter="0"/>
          <w:pgNumType w:start="1"/>
          <w:cols w:space="720"/>
          <w:titlePg/>
          <w:docGrid w:linePitch="381"/>
        </w:sectPr>
      </w:pPr>
    </w:p>
    <w:p w:rsidR="00732384" w:rsidRPr="002E7D98" w:rsidRDefault="00732384" w:rsidP="00732384">
      <w:pPr>
        <w:spacing w:after="0" w:line="240" w:lineRule="auto"/>
        <w:ind w:firstLine="5103"/>
        <w:rPr>
          <w:szCs w:val="28"/>
          <w:lang w:val="ru-RU"/>
        </w:rPr>
      </w:pPr>
      <w:r w:rsidRPr="002E7D98">
        <w:rPr>
          <w:szCs w:val="28"/>
          <w:lang w:val="ru-RU"/>
        </w:rPr>
        <w:lastRenderedPageBreak/>
        <w:t xml:space="preserve">ПРИЛОЖЕНИЕ </w:t>
      </w:r>
      <w:r>
        <w:rPr>
          <w:szCs w:val="28"/>
          <w:lang w:val="ru-RU"/>
        </w:rPr>
        <w:t>№ 3</w:t>
      </w:r>
    </w:p>
    <w:p w:rsidR="00732384" w:rsidRPr="002E7D98" w:rsidRDefault="00732384" w:rsidP="00732384">
      <w:pPr>
        <w:spacing w:after="0" w:line="240" w:lineRule="auto"/>
        <w:ind w:firstLine="5103"/>
        <w:rPr>
          <w:szCs w:val="28"/>
          <w:lang w:val="ru-RU"/>
        </w:rPr>
      </w:pPr>
      <w:r w:rsidRPr="002E7D98">
        <w:rPr>
          <w:szCs w:val="28"/>
          <w:lang w:val="ru-RU"/>
        </w:rPr>
        <w:t>к административному регламенту</w:t>
      </w:r>
    </w:p>
    <w:p w:rsidR="00732384" w:rsidRPr="002E7D98" w:rsidRDefault="00732384" w:rsidP="00732384">
      <w:pPr>
        <w:spacing w:after="0" w:line="240" w:lineRule="auto"/>
        <w:ind w:firstLine="5103"/>
        <w:rPr>
          <w:szCs w:val="28"/>
          <w:lang w:val="ru-RU"/>
        </w:rPr>
      </w:pPr>
      <w:r w:rsidRPr="002E7D98">
        <w:rPr>
          <w:szCs w:val="28"/>
          <w:lang w:val="ru-RU"/>
        </w:rPr>
        <w:t>предоставления администрацией</w:t>
      </w:r>
    </w:p>
    <w:p w:rsidR="00732384" w:rsidRDefault="00732384" w:rsidP="00732384">
      <w:pPr>
        <w:spacing w:after="0" w:line="240" w:lineRule="auto"/>
        <w:ind w:firstLine="5103"/>
        <w:rPr>
          <w:szCs w:val="28"/>
          <w:lang w:val="ru-RU"/>
        </w:rPr>
      </w:pPr>
      <w:r w:rsidRPr="002E7D98">
        <w:rPr>
          <w:szCs w:val="28"/>
          <w:lang w:val="ru-RU"/>
        </w:rPr>
        <w:t>Новоджерелиевского сельского</w:t>
      </w:r>
    </w:p>
    <w:p w:rsidR="00732384" w:rsidRDefault="00732384" w:rsidP="00732384">
      <w:pPr>
        <w:spacing w:after="0" w:line="240" w:lineRule="auto"/>
        <w:ind w:firstLine="5103"/>
        <w:rPr>
          <w:szCs w:val="28"/>
          <w:lang w:val="ru-RU"/>
        </w:rPr>
      </w:pPr>
      <w:r>
        <w:rPr>
          <w:szCs w:val="28"/>
          <w:lang w:val="ru-RU"/>
        </w:rPr>
        <w:t>п</w:t>
      </w:r>
      <w:r w:rsidRPr="002E7D98">
        <w:rPr>
          <w:szCs w:val="28"/>
          <w:lang w:val="ru-RU"/>
        </w:rPr>
        <w:t>оселения</w:t>
      </w:r>
      <w:r>
        <w:rPr>
          <w:szCs w:val="28"/>
          <w:lang w:val="ru-RU"/>
        </w:rPr>
        <w:t xml:space="preserve"> Брюховецкого</w:t>
      </w:r>
    </w:p>
    <w:p w:rsidR="00732384" w:rsidRPr="002E7D98" w:rsidRDefault="00732384" w:rsidP="00732384">
      <w:pPr>
        <w:spacing w:after="0" w:line="240" w:lineRule="auto"/>
        <w:ind w:firstLine="5103"/>
        <w:rPr>
          <w:szCs w:val="28"/>
          <w:lang w:val="ru-RU"/>
        </w:rPr>
      </w:pPr>
      <w:r w:rsidRPr="002E7D98">
        <w:rPr>
          <w:szCs w:val="28"/>
          <w:lang w:val="ru-RU"/>
        </w:rPr>
        <w:t>муниципального района</w:t>
      </w:r>
    </w:p>
    <w:p w:rsidR="00732384" w:rsidRDefault="00732384" w:rsidP="00732384">
      <w:pPr>
        <w:spacing w:after="0" w:line="240" w:lineRule="auto"/>
        <w:ind w:firstLine="5103"/>
        <w:rPr>
          <w:szCs w:val="28"/>
          <w:lang w:val="ru-RU"/>
        </w:rPr>
      </w:pPr>
      <w:r w:rsidRPr="002E7D98">
        <w:rPr>
          <w:szCs w:val="28"/>
          <w:lang w:val="ru-RU"/>
        </w:rPr>
        <w:t>Краснодарского края муниципальной</w:t>
      </w:r>
    </w:p>
    <w:p w:rsidR="00732384" w:rsidRDefault="00732384" w:rsidP="00732384">
      <w:pPr>
        <w:spacing w:after="0" w:line="240" w:lineRule="auto"/>
        <w:ind w:firstLine="5103"/>
        <w:rPr>
          <w:szCs w:val="28"/>
          <w:lang w:val="ru-RU"/>
        </w:rPr>
      </w:pPr>
      <w:r>
        <w:rPr>
          <w:szCs w:val="28"/>
          <w:lang w:val="ru-RU"/>
        </w:rPr>
        <w:t>услуги «Предоставление выписки</w:t>
      </w:r>
    </w:p>
    <w:p w:rsidR="00732384" w:rsidRPr="002E7D98" w:rsidRDefault="00732384" w:rsidP="00732384">
      <w:pPr>
        <w:spacing w:after="0" w:line="240" w:lineRule="auto"/>
        <w:ind w:firstLine="5103"/>
        <w:rPr>
          <w:szCs w:val="28"/>
          <w:lang w:val="ru-RU"/>
        </w:rPr>
      </w:pPr>
      <w:r>
        <w:rPr>
          <w:szCs w:val="28"/>
          <w:lang w:val="ru-RU"/>
        </w:rPr>
        <w:t>из реестра муниципального имущества»</w:t>
      </w:r>
    </w:p>
    <w:p w:rsidR="00732384" w:rsidRDefault="00732384">
      <w:pPr>
        <w:keepNext/>
        <w:spacing w:after="60" w:line="240" w:lineRule="auto"/>
        <w:jc w:val="right"/>
        <w:rPr>
          <w:rFonts w:cs="Times New Roman"/>
          <w:b/>
          <w:sz w:val="22"/>
          <w:lang w:val="ru-RU"/>
        </w:rPr>
      </w:pPr>
    </w:p>
    <w:p w:rsidR="00732384" w:rsidRDefault="00732384">
      <w:pPr>
        <w:keepNext/>
        <w:spacing w:after="60" w:line="240" w:lineRule="auto"/>
        <w:jc w:val="right"/>
        <w:rPr>
          <w:rFonts w:cs="Times New Roman"/>
          <w:b/>
          <w:sz w:val="22"/>
          <w:lang w:val="ru-RU"/>
        </w:rPr>
      </w:pPr>
    </w:p>
    <w:p w:rsidR="00550DD8" w:rsidRDefault="00732384" w:rsidP="00732384">
      <w:pPr>
        <w:spacing w:after="0" w:line="240" w:lineRule="auto"/>
        <w:ind w:firstLine="709"/>
        <w:jc w:val="center"/>
        <w:rPr>
          <w:rFonts w:cs="Times New Roman"/>
          <w:b/>
          <w:szCs w:val="28"/>
          <w:lang w:val="ru-RU"/>
        </w:rPr>
      </w:pPr>
      <w:r w:rsidRPr="00732384">
        <w:rPr>
          <w:rFonts w:cs="Times New Roman"/>
          <w:b/>
          <w:szCs w:val="28"/>
          <w:lang w:val="ru-RU"/>
        </w:rPr>
        <w:t>Исчерпывающий перечень документов, необходимых для предоставления муниципальной услуги</w:t>
      </w:r>
    </w:p>
    <w:p w:rsidR="00732384" w:rsidRPr="00732384" w:rsidRDefault="00732384" w:rsidP="00732384">
      <w:pPr>
        <w:spacing w:after="0" w:line="240" w:lineRule="auto"/>
        <w:ind w:firstLine="709"/>
        <w:jc w:val="center"/>
        <w:rPr>
          <w:b/>
          <w:szCs w:val="28"/>
          <w:lang w:val="ru-RU"/>
        </w:rPr>
      </w:pPr>
    </w:p>
    <w:tbl>
      <w:tblPr>
        <w:tblStyle w:val="aff0"/>
        <w:tblW w:w="10349" w:type="dxa"/>
        <w:tblInd w:w="7" w:type="dxa"/>
        <w:tblLayout w:type="fixed"/>
        <w:tblCellMar>
          <w:top w:w="68" w:type="dxa"/>
          <w:left w:w="0" w:type="dxa"/>
          <w:right w:w="109" w:type="dxa"/>
        </w:tblCellMar>
        <w:tblLook w:val="04A0" w:firstRow="1" w:lastRow="0" w:firstColumn="1" w:lastColumn="0" w:noHBand="0" w:noVBand="1"/>
      </w:tblPr>
      <w:tblGrid>
        <w:gridCol w:w="484"/>
        <w:gridCol w:w="375"/>
        <w:gridCol w:w="1836"/>
        <w:gridCol w:w="1784"/>
        <w:gridCol w:w="1756"/>
        <w:gridCol w:w="1846"/>
        <w:gridCol w:w="2268"/>
      </w:tblGrid>
      <w:tr w:rsidR="00732384" w:rsidRPr="00F010B9" w:rsidTr="00295D7D">
        <w:trPr>
          <w:trHeight w:val="1082"/>
          <w:tblHeader/>
        </w:trPr>
        <w:tc>
          <w:tcPr>
            <w:tcW w:w="484" w:type="dxa"/>
            <w:vMerge w:val="restart"/>
            <w:tcBorders>
              <w:top w:val="single" w:sz="6" w:space="0" w:color="000000"/>
              <w:left w:val="single" w:sz="6" w:space="0" w:color="000000"/>
              <w:bottom w:val="single" w:sz="6" w:space="0" w:color="000000"/>
              <w:right w:val="nil"/>
            </w:tcBorders>
          </w:tcPr>
          <w:p w:rsidR="00550DD8" w:rsidRPr="00732384" w:rsidRDefault="00732384">
            <w:pPr>
              <w:jc w:val="both"/>
              <w:rPr>
                <w:sz w:val="24"/>
                <w:szCs w:val="24"/>
              </w:rPr>
            </w:pPr>
            <w:r w:rsidRPr="00732384">
              <w:rPr>
                <w:rFonts w:cs="Times New Roman"/>
                <w:sz w:val="24"/>
                <w:szCs w:val="24"/>
              </w:rPr>
              <w:t>п/п</w:t>
            </w:r>
          </w:p>
        </w:tc>
        <w:tc>
          <w:tcPr>
            <w:tcW w:w="375" w:type="dxa"/>
            <w:vMerge w:val="restart"/>
            <w:tcBorders>
              <w:top w:val="single" w:sz="6" w:space="0" w:color="000000"/>
              <w:left w:val="nil"/>
              <w:bottom w:val="single" w:sz="6" w:space="0" w:color="000000"/>
              <w:right w:val="single" w:sz="6" w:space="0" w:color="000000"/>
            </w:tcBorders>
          </w:tcPr>
          <w:p w:rsidR="00550DD8" w:rsidRPr="00732384" w:rsidRDefault="00732384">
            <w:pPr>
              <w:jc w:val="both"/>
              <w:rPr>
                <w:sz w:val="24"/>
                <w:szCs w:val="24"/>
              </w:rPr>
            </w:pPr>
            <w:r w:rsidRPr="00732384">
              <w:rPr>
                <w:rFonts w:cs="Times New Roman"/>
                <w:sz w:val="24"/>
                <w:szCs w:val="24"/>
              </w:rPr>
              <w:t>№</w:t>
            </w:r>
          </w:p>
        </w:tc>
        <w:tc>
          <w:tcPr>
            <w:tcW w:w="1836" w:type="dxa"/>
            <w:vMerge w:val="restart"/>
            <w:tcBorders>
              <w:top w:val="single" w:sz="6" w:space="0" w:color="000000"/>
              <w:left w:val="single" w:sz="6" w:space="0" w:color="000000"/>
              <w:bottom w:val="single" w:sz="6" w:space="0" w:color="000000"/>
              <w:right w:val="single" w:sz="6" w:space="0" w:color="000000"/>
            </w:tcBorders>
          </w:tcPr>
          <w:p w:rsidR="00550DD8" w:rsidRPr="00732384" w:rsidRDefault="00732384" w:rsidP="00732384">
            <w:pPr>
              <w:jc w:val="both"/>
              <w:rPr>
                <w:sz w:val="24"/>
                <w:szCs w:val="24"/>
                <w:lang w:val="ru-RU"/>
              </w:rPr>
            </w:pPr>
            <w:r w:rsidRPr="00732384">
              <w:rPr>
                <w:rFonts w:cs="Times New Roman"/>
                <w:sz w:val="24"/>
                <w:szCs w:val="24"/>
                <w:lang w:val="ru-RU"/>
              </w:rPr>
              <w:t>Идентификатор категории (признаков) заявителей</w:t>
            </w:r>
          </w:p>
        </w:tc>
        <w:tc>
          <w:tcPr>
            <w:tcW w:w="1784" w:type="dxa"/>
            <w:vMerge w:val="restart"/>
            <w:tcBorders>
              <w:top w:val="single" w:sz="6" w:space="0" w:color="000000"/>
              <w:left w:val="single" w:sz="6" w:space="0" w:color="000000"/>
              <w:bottom w:val="single" w:sz="6" w:space="0" w:color="000000"/>
              <w:right w:val="single" w:sz="6" w:space="0" w:color="000000"/>
            </w:tcBorders>
          </w:tcPr>
          <w:p w:rsidR="00550DD8" w:rsidRPr="00732384" w:rsidRDefault="00732384" w:rsidP="00732384">
            <w:pPr>
              <w:jc w:val="both"/>
              <w:rPr>
                <w:sz w:val="24"/>
                <w:szCs w:val="24"/>
                <w:lang w:val="ru-RU"/>
              </w:rPr>
            </w:pPr>
            <w:r w:rsidRPr="00732384">
              <w:rPr>
                <w:rFonts w:cs="Times New Roman"/>
                <w:sz w:val="24"/>
                <w:szCs w:val="24"/>
                <w:lang w:val="ru-RU"/>
              </w:rPr>
              <w:t>Способы подачи таких документов и(или) информации</w:t>
            </w:r>
          </w:p>
        </w:tc>
        <w:tc>
          <w:tcPr>
            <w:tcW w:w="1756" w:type="dxa"/>
            <w:vMerge w:val="restart"/>
            <w:tcBorders>
              <w:top w:val="single" w:sz="6" w:space="0" w:color="000000"/>
              <w:left w:val="single" w:sz="6" w:space="0" w:color="000000"/>
              <w:bottom w:val="single" w:sz="6" w:space="0" w:color="000000"/>
              <w:right w:val="single" w:sz="6" w:space="0" w:color="000000"/>
            </w:tcBorders>
          </w:tcPr>
          <w:p w:rsidR="00550DD8" w:rsidRPr="00732384" w:rsidRDefault="00732384" w:rsidP="00732384">
            <w:pPr>
              <w:jc w:val="both"/>
              <w:rPr>
                <w:sz w:val="24"/>
                <w:szCs w:val="24"/>
                <w:lang w:val="ru-RU"/>
              </w:rPr>
            </w:pPr>
            <w:r w:rsidRPr="00732384">
              <w:rPr>
                <w:rFonts w:cs="Times New Roman"/>
                <w:sz w:val="24"/>
                <w:szCs w:val="24"/>
                <w:lang w:val="ru-RU"/>
              </w:rPr>
              <w:t>Требования к представлению документов заявителем</w:t>
            </w:r>
          </w:p>
        </w:tc>
        <w:tc>
          <w:tcPr>
            <w:tcW w:w="4114" w:type="dxa"/>
            <w:gridSpan w:val="2"/>
            <w:tcBorders>
              <w:top w:val="single" w:sz="6" w:space="0" w:color="000000"/>
              <w:left w:val="single" w:sz="6" w:space="0" w:color="000000"/>
              <w:bottom w:val="single" w:sz="6" w:space="0" w:color="000000"/>
              <w:right w:val="single" w:sz="6" w:space="0" w:color="000000"/>
            </w:tcBorders>
          </w:tcPr>
          <w:p w:rsidR="00550DD8" w:rsidRPr="00732384" w:rsidRDefault="00732384" w:rsidP="00F205A8">
            <w:pPr>
              <w:ind w:left="142" w:right="322"/>
              <w:jc w:val="both"/>
              <w:rPr>
                <w:sz w:val="24"/>
                <w:szCs w:val="24"/>
                <w:lang w:val="ru-RU"/>
              </w:rPr>
            </w:pPr>
            <w:r w:rsidRPr="00732384">
              <w:rPr>
                <w:rFonts w:cs="Times New Roman"/>
                <w:sz w:val="24"/>
                <w:szCs w:val="24"/>
                <w:lang w:val="ru-RU"/>
              </w:rPr>
              <w:t>Перечень необходимых для предоставления муниципальной услуги документов и (или) информации</w:t>
            </w:r>
          </w:p>
        </w:tc>
      </w:tr>
      <w:tr w:rsidR="00732384" w:rsidRPr="00F010B9" w:rsidTr="00295D7D">
        <w:trPr>
          <w:trHeight w:val="3345"/>
        </w:trPr>
        <w:tc>
          <w:tcPr>
            <w:tcW w:w="484" w:type="dxa"/>
            <w:vMerge/>
            <w:tcBorders>
              <w:top w:val="nil"/>
              <w:left w:val="single" w:sz="6" w:space="0" w:color="000000"/>
              <w:bottom w:val="single" w:sz="6" w:space="0" w:color="000000"/>
              <w:right w:val="nil"/>
            </w:tcBorders>
          </w:tcPr>
          <w:p w:rsidR="00732384" w:rsidRPr="00900163" w:rsidRDefault="00732384">
            <w:pPr>
              <w:spacing w:after="160"/>
              <w:rPr>
                <w:lang w:val="ru-RU"/>
              </w:rPr>
            </w:pPr>
          </w:p>
        </w:tc>
        <w:tc>
          <w:tcPr>
            <w:tcW w:w="375" w:type="dxa"/>
            <w:vMerge/>
            <w:tcBorders>
              <w:top w:val="nil"/>
              <w:left w:val="nil"/>
              <w:bottom w:val="single" w:sz="6" w:space="0" w:color="000000"/>
              <w:right w:val="single" w:sz="6" w:space="0" w:color="000000"/>
            </w:tcBorders>
          </w:tcPr>
          <w:p w:rsidR="00732384" w:rsidRPr="00900163" w:rsidRDefault="00732384">
            <w:pPr>
              <w:spacing w:after="160"/>
              <w:rPr>
                <w:lang w:val="ru-RU"/>
              </w:rPr>
            </w:pPr>
          </w:p>
        </w:tc>
        <w:tc>
          <w:tcPr>
            <w:tcW w:w="1836" w:type="dxa"/>
            <w:vMerge/>
            <w:tcBorders>
              <w:top w:val="nil"/>
              <w:left w:val="single" w:sz="6" w:space="0" w:color="000000"/>
              <w:bottom w:val="single" w:sz="6" w:space="0" w:color="000000"/>
              <w:right w:val="single" w:sz="6" w:space="0" w:color="000000"/>
            </w:tcBorders>
          </w:tcPr>
          <w:p w:rsidR="00732384" w:rsidRPr="00900163" w:rsidRDefault="00732384">
            <w:pPr>
              <w:spacing w:after="160"/>
              <w:rPr>
                <w:lang w:val="ru-RU"/>
              </w:rPr>
            </w:pPr>
          </w:p>
        </w:tc>
        <w:tc>
          <w:tcPr>
            <w:tcW w:w="1784" w:type="dxa"/>
            <w:vMerge/>
            <w:tcBorders>
              <w:top w:val="nil"/>
              <w:left w:val="single" w:sz="6" w:space="0" w:color="000000"/>
              <w:bottom w:val="single" w:sz="6" w:space="0" w:color="000000"/>
              <w:right w:val="single" w:sz="6" w:space="0" w:color="000000"/>
            </w:tcBorders>
          </w:tcPr>
          <w:p w:rsidR="00732384" w:rsidRPr="00900163" w:rsidRDefault="00732384">
            <w:pPr>
              <w:spacing w:after="160"/>
              <w:rPr>
                <w:lang w:val="ru-RU"/>
              </w:rPr>
            </w:pPr>
          </w:p>
        </w:tc>
        <w:tc>
          <w:tcPr>
            <w:tcW w:w="1756" w:type="dxa"/>
            <w:vMerge/>
            <w:tcBorders>
              <w:top w:val="nil"/>
              <w:left w:val="single" w:sz="6" w:space="0" w:color="000000"/>
              <w:bottom w:val="single" w:sz="6" w:space="0" w:color="000000"/>
              <w:right w:val="single" w:sz="6" w:space="0" w:color="000000"/>
            </w:tcBorders>
          </w:tcPr>
          <w:p w:rsidR="00732384" w:rsidRPr="00900163" w:rsidRDefault="00732384">
            <w:pPr>
              <w:spacing w:after="160"/>
              <w:rPr>
                <w:lang w:val="ru-RU"/>
              </w:rPr>
            </w:pPr>
          </w:p>
        </w:tc>
        <w:tc>
          <w:tcPr>
            <w:tcW w:w="1846" w:type="dxa"/>
            <w:tcBorders>
              <w:top w:val="single" w:sz="6" w:space="0" w:color="000000"/>
              <w:left w:val="single" w:sz="6" w:space="0" w:color="000000"/>
              <w:bottom w:val="single" w:sz="6" w:space="0" w:color="000000"/>
              <w:right w:val="single" w:sz="6" w:space="0" w:color="000000"/>
            </w:tcBorders>
          </w:tcPr>
          <w:p w:rsidR="00550DD8" w:rsidRPr="00732384" w:rsidRDefault="00732384" w:rsidP="00F205A8">
            <w:pPr>
              <w:ind w:left="142" w:right="174"/>
              <w:jc w:val="both"/>
              <w:rPr>
                <w:sz w:val="24"/>
                <w:szCs w:val="24"/>
                <w:lang w:val="ru-RU"/>
              </w:rPr>
            </w:pPr>
            <w:r w:rsidRPr="00732384">
              <w:rPr>
                <w:rFonts w:cs="Times New Roman"/>
                <w:sz w:val="24"/>
                <w:szCs w:val="24"/>
                <w:lang w:val="ru-RU"/>
              </w:rPr>
              <w:t>Документы и (или) информация, которые заявитель должен представить самостоятельно</w:t>
            </w:r>
          </w:p>
        </w:tc>
        <w:tc>
          <w:tcPr>
            <w:tcW w:w="2268" w:type="dxa"/>
            <w:tcBorders>
              <w:top w:val="single" w:sz="6" w:space="0" w:color="000000"/>
              <w:left w:val="single" w:sz="6" w:space="0" w:color="000000"/>
              <w:bottom w:val="single" w:sz="6" w:space="0" w:color="000000"/>
              <w:right w:val="single" w:sz="6" w:space="0" w:color="000000"/>
            </w:tcBorders>
          </w:tcPr>
          <w:p w:rsidR="00550DD8" w:rsidRPr="00732384" w:rsidRDefault="00732384" w:rsidP="00F205A8">
            <w:pPr>
              <w:tabs>
                <w:tab w:val="left" w:pos="1837"/>
              </w:tabs>
              <w:ind w:left="142" w:right="322"/>
              <w:jc w:val="both"/>
              <w:rPr>
                <w:sz w:val="24"/>
                <w:szCs w:val="24"/>
                <w:lang w:val="ru-RU"/>
              </w:rPr>
            </w:pPr>
            <w:r w:rsidRPr="00732384">
              <w:rPr>
                <w:rFonts w:cs="Times New Roman"/>
                <w:sz w:val="24"/>
                <w:szCs w:val="24"/>
                <w:lang w:val="ru-RU"/>
              </w:rPr>
              <w:t>Документы и (или) информация, которые заявитель вправе представить по собственной инициативе, так как он и подлежат представлению в рамках межведомственного информационного взаимодействия</w:t>
            </w:r>
          </w:p>
        </w:tc>
      </w:tr>
      <w:tr w:rsidR="00F010B9" w:rsidRPr="00F010B9" w:rsidTr="008139A8">
        <w:trPr>
          <w:trHeight w:val="4582"/>
        </w:trPr>
        <w:tc>
          <w:tcPr>
            <w:tcW w:w="484" w:type="dxa"/>
            <w:tcBorders>
              <w:top w:val="single" w:sz="6" w:space="0" w:color="000000"/>
              <w:left w:val="single" w:sz="6" w:space="0" w:color="000000"/>
              <w:bottom w:val="nil"/>
              <w:right w:val="nil"/>
            </w:tcBorders>
          </w:tcPr>
          <w:p w:rsidR="00F010B9" w:rsidRPr="00F205A8" w:rsidRDefault="00F010B9">
            <w:pPr>
              <w:jc w:val="both"/>
              <w:rPr>
                <w:sz w:val="24"/>
                <w:szCs w:val="24"/>
                <w:lang w:val="ru-RU"/>
              </w:rPr>
            </w:pPr>
          </w:p>
        </w:tc>
        <w:tc>
          <w:tcPr>
            <w:tcW w:w="375" w:type="dxa"/>
            <w:tcBorders>
              <w:top w:val="single" w:sz="6" w:space="0" w:color="000000"/>
              <w:left w:val="nil"/>
              <w:bottom w:val="single" w:sz="6" w:space="0" w:color="000000"/>
              <w:right w:val="single" w:sz="6" w:space="0" w:color="000000"/>
            </w:tcBorders>
          </w:tcPr>
          <w:p w:rsidR="00F010B9" w:rsidRPr="00F010B9" w:rsidRDefault="00F010B9">
            <w:pPr>
              <w:jc w:val="both"/>
              <w:rPr>
                <w:rFonts w:cs="Times New Roman"/>
                <w:sz w:val="24"/>
                <w:szCs w:val="24"/>
                <w:lang w:val="ru-RU"/>
              </w:rPr>
            </w:pPr>
            <w:r>
              <w:rPr>
                <w:rFonts w:cs="Times New Roman"/>
                <w:sz w:val="24"/>
                <w:szCs w:val="24"/>
                <w:lang w:val="ru-RU"/>
              </w:rPr>
              <w:t>1.</w:t>
            </w:r>
          </w:p>
        </w:tc>
        <w:tc>
          <w:tcPr>
            <w:tcW w:w="1836" w:type="dxa"/>
            <w:tcBorders>
              <w:top w:val="single" w:sz="6" w:space="0" w:color="000000"/>
              <w:left w:val="single" w:sz="6" w:space="0" w:color="000000"/>
              <w:bottom w:val="single" w:sz="6" w:space="0" w:color="000000"/>
              <w:right w:val="single" w:sz="6" w:space="0" w:color="000000"/>
            </w:tcBorders>
          </w:tcPr>
          <w:p w:rsidR="00F010B9" w:rsidRPr="00F205A8" w:rsidRDefault="00F010B9" w:rsidP="00F010B9">
            <w:pPr>
              <w:ind w:left="135"/>
              <w:jc w:val="both"/>
              <w:rPr>
                <w:rFonts w:cs="Times New Roman"/>
                <w:sz w:val="24"/>
                <w:szCs w:val="24"/>
                <w:lang w:val="ru-RU"/>
              </w:rPr>
            </w:pPr>
            <w:r w:rsidRPr="00F205A8">
              <w:rPr>
                <w:rFonts w:cs="Times New Roman"/>
                <w:sz w:val="24"/>
                <w:szCs w:val="24"/>
                <w:lang w:val="ru-RU"/>
              </w:rPr>
              <w:t>Физические и юридические лица при подаче заявления о предоставлении выписки из реестра муниципального имущества</w:t>
            </w:r>
          </w:p>
        </w:tc>
        <w:tc>
          <w:tcPr>
            <w:tcW w:w="1784" w:type="dxa"/>
            <w:tcBorders>
              <w:top w:val="single" w:sz="6" w:space="0" w:color="000000"/>
              <w:left w:val="single" w:sz="6" w:space="0" w:color="000000"/>
              <w:bottom w:val="single" w:sz="6" w:space="0" w:color="000000"/>
              <w:right w:val="single" w:sz="6" w:space="0" w:color="000000"/>
            </w:tcBorders>
          </w:tcPr>
          <w:p w:rsidR="00F010B9" w:rsidRDefault="00F010B9" w:rsidP="00F010B9">
            <w:pPr>
              <w:ind w:left="132"/>
              <w:jc w:val="both"/>
              <w:rPr>
                <w:rFonts w:cs="Times New Roman"/>
                <w:sz w:val="24"/>
                <w:szCs w:val="24"/>
                <w:lang w:val="ru-RU"/>
              </w:rPr>
            </w:pPr>
            <w:r w:rsidRPr="00F205A8">
              <w:rPr>
                <w:rFonts w:cs="Times New Roman"/>
                <w:sz w:val="24"/>
                <w:szCs w:val="24"/>
                <w:lang w:val="ru-RU"/>
              </w:rPr>
              <w:t>В электронной форме посредством Портала;</w:t>
            </w:r>
          </w:p>
          <w:p w:rsidR="00F010B9" w:rsidRPr="00F205A8" w:rsidRDefault="00F010B9" w:rsidP="00F010B9">
            <w:pPr>
              <w:ind w:left="132"/>
              <w:jc w:val="both"/>
              <w:rPr>
                <w:rFonts w:cs="Times New Roman"/>
                <w:sz w:val="24"/>
                <w:szCs w:val="24"/>
                <w:lang w:val="ru-RU"/>
              </w:rPr>
            </w:pPr>
            <w:r w:rsidRPr="00F205A8">
              <w:rPr>
                <w:rFonts w:cs="Times New Roman"/>
                <w:sz w:val="24"/>
                <w:szCs w:val="24"/>
                <w:lang w:val="ru-RU"/>
              </w:rPr>
              <w:t xml:space="preserve">На бумажном носителе посредством личного обращения в уполномоченный орган, в том числе через МФЦ, в соответствии с Соглашением о </w:t>
            </w:r>
            <w:r>
              <w:rPr>
                <w:rFonts w:cs="Times New Roman"/>
                <w:sz w:val="24"/>
                <w:szCs w:val="24"/>
                <w:lang w:val="ru-RU"/>
              </w:rPr>
              <w:t>взаимодействи</w:t>
            </w:r>
            <w:r w:rsidRPr="00F205A8">
              <w:rPr>
                <w:rFonts w:cs="Times New Roman"/>
                <w:sz w:val="24"/>
                <w:szCs w:val="24"/>
                <w:lang w:val="ru-RU"/>
              </w:rPr>
              <w:t>и между МФЦ и администр</w:t>
            </w:r>
            <w:r>
              <w:rPr>
                <w:rFonts w:cs="Times New Roman"/>
                <w:sz w:val="24"/>
                <w:szCs w:val="24"/>
                <w:lang w:val="ru-RU"/>
              </w:rPr>
              <w:t>ацией</w:t>
            </w:r>
          </w:p>
        </w:tc>
        <w:tc>
          <w:tcPr>
            <w:tcW w:w="1756" w:type="dxa"/>
            <w:tcBorders>
              <w:top w:val="single" w:sz="6" w:space="0" w:color="000000"/>
              <w:left w:val="single" w:sz="6" w:space="0" w:color="000000"/>
              <w:bottom w:val="single" w:sz="6" w:space="0" w:color="000000"/>
              <w:right w:val="single" w:sz="6" w:space="0" w:color="000000"/>
            </w:tcBorders>
          </w:tcPr>
          <w:p w:rsidR="00F010B9" w:rsidRPr="00F205A8" w:rsidRDefault="00F010B9" w:rsidP="00F010B9">
            <w:pPr>
              <w:jc w:val="both"/>
              <w:rPr>
                <w:rFonts w:cs="Times New Roman"/>
                <w:sz w:val="24"/>
                <w:szCs w:val="24"/>
                <w:lang w:val="ru-RU"/>
              </w:rPr>
            </w:pPr>
            <w:r w:rsidRPr="00F205A8">
              <w:rPr>
                <w:rFonts w:cs="Times New Roman"/>
                <w:sz w:val="24"/>
                <w:szCs w:val="24"/>
                <w:lang w:val="ru-RU"/>
              </w:rPr>
              <w:t>Требования к представлению документов заявителем, включая требования к формату, количеству, представлению документов только отдельными категориями заявителей и иные необходимые требования, предусм</w:t>
            </w:r>
            <w:r>
              <w:rPr>
                <w:rFonts w:cs="Times New Roman"/>
                <w:sz w:val="24"/>
                <w:szCs w:val="24"/>
                <w:lang w:val="ru-RU"/>
              </w:rPr>
              <w:t>отренные настоящим регламентом, а также нормативными правовыми актами Российской Федерации</w:t>
            </w:r>
          </w:p>
        </w:tc>
        <w:tc>
          <w:tcPr>
            <w:tcW w:w="1846" w:type="dxa"/>
            <w:tcBorders>
              <w:top w:val="single" w:sz="6" w:space="0" w:color="000000"/>
              <w:left w:val="single" w:sz="6" w:space="0" w:color="000000"/>
              <w:bottom w:val="single" w:sz="6" w:space="0" w:color="000000"/>
              <w:right w:val="single" w:sz="6" w:space="0" w:color="000000"/>
            </w:tcBorders>
          </w:tcPr>
          <w:p w:rsidR="00F010B9" w:rsidRPr="00F205A8" w:rsidRDefault="00F010B9" w:rsidP="00F010B9">
            <w:pPr>
              <w:ind w:left="145" w:right="322"/>
              <w:jc w:val="both"/>
              <w:rPr>
                <w:rFonts w:cs="Times New Roman"/>
                <w:sz w:val="24"/>
                <w:szCs w:val="24"/>
                <w:lang w:val="ru-RU"/>
              </w:rPr>
            </w:pPr>
            <w:r w:rsidRPr="00F205A8">
              <w:rPr>
                <w:rFonts w:cs="Times New Roman"/>
                <w:sz w:val="24"/>
                <w:szCs w:val="24"/>
                <w:lang w:val="ru-RU"/>
              </w:rPr>
              <w:t>Заявление, которое оформляется по форме согласно приложению № 1 к регламенту; Документ, удостоверяющий личность заявителя</w:t>
            </w:r>
          </w:p>
        </w:tc>
        <w:tc>
          <w:tcPr>
            <w:tcW w:w="2268" w:type="dxa"/>
            <w:tcBorders>
              <w:top w:val="single" w:sz="6" w:space="0" w:color="000000"/>
              <w:left w:val="single" w:sz="6" w:space="0" w:color="000000"/>
              <w:bottom w:val="single" w:sz="6" w:space="0" w:color="000000"/>
              <w:right w:val="single" w:sz="6" w:space="0" w:color="000000"/>
            </w:tcBorders>
          </w:tcPr>
          <w:p w:rsidR="00AF290E" w:rsidRDefault="00AF290E" w:rsidP="00732384">
            <w:pPr>
              <w:ind w:right="322" w:hanging="708"/>
              <w:jc w:val="both"/>
              <w:rPr>
                <w:sz w:val="24"/>
                <w:szCs w:val="24"/>
                <w:lang w:val="ru-RU"/>
              </w:rPr>
            </w:pPr>
          </w:p>
          <w:p w:rsidR="00F010B9" w:rsidRPr="00AF290E" w:rsidRDefault="00295D7D" w:rsidP="00AF290E">
            <w:pPr>
              <w:jc w:val="right"/>
              <w:rPr>
                <w:sz w:val="24"/>
                <w:szCs w:val="24"/>
                <w:lang w:val="ru-RU"/>
              </w:rPr>
            </w:pPr>
            <w:r>
              <w:rPr>
                <w:sz w:val="24"/>
                <w:szCs w:val="24"/>
                <w:lang w:val="ru-RU"/>
              </w:rPr>
              <w:t>Отсутствуют</w:t>
            </w:r>
          </w:p>
        </w:tc>
      </w:tr>
      <w:tr w:rsidR="00732384" w:rsidRPr="00F010B9" w:rsidTr="008139A8">
        <w:trPr>
          <w:trHeight w:val="4582"/>
        </w:trPr>
        <w:tc>
          <w:tcPr>
            <w:tcW w:w="484" w:type="dxa"/>
            <w:tcBorders>
              <w:top w:val="single" w:sz="6" w:space="0" w:color="000000"/>
              <w:left w:val="single" w:sz="6" w:space="0" w:color="000000"/>
              <w:bottom w:val="nil"/>
              <w:right w:val="nil"/>
            </w:tcBorders>
          </w:tcPr>
          <w:p w:rsidR="00550DD8" w:rsidRPr="00F205A8" w:rsidRDefault="00550DD8">
            <w:pPr>
              <w:jc w:val="both"/>
              <w:rPr>
                <w:sz w:val="24"/>
                <w:szCs w:val="24"/>
                <w:lang w:val="ru-RU"/>
              </w:rPr>
            </w:pPr>
          </w:p>
        </w:tc>
        <w:tc>
          <w:tcPr>
            <w:tcW w:w="375" w:type="dxa"/>
            <w:tcBorders>
              <w:top w:val="single" w:sz="6" w:space="0" w:color="000000"/>
              <w:left w:val="nil"/>
              <w:bottom w:val="single" w:sz="4" w:space="0" w:color="auto"/>
              <w:right w:val="single" w:sz="6" w:space="0" w:color="000000"/>
            </w:tcBorders>
          </w:tcPr>
          <w:p w:rsidR="00550DD8" w:rsidRPr="00F205A8" w:rsidRDefault="00AF290E">
            <w:pPr>
              <w:jc w:val="both"/>
              <w:rPr>
                <w:sz w:val="24"/>
                <w:szCs w:val="24"/>
              </w:rPr>
            </w:pPr>
            <w:r>
              <w:rPr>
                <w:rFonts w:cs="Times New Roman"/>
                <w:sz w:val="24"/>
                <w:szCs w:val="24"/>
                <w:lang w:val="ru-RU"/>
              </w:rPr>
              <w:t>2</w:t>
            </w:r>
            <w:r w:rsidR="00732384" w:rsidRPr="00F205A8">
              <w:rPr>
                <w:rFonts w:cs="Times New Roman"/>
                <w:sz w:val="24"/>
                <w:szCs w:val="24"/>
              </w:rPr>
              <w:t>.</w:t>
            </w:r>
          </w:p>
        </w:tc>
        <w:tc>
          <w:tcPr>
            <w:tcW w:w="1836" w:type="dxa"/>
            <w:tcBorders>
              <w:top w:val="single" w:sz="6" w:space="0" w:color="000000"/>
              <w:left w:val="single" w:sz="6" w:space="0" w:color="000000"/>
              <w:bottom w:val="single" w:sz="4" w:space="0" w:color="auto"/>
              <w:right w:val="single" w:sz="6" w:space="0" w:color="000000"/>
            </w:tcBorders>
          </w:tcPr>
          <w:p w:rsidR="00550DD8" w:rsidRPr="00AF290E" w:rsidRDefault="00F010B9" w:rsidP="00AF290E">
            <w:pPr>
              <w:ind w:left="135"/>
              <w:jc w:val="both"/>
              <w:rPr>
                <w:sz w:val="24"/>
                <w:szCs w:val="24"/>
                <w:lang w:val="ru-RU"/>
              </w:rPr>
            </w:pPr>
            <w:r w:rsidRPr="00AF290E">
              <w:rPr>
                <w:rFonts w:cs="Times New Roman"/>
                <w:sz w:val="24"/>
                <w:szCs w:val="24"/>
                <w:lang w:val="ru-RU"/>
              </w:rPr>
              <w:t>Физические и юридические лица, ранее обратившиеся за получением муниципальной услуги, по результатам предоставления которой выданы документы с допущенными опечатками и ошибками</w:t>
            </w:r>
          </w:p>
        </w:tc>
        <w:tc>
          <w:tcPr>
            <w:tcW w:w="1784" w:type="dxa"/>
            <w:tcBorders>
              <w:top w:val="single" w:sz="6" w:space="0" w:color="000000"/>
              <w:left w:val="single" w:sz="6" w:space="0" w:color="000000"/>
              <w:bottom w:val="single" w:sz="4" w:space="0" w:color="auto"/>
              <w:right w:val="single" w:sz="6" w:space="0" w:color="000000"/>
            </w:tcBorders>
          </w:tcPr>
          <w:p w:rsidR="00AF290E" w:rsidRPr="00AF290E" w:rsidRDefault="00AF290E" w:rsidP="00AF290E">
            <w:pPr>
              <w:spacing w:line="235" w:lineRule="auto"/>
              <w:ind w:left="141"/>
              <w:jc w:val="both"/>
              <w:rPr>
                <w:sz w:val="24"/>
                <w:szCs w:val="24"/>
                <w:lang w:val="ru-RU"/>
              </w:rPr>
            </w:pPr>
            <w:r w:rsidRPr="00AF290E">
              <w:rPr>
                <w:sz w:val="24"/>
                <w:szCs w:val="24"/>
                <w:lang w:val="ru-RU"/>
              </w:rPr>
              <w:t xml:space="preserve">В </w:t>
            </w:r>
            <w:r>
              <w:rPr>
                <w:sz w:val="24"/>
                <w:szCs w:val="24"/>
                <w:lang w:val="ru-RU"/>
              </w:rPr>
              <w:t>электронной форме посредством П</w:t>
            </w:r>
            <w:r w:rsidRPr="00AF290E">
              <w:rPr>
                <w:sz w:val="24"/>
                <w:szCs w:val="24"/>
                <w:lang w:val="ru-RU"/>
              </w:rPr>
              <w:t>ортала;</w:t>
            </w:r>
          </w:p>
          <w:p w:rsidR="00550DD8" w:rsidRPr="00AF290E" w:rsidRDefault="00AF290E" w:rsidP="00AF290E">
            <w:pPr>
              <w:ind w:left="141"/>
              <w:jc w:val="both"/>
              <w:rPr>
                <w:sz w:val="24"/>
                <w:szCs w:val="24"/>
                <w:lang w:val="ru-RU"/>
              </w:rPr>
            </w:pPr>
            <w:r w:rsidRPr="00AF290E">
              <w:rPr>
                <w:sz w:val="24"/>
                <w:szCs w:val="24"/>
                <w:lang w:val="ru-RU"/>
              </w:rPr>
              <w:t>На</w:t>
            </w:r>
            <w:r>
              <w:rPr>
                <w:sz w:val="24"/>
                <w:szCs w:val="24"/>
                <w:lang w:val="ru-RU"/>
              </w:rPr>
              <w:t xml:space="preserve"> </w:t>
            </w:r>
            <w:r w:rsidRPr="00AF290E">
              <w:rPr>
                <w:sz w:val="24"/>
                <w:szCs w:val="24"/>
                <w:lang w:val="ru-RU"/>
              </w:rPr>
              <w:t>бумажном носителе посредством личного обращения в уполномоченный орган, в том числе через МФЦ, в соответствии с Соглашением</w:t>
            </w:r>
            <w:r>
              <w:rPr>
                <w:sz w:val="24"/>
                <w:szCs w:val="24"/>
                <w:lang w:val="ru-RU"/>
              </w:rPr>
              <w:t xml:space="preserve"> </w:t>
            </w:r>
            <w:r w:rsidRPr="00AF290E">
              <w:rPr>
                <w:sz w:val="24"/>
                <w:szCs w:val="24"/>
                <w:lang w:val="ru-RU"/>
              </w:rPr>
              <w:t>о</w:t>
            </w:r>
            <w:r>
              <w:rPr>
                <w:sz w:val="24"/>
                <w:szCs w:val="24"/>
                <w:lang w:val="ru-RU"/>
              </w:rPr>
              <w:t xml:space="preserve"> </w:t>
            </w:r>
            <w:r w:rsidRPr="00AF290E">
              <w:rPr>
                <w:sz w:val="24"/>
                <w:szCs w:val="24"/>
                <w:lang w:val="ru-RU"/>
              </w:rPr>
              <w:t>взаимодействи</w:t>
            </w:r>
            <w:r w:rsidRPr="00AF290E">
              <w:rPr>
                <w:sz w:val="24"/>
                <w:szCs w:val="24"/>
                <w:lang w:val="ru-RU"/>
              </w:rPr>
              <w:lastRenderedPageBreak/>
              <w:t xml:space="preserve">и между МФЦ и </w:t>
            </w:r>
            <w:r w:rsidRPr="00295D7D">
              <w:rPr>
                <w:sz w:val="24"/>
                <w:szCs w:val="24"/>
                <w:lang w:val="ru-RU"/>
              </w:rPr>
              <w:t>администрацией</w:t>
            </w:r>
            <w:r w:rsidRPr="00AF290E">
              <w:rPr>
                <w:sz w:val="24"/>
                <w:szCs w:val="24"/>
                <w:lang w:val="ru-RU"/>
              </w:rPr>
              <w:t xml:space="preserve"> </w:t>
            </w:r>
            <w:r>
              <w:rPr>
                <w:sz w:val="24"/>
                <w:szCs w:val="24"/>
                <w:lang w:val="ru-RU"/>
              </w:rPr>
              <w:t>Новоджерелиевского сельского</w:t>
            </w:r>
            <w:r w:rsidRPr="00AF290E">
              <w:rPr>
                <w:sz w:val="24"/>
                <w:szCs w:val="24"/>
                <w:lang w:val="ru-RU"/>
              </w:rPr>
              <w:t xml:space="preserve"> поселения </w:t>
            </w:r>
            <w:r>
              <w:rPr>
                <w:sz w:val="24"/>
                <w:szCs w:val="24"/>
                <w:lang w:val="ru-RU"/>
              </w:rPr>
              <w:t>Брюховецкого муниципального района Краснодарского края</w:t>
            </w:r>
          </w:p>
        </w:tc>
        <w:tc>
          <w:tcPr>
            <w:tcW w:w="1756" w:type="dxa"/>
            <w:tcBorders>
              <w:top w:val="single" w:sz="6" w:space="0" w:color="000000"/>
              <w:left w:val="single" w:sz="6" w:space="0" w:color="000000"/>
              <w:bottom w:val="single" w:sz="4" w:space="0" w:color="auto"/>
              <w:right w:val="single" w:sz="6" w:space="0" w:color="000000"/>
            </w:tcBorders>
          </w:tcPr>
          <w:p w:rsidR="00550DD8" w:rsidRPr="00F205A8" w:rsidRDefault="00AF290E" w:rsidP="00AF290E">
            <w:pPr>
              <w:ind w:left="58"/>
              <w:jc w:val="both"/>
              <w:rPr>
                <w:sz w:val="24"/>
                <w:szCs w:val="24"/>
                <w:lang w:val="ru-RU"/>
              </w:rPr>
            </w:pPr>
            <w:r w:rsidRPr="00F205A8">
              <w:rPr>
                <w:rFonts w:cs="Times New Roman"/>
                <w:sz w:val="24"/>
                <w:szCs w:val="24"/>
                <w:lang w:val="ru-RU"/>
              </w:rPr>
              <w:lastRenderedPageBreak/>
              <w:t xml:space="preserve">Требования к представлению документов заявителем, включая требования к формату, количеству, представлению документов только отдельными категориями заявителей и иные необходимые требования, </w:t>
            </w:r>
            <w:r w:rsidRPr="00F205A8">
              <w:rPr>
                <w:rFonts w:cs="Times New Roman"/>
                <w:sz w:val="24"/>
                <w:szCs w:val="24"/>
                <w:lang w:val="ru-RU"/>
              </w:rPr>
              <w:lastRenderedPageBreak/>
              <w:t>предусм</w:t>
            </w:r>
            <w:r>
              <w:rPr>
                <w:rFonts w:cs="Times New Roman"/>
                <w:sz w:val="24"/>
                <w:szCs w:val="24"/>
                <w:lang w:val="ru-RU"/>
              </w:rPr>
              <w:t>отренные настоящим регламентом, а также нормативными правовыми актами Российской Федерации</w:t>
            </w:r>
          </w:p>
        </w:tc>
        <w:tc>
          <w:tcPr>
            <w:tcW w:w="1846" w:type="dxa"/>
            <w:tcBorders>
              <w:top w:val="single" w:sz="6" w:space="0" w:color="000000"/>
              <w:left w:val="single" w:sz="6" w:space="0" w:color="000000"/>
              <w:bottom w:val="single" w:sz="4" w:space="0" w:color="auto"/>
              <w:right w:val="single" w:sz="6" w:space="0" w:color="000000"/>
            </w:tcBorders>
          </w:tcPr>
          <w:p w:rsidR="00702295" w:rsidRPr="00702295" w:rsidRDefault="00702295" w:rsidP="00702295">
            <w:pPr>
              <w:spacing w:line="235" w:lineRule="auto"/>
              <w:ind w:left="145" w:right="3"/>
              <w:jc w:val="both"/>
              <w:rPr>
                <w:sz w:val="24"/>
                <w:szCs w:val="24"/>
                <w:lang w:val="ru-RU"/>
              </w:rPr>
            </w:pPr>
            <w:r>
              <w:rPr>
                <w:sz w:val="24"/>
                <w:szCs w:val="24"/>
                <w:lang w:val="ru-RU"/>
              </w:rPr>
              <w:lastRenderedPageBreak/>
              <w:t xml:space="preserve">1) </w:t>
            </w:r>
            <w:r w:rsidRPr="00702295">
              <w:rPr>
                <w:sz w:val="24"/>
                <w:szCs w:val="24"/>
                <w:lang w:val="ru-RU"/>
              </w:rPr>
              <w:t>заявление в свободной форме, содержащее указание на опечатки и о шибки, допущенные в выданных в результате предоставления муниципальной у слуги</w:t>
            </w:r>
            <w:r w:rsidRPr="00702295">
              <w:rPr>
                <w:lang w:val="ru-RU"/>
              </w:rPr>
              <w:t xml:space="preserve"> </w:t>
            </w:r>
            <w:r w:rsidRPr="00702295">
              <w:rPr>
                <w:sz w:val="24"/>
                <w:szCs w:val="24"/>
                <w:lang w:val="ru-RU"/>
              </w:rPr>
              <w:t>документа</w:t>
            </w:r>
          </w:p>
          <w:p w:rsidR="00702295" w:rsidRPr="00702295" w:rsidRDefault="00702295" w:rsidP="00702295">
            <w:pPr>
              <w:ind w:left="145"/>
              <w:rPr>
                <w:sz w:val="24"/>
                <w:szCs w:val="24"/>
                <w:lang w:val="ru-RU"/>
              </w:rPr>
            </w:pPr>
            <w:r w:rsidRPr="00702295">
              <w:rPr>
                <w:sz w:val="24"/>
                <w:szCs w:val="24"/>
                <w:lang w:val="ru-RU"/>
              </w:rPr>
              <w:t>х;</w:t>
            </w:r>
          </w:p>
          <w:p w:rsidR="00702295" w:rsidRPr="00702295" w:rsidRDefault="00702295" w:rsidP="00702295">
            <w:pPr>
              <w:spacing w:line="235" w:lineRule="auto"/>
              <w:ind w:left="145" w:right="33"/>
              <w:jc w:val="both"/>
              <w:rPr>
                <w:sz w:val="24"/>
                <w:szCs w:val="24"/>
                <w:lang w:val="ru-RU"/>
              </w:rPr>
            </w:pPr>
            <w:r w:rsidRPr="00702295">
              <w:rPr>
                <w:sz w:val="24"/>
                <w:szCs w:val="24"/>
                <w:lang w:val="ru-RU"/>
              </w:rPr>
              <w:t xml:space="preserve">2) копия </w:t>
            </w:r>
            <w:r w:rsidRPr="00702295">
              <w:rPr>
                <w:sz w:val="24"/>
                <w:szCs w:val="24"/>
                <w:lang w:val="ru-RU"/>
              </w:rPr>
              <w:lastRenderedPageBreak/>
              <w:t>документа, удостоверяющего личность заявителя;</w:t>
            </w:r>
          </w:p>
          <w:p w:rsidR="00550DD8" w:rsidRPr="00702295" w:rsidRDefault="00702295" w:rsidP="00702295">
            <w:pPr>
              <w:ind w:left="145" w:right="33"/>
              <w:jc w:val="both"/>
              <w:rPr>
                <w:sz w:val="24"/>
                <w:szCs w:val="24"/>
                <w:lang w:val="ru-RU"/>
              </w:rPr>
            </w:pPr>
            <w:r w:rsidRPr="00702295">
              <w:rPr>
                <w:sz w:val="24"/>
                <w:szCs w:val="24"/>
                <w:lang w:val="ru-RU"/>
              </w:rPr>
              <w:t xml:space="preserve">документ, выданный по результату ране е предоставлен ной муниципаль ной услуги, в ко тором допущен ы опечатки и </w:t>
            </w:r>
            <w:r>
              <w:rPr>
                <w:sz w:val="24"/>
                <w:szCs w:val="24"/>
                <w:lang w:val="ru-RU"/>
              </w:rPr>
              <w:t>(</w:t>
            </w:r>
            <w:r w:rsidRPr="00702295">
              <w:rPr>
                <w:sz w:val="24"/>
                <w:szCs w:val="24"/>
                <w:lang w:val="ru-RU"/>
              </w:rPr>
              <w:t>или) ошибки</w:t>
            </w:r>
          </w:p>
        </w:tc>
        <w:tc>
          <w:tcPr>
            <w:tcW w:w="2268" w:type="dxa"/>
            <w:tcBorders>
              <w:top w:val="single" w:sz="6" w:space="0" w:color="000000"/>
              <w:left w:val="single" w:sz="6" w:space="0" w:color="000000"/>
              <w:bottom w:val="single" w:sz="4" w:space="0" w:color="auto"/>
              <w:right w:val="single" w:sz="6" w:space="0" w:color="000000"/>
            </w:tcBorders>
          </w:tcPr>
          <w:p w:rsidR="00295D7D" w:rsidRDefault="00295D7D" w:rsidP="00732384">
            <w:pPr>
              <w:ind w:right="322" w:hanging="708"/>
              <w:jc w:val="both"/>
              <w:rPr>
                <w:sz w:val="24"/>
                <w:szCs w:val="24"/>
                <w:lang w:val="ru-RU"/>
              </w:rPr>
            </w:pPr>
          </w:p>
          <w:p w:rsidR="00550DD8" w:rsidRPr="00295D7D" w:rsidRDefault="00295D7D" w:rsidP="00295D7D">
            <w:pPr>
              <w:jc w:val="right"/>
              <w:rPr>
                <w:sz w:val="24"/>
                <w:szCs w:val="24"/>
                <w:lang w:val="ru-RU"/>
              </w:rPr>
            </w:pPr>
            <w:r>
              <w:rPr>
                <w:sz w:val="24"/>
                <w:szCs w:val="24"/>
                <w:lang w:val="ru-RU"/>
              </w:rPr>
              <w:t>Отсутствуют</w:t>
            </w:r>
          </w:p>
        </w:tc>
      </w:tr>
      <w:tr w:rsidR="00295D7D" w:rsidRPr="00F010B9" w:rsidTr="008139A8">
        <w:trPr>
          <w:trHeight w:val="4582"/>
        </w:trPr>
        <w:tc>
          <w:tcPr>
            <w:tcW w:w="484" w:type="dxa"/>
            <w:tcBorders>
              <w:top w:val="single" w:sz="6" w:space="0" w:color="000000"/>
              <w:left w:val="single" w:sz="6" w:space="0" w:color="000000"/>
              <w:bottom w:val="single" w:sz="6" w:space="0" w:color="000000"/>
              <w:right w:val="nil"/>
            </w:tcBorders>
          </w:tcPr>
          <w:p w:rsidR="00295D7D" w:rsidRPr="00F205A8" w:rsidRDefault="00295D7D">
            <w:pPr>
              <w:jc w:val="both"/>
              <w:rPr>
                <w:sz w:val="24"/>
                <w:szCs w:val="24"/>
                <w:lang w:val="ru-RU"/>
              </w:rPr>
            </w:pPr>
          </w:p>
        </w:tc>
        <w:tc>
          <w:tcPr>
            <w:tcW w:w="375" w:type="dxa"/>
            <w:tcBorders>
              <w:top w:val="single" w:sz="4" w:space="0" w:color="auto"/>
              <w:left w:val="nil"/>
              <w:bottom w:val="single" w:sz="6" w:space="0" w:color="000000"/>
              <w:right w:val="single" w:sz="6" w:space="0" w:color="000000"/>
            </w:tcBorders>
          </w:tcPr>
          <w:p w:rsidR="00295D7D" w:rsidRDefault="00295D7D">
            <w:pPr>
              <w:jc w:val="both"/>
              <w:rPr>
                <w:rFonts w:cs="Times New Roman"/>
                <w:sz w:val="24"/>
                <w:szCs w:val="24"/>
                <w:lang w:val="ru-RU"/>
              </w:rPr>
            </w:pPr>
            <w:r>
              <w:rPr>
                <w:rFonts w:cs="Times New Roman"/>
                <w:sz w:val="24"/>
                <w:szCs w:val="24"/>
                <w:lang w:val="ru-RU"/>
              </w:rPr>
              <w:t xml:space="preserve">3. </w:t>
            </w:r>
          </w:p>
        </w:tc>
        <w:tc>
          <w:tcPr>
            <w:tcW w:w="1836" w:type="dxa"/>
            <w:tcBorders>
              <w:top w:val="single" w:sz="4" w:space="0" w:color="auto"/>
              <w:left w:val="single" w:sz="6" w:space="0" w:color="000000"/>
              <w:bottom w:val="single" w:sz="6" w:space="0" w:color="000000"/>
              <w:right w:val="single" w:sz="6" w:space="0" w:color="000000"/>
            </w:tcBorders>
          </w:tcPr>
          <w:p w:rsidR="00295D7D" w:rsidRPr="00295D7D" w:rsidRDefault="00295D7D" w:rsidP="00295D7D">
            <w:pPr>
              <w:ind w:left="135"/>
              <w:jc w:val="both"/>
              <w:rPr>
                <w:rFonts w:cs="Times New Roman"/>
                <w:sz w:val="24"/>
                <w:szCs w:val="24"/>
                <w:lang w:val="ru-RU"/>
              </w:rPr>
            </w:pPr>
            <w:r w:rsidRPr="00295D7D">
              <w:rPr>
                <w:sz w:val="24"/>
                <w:szCs w:val="24"/>
                <w:lang w:val="ru-RU"/>
              </w:rPr>
              <w:t>Заявители, ранее обращавшиеся за получением муниципальной услуги за выдачей дубликата документа, выданного по результату её предоставления</w:t>
            </w:r>
          </w:p>
        </w:tc>
        <w:tc>
          <w:tcPr>
            <w:tcW w:w="1784" w:type="dxa"/>
            <w:tcBorders>
              <w:top w:val="single" w:sz="4" w:space="0" w:color="auto"/>
              <w:left w:val="single" w:sz="6" w:space="0" w:color="000000"/>
              <w:bottom w:val="single" w:sz="6" w:space="0" w:color="000000"/>
              <w:right w:val="single" w:sz="6" w:space="0" w:color="000000"/>
            </w:tcBorders>
          </w:tcPr>
          <w:p w:rsidR="00295D7D" w:rsidRPr="00AF290E" w:rsidRDefault="00295D7D" w:rsidP="00295D7D">
            <w:pPr>
              <w:spacing w:line="235" w:lineRule="auto"/>
              <w:ind w:left="141"/>
              <w:jc w:val="both"/>
              <w:rPr>
                <w:sz w:val="24"/>
                <w:szCs w:val="24"/>
                <w:lang w:val="ru-RU"/>
              </w:rPr>
            </w:pPr>
            <w:r w:rsidRPr="00AF290E">
              <w:rPr>
                <w:sz w:val="24"/>
                <w:szCs w:val="24"/>
                <w:lang w:val="ru-RU"/>
              </w:rPr>
              <w:t xml:space="preserve">В </w:t>
            </w:r>
            <w:r>
              <w:rPr>
                <w:sz w:val="24"/>
                <w:szCs w:val="24"/>
                <w:lang w:val="ru-RU"/>
              </w:rPr>
              <w:t>электронной форме посредством П</w:t>
            </w:r>
            <w:r w:rsidRPr="00AF290E">
              <w:rPr>
                <w:sz w:val="24"/>
                <w:szCs w:val="24"/>
                <w:lang w:val="ru-RU"/>
              </w:rPr>
              <w:t>ортала;</w:t>
            </w:r>
          </w:p>
          <w:p w:rsidR="00295D7D" w:rsidRPr="00AF290E" w:rsidRDefault="00295D7D" w:rsidP="00295D7D">
            <w:pPr>
              <w:spacing w:line="235" w:lineRule="auto"/>
              <w:ind w:left="141"/>
              <w:jc w:val="both"/>
              <w:rPr>
                <w:sz w:val="24"/>
                <w:szCs w:val="24"/>
                <w:lang w:val="ru-RU"/>
              </w:rPr>
            </w:pPr>
            <w:r w:rsidRPr="00AF290E">
              <w:rPr>
                <w:sz w:val="24"/>
                <w:szCs w:val="24"/>
                <w:lang w:val="ru-RU"/>
              </w:rPr>
              <w:t>На</w:t>
            </w:r>
            <w:r>
              <w:rPr>
                <w:sz w:val="24"/>
                <w:szCs w:val="24"/>
                <w:lang w:val="ru-RU"/>
              </w:rPr>
              <w:t xml:space="preserve"> </w:t>
            </w:r>
            <w:r w:rsidRPr="00AF290E">
              <w:rPr>
                <w:sz w:val="24"/>
                <w:szCs w:val="24"/>
                <w:lang w:val="ru-RU"/>
              </w:rPr>
              <w:t>бумажном носителе посредством личного обращения в уполномоченный орган, в том числе через МФЦ, в соответствии с Соглашением</w:t>
            </w:r>
            <w:r>
              <w:rPr>
                <w:sz w:val="24"/>
                <w:szCs w:val="24"/>
                <w:lang w:val="ru-RU"/>
              </w:rPr>
              <w:t xml:space="preserve"> </w:t>
            </w:r>
            <w:r w:rsidRPr="00AF290E">
              <w:rPr>
                <w:sz w:val="24"/>
                <w:szCs w:val="24"/>
                <w:lang w:val="ru-RU"/>
              </w:rPr>
              <w:t>о</w:t>
            </w:r>
            <w:r>
              <w:rPr>
                <w:sz w:val="24"/>
                <w:szCs w:val="24"/>
                <w:lang w:val="ru-RU"/>
              </w:rPr>
              <w:t xml:space="preserve"> </w:t>
            </w:r>
            <w:r w:rsidRPr="00AF290E">
              <w:rPr>
                <w:sz w:val="24"/>
                <w:szCs w:val="24"/>
                <w:lang w:val="ru-RU"/>
              </w:rPr>
              <w:t xml:space="preserve">взаимодействии между МФЦ и </w:t>
            </w:r>
            <w:r w:rsidRPr="00295D7D">
              <w:rPr>
                <w:sz w:val="24"/>
                <w:szCs w:val="24"/>
                <w:lang w:val="ru-RU"/>
              </w:rPr>
              <w:t>администрацией</w:t>
            </w:r>
            <w:r w:rsidRPr="00AF290E">
              <w:rPr>
                <w:sz w:val="24"/>
                <w:szCs w:val="24"/>
                <w:lang w:val="ru-RU"/>
              </w:rPr>
              <w:t xml:space="preserve"> </w:t>
            </w:r>
            <w:r>
              <w:rPr>
                <w:sz w:val="24"/>
                <w:szCs w:val="24"/>
                <w:lang w:val="ru-RU"/>
              </w:rPr>
              <w:t>Новоджерелиевского сельского</w:t>
            </w:r>
            <w:r w:rsidRPr="00AF290E">
              <w:rPr>
                <w:sz w:val="24"/>
                <w:szCs w:val="24"/>
                <w:lang w:val="ru-RU"/>
              </w:rPr>
              <w:t xml:space="preserve"> поселения </w:t>
            </w:r>
            <w:r>
              <w:rPr>
                <w:sz w:val="24"/>
                <w:szCs w:val="24"/>
                <w:lang w:val="ru-RU"/>
              </w:rPr>
              <w:t>Брюховецкого муниципально</w:t>
            </w:r>
            <w:r>
              <w:rPr>
                <w:sz w:val="24"/>
                <w:szCs w:val="24"/>
                <w:lang w:val="ru-RU"/>
              </w:rPr>
              <w:lastRenderedPageBreak/>
              <w:t>го района Краснодарского края</w:t>
            </w:r>
          </w:p>
        </w:tc>
        <w:tc>
          <w:tcPr>
            <w:tcW w:w="1756" w:type="dxa"/>
            <w:tcBorders>
              <w:top w:val="single" w:sz="4" w:space="0" w:color="auto"/>
              <w:left w:val="single" w:sz="6" w:space="0" w:color="000000"/>
              <w:bottom w:val="single" w:sz="6" w:space="0" w:color="000000"/>
              <w:right w:val="single" w:sz="6" w:space="0" w:color="000000"/>
            </w:tcBorders>
          </w:tcPr>
          <w:p w:rsidR="00295D7D" w:rsidRPr="00F205A8" w:rsidRDefault="00295D7D" w:rsidP="00AF290E">
            <w:pPr>
              <w:ind w:left="58"/>
              <w:jc w:val="both"/>
              <w:rPr>
                <w:rFonts w:cs="Times New Roman"/>
                <w:sz w:val="24"/>
                <w:szCs w:val="24"/>
                <w:lang w:val="ru-RU"/>
              </w:rPr>
            </w:pPr>
            <w:r w:rsidRPr="00F205A8">
              <w:rPr>
                <w:rFonts w:cs="Times New Roman"/>
                <w:sz w:val="24"/>
                <w:szCs w:val="24"/>
                <w:lang w:val="ru-RU"/>
              </w:rPr>
              <w:lastRenderedPageBreak/>
              <w:t>Требования к представлению документов заявителем, включая требования к формату, количеству, представлению документов только отдельными категориями заявителей и иные необходимые требования, предусм</w:t>
            </w:r>
            <w:r>
              <w:rPr>
                <w:rFonts w:cs="Times New Roman"/>
                <w:sz w:val="24"/>
                <w:szCs w:val="24"/>
                <w:lang w:val="ru-RU"/>
              </w:rPr>
              <w:t>отренные настоящим регламентом, а также нормативными правовыми актами Российской Федерации</w:t>
            </w:r>
          </w:p>
        </w:tc>
        <w:tc>
          <w:tcPr>
            <w:tcW w:w="1846" w:type="dxa"/>
            <w:tcBorders>
              <w:top w:val="single" w:sz="4" w:space="0" w:color="auto"/>
              <w:left w:val="single" w:sz="6" w:space="0" w:color="000000"/>
              <w:bottom w:val="single" w:sz="6" w:space="0" w:color="000000"/>
              <w:right w:val="single" w:sz="6" w:space="0" w:color="000000"/>
            </w:tcBorders>
          </w:tcPr>
          <w:p w:rsidR="001A638C" w:rsidRPr="001A638C" w:rsidRDefault="001A638C" w:rsidP="001A638C">
            <w:pPr>
              <w:spacing w:line="235" w:lineRule="auto"/>
              <w:ind w:left="145" w:right="229"/>
              <w:rPr>
                <w:sz w:val="24"/>
                <w:szCs w:val="24"/>
                <w:lang w:val="ru-RU"/>
              </w:rPr>
            </w:pPr>
            <w:r w:rsidRPr="001A638C">
              <w:rPr>
                <w:sz w:val="24"/>
                <w:szCs w:val="24"/>
                <w:lang w:val="ru-RU"/>
              </w:rPr>
              <w:t>Заявление в произвольной форме о выдаче дубликата документа, выданного по результату ранее предоставленной</w:t>
            </w:r>
            <w:r>
              <w:rPr>
                <w:sz w:val="24"/>
                <w:szCs w:val="24"/>
                <w:lang w:val="ru-RU"/>
              </w:rPr>
              <w:t xml:space="preserve"> </w:t>
            </w:r>
            <w:r w:rsidRPr="001A638C">
              <w:rPr>
                <w:sz w:val="24"/>
                <w:szCs w:val="24"/>
                <w:lang w:val="ru-RU"/>
              </w:rPr>
              <w:t>муниципальной услуги, содержащее обоснован</w:t>
            </w:r>
            <w:r w:rsidR="00702295">
              <w:rPr>
                <w:sz w:val="24"/>
                <w:szCs w:val="24"/>
                <w:lang w:val="ru-RU"/>
              </w:rPr>
              <w:t>ие необходимости выдачи дубликат</w:t>
            </w:r>
            <w:r w:rsidRPr="001A638C">
              <w:rPr>
                <w:sz w:val="24"/>
                <w:szCs w:val="24"/>
                <w:lang w:val="ru-RU"/>
              </w:rPr>
              <w:t>а документа, а также вид, дату, номер выдачи</w:t>
            </w:r>
          </w:p>
          <w:p w:rsidR="00295D7D" w:rsidRPr="001A638C" w:rsidRDefault="001A638C" w:rsidP="008139A8">
            <w:pPr>
              <w:tabs>
                <w:tab w:val="left" w:pos="1508"/>
              </w:tabs>
              <w:spacing w:line="235" w:lineRule="auto"/>
              <w:ind w:left="145" w:right="229"/>
              <w:jc w:val="both"/>
              <w:rPr>
                <w:sz w:val="24"/>
                <w:szCs w:val="24"/>
                <w:lang w:val="ru-RU"/>
              </w:rPr>
            </w:pPr>
            <w:r w:rsidRPr="001A638C">
              <w:rPr>
                <w:sz w:val="24"/>
                <w:szCs w:val="24"/>
                <w:lang w:val="ru-RU"/>
              </w:rPr>
              <w:t xml:space="preserve">(регистрации) документа, выданного в результате </w:t>
            </w:r>
            <w:r w:rsidRPr="001A638C">
              <w:rPr>
                <w:sz w:val="24"/>
                <w:szCs w:val="24"/>
                <w:lang w:val="ru-RU"/>
              </w:rPr>
              <w:lastRenderedPageBreak/>
              <w:t xml:space="preserve">ранее предоставленной муниципальной услуги (при </w:t>
            </w:r>
            <w:r w:rsidR="00702295" w:rsidRPr="001A638C">
              <w:rPr>
                <w:sz w:val="24"/>
                <w:szCs w:val="24"/>
                <w:lang w:val="ru-RU"/>
              </w:rPr>
              <w:t>наличии</w:t>
            </w:r>
            <w:r w:rsidRPr="001A638C">
              <w:rPr>
                <w:sz w:val="24"/>
                <w:szCs w:val="24"/>
                <w:lang w:val="ru-RU"/>
              </w:rPr>
              <w:t xml:space="preserve"> и такой информации);</w:t>
            </w:r>
          </w:p>
        </w:tc>
        <w:tc>
          <w:tcPr>
            <w:tcW w:w="2268" w:type="dxa"/>
            <w:tcBorders>
              <w:top w:val="single" w:sz="4" w:space="0" w:color="auto"/>
              <w:left w:val="single" w:sz="6" w:space="0" w:color="000000"/>
              <w:bottom w:val="single" w:sz="6" w:space="0" w:color="000000"/>
              <w:right w:val="single" w:sz="6" w:space="0" w:color="000000"/>
            </w:tcBorders>
          </w:tcPr>
          <w:p w:rsidR="00295D7D" w:rsidRDefault="0018071F" w:rsidP="0018071F">
            <w:pPr>
              <w:ind w:right="322" w:hanging="708"/>
              <w:jc w:val="right"/>
              <w:rPr>
                <w:sz w:val="24"/>
                <w:szCs w:val="24"/>
                <w:lang w:val="ru-RU"/>
              </w:rPr>
            </w:pPr>
            <w:r>
              <w:rPr>
                <w:sz w:val="24"/>
                <w:szCs w:val="24"/>
                <w:lang w:val="ru-RU"/>
              </w:rPr>
              <w:lastRenderedPageBreak/>
              <w:t>Отсутствуют</w:t>
            </w:r>
          </w:p>
        </w:tc>
      </w:tr>
      <w:tr w:rsidR="00702295" w:rsidRPr="00F010B9" w:rsidTr="008139A8">
        <w:trPr>
          <w:trHeight w:val="3689"/>
        </w:trPr>
        <w:tc>
          <w:tcPr>
            <w:tcW w:w="484" w:type="dxa"/>
            <w:tcBorders>
              <w:top w:val="single" w:sz="6" w:space="0" w:color="000000"/>
              <w:left w:val="single" w:sz="6" w:space="0" w:color="000000"/>
              <w:bottom w:val="nil"/>
              <w:right w:val="nil"/>
            </w:tcBorders>
          </w:tcPr>
          <w:p w:rsidR="00702295" w:rsidRPr="00F205A8" w:rsidRDefault="00702295">
            <w:pPr>
              <w:jc w:val="both"/>
              <w:rPr>
                <w:sz w:val="24"/>
                <w:szCs w:val="24"/>
                <w:lang w:val="ru-RU"/>
              </w:rPr>
            </w:pPr>
          </w:p>
        </w:tc>
        <w:tc>
          <w:tcPr>
            <w:tcW w:w="375" w:type="dxa"/>
            <w:tcBorders>
              <w:top w:val="single" w:sz="6" w:space="0" w:color="000000"/>
              <w:left w:val="nil"/>
              <w:bottom w:val="single" w:sz="4" w:space="0" w:color="auto"/>
              <w:right w:val="single" w:sz="6" w:space="0" w:color="000000"/>
            </w:tcBorders>
          </w:tcPr>
          <w:p w:rsidR="00702295" w:rsidRDefault="00702295">
            <w:pPr>
              <w:jc w:val="both"/>
              <w:rPr>
                <w:rFonts w:cs="Times New Roman"/>
                <w:sz w:val="24"/>
                <w:szCs w:val="24"/>
                <w:lang w:val="ru-RU"/>
              </w:rPr>
            </w:pPr>
            <w:r>
              <w:rPr>
                <w:rFonts w:cs="Times New Roman"/>
                <w:sz w:val="24"/>
                <w:szCs w:val="24"/>
                <w:lang w:val="ru-RU"/>
              </w:rPr>
              <w:t>4.</w:t>
            </w:r>
          </w:p>
        </w:tc>
        <w:tc>
          <w:tcPr>
            <w:tcW w:w="1836" w:type="dxa"/>
            <w:tcBorders>
              <w:top w:val="single" w:sz="6" w:space="0" w:color="000000"/>
              <w:left w:val="single" w:sz="6" w:space="0" w:color="000000"/>
              <w:bottom w:val="single" w:sz="4" w:space="0" w:color="auto"/>
              <w:right w:val="single" w:sz="6" w:space="0" w:color="000000"/>
            </w:tcBorders>
          </w:tcPr>
          <w:p w:rsidR="00702295" w:rsidRPr="0018071F" w:rsidRDefault="0018071F" w:rsidP="0018071F">
            <w:pPr>
              <w:ind w:left="135"/>
              <w:jc w:val="both"/>
              <w:rPr>
                <w:sz w:val="24"/>
                <w:szCs w:val="24"/>
                <w:lang w:val="ru-RU"/>
              </w:rPr>
            </w:pPr>
            <w:r w:rsidRPr="0018071F">
              <w:rPr>
                <w:sz w:val="24"/>
                <w:szCs w:val="24"/>
                <w:lang w:val="ru-RU"/>
              </w:rPr>
              <w:t>От имени заявителя могут действовать его представители, наделённые соответствующими полномочиями в порядке, установленном законодательством Российской Федерации</w:t>
            </w:r>
          </w:p>
        </w:tc>
        <w:tc>
          <w:tcPr>
            <w:tcW w:w="1784" w:type="dxa"/>
            <w:tcBorders>
              <w:top w:val="single" w:sz="6" w:space="0" w:color="000000"/>
              <w:left w:val="single" w:sz="6" w:space="0" w:color="000000"/>
              <w:bottom w:val="single" w:sz="4" w:space="0" w:color="auto"/>
              <w:right w:val="single" w:sz="6" w:space="0" w:color="000000"/>
            </w:tcBorders>
          </w:tcPr>
          <w:p w:rsidR="0018071F" w:rsidRPr="00AF290E" w:rsidRDefault="0018071F" w:rsidP="0018071F">
            <w:pPr>
              <w:spacing w:line="235" w:lineRule="auto"/>
              <w:ind w:left="141"/>
              <w:jc w:val="both"/>
              <w:rPr>
                <w:sz w:val="24"/>
                <w:szCs w:val="24"/>
                <w:lang w:val="ru-RU"/>
              </w:rPr>
            </w:pPr>
            <w:r w:rsidRPr="00AF290E">
              <w:rPr>
                <w:sz w:val="24"/>
                <w:szCs w:val="24"/>
                <w:lang w:val="ru-RU"/>
              </w:rPr>
              <w:t xml:space="preserve">В </w:t>
            </w:r>
            <w:r>
              <w:rPr>
                <w:sz w:val="24"/>
                <w:szCs w:val="24"/>
                <w:lang w:val="ru-RU"/>
              </w:rPr>
              <w:t>электронной форме посредством П</w:t>
            </w:r>
            <w:r w:rsidRPr="00AF290E">
              <w:rPr>
                <w:sz w:val="24"/>
                <w:szCs w:val="24"/>
                <w:lang w:val="ru-RU"/>
              </w:rPr>
              <w:t>ортала;</w:t>
            </w:r>
          </w:p>
          <w:p w:rsidR="00702295" w:rsidRPr="0018071F" w:rsidRDefault="0018071F" w:rsidP="0018071F">
            <w:pPr>
              <w:spacing w:line="235" w:lineRule="auto"/>
              <w:ind w:left="141"/>
              <w:jc w:val="both"/>
              <w:rPr>
                <w:sz w:val="24"/>
                <w:szCs w:val="24"/>
                <w:lang w:val="ru-RU"/>
              </w:rPr>
            </w:pPr>
            <w:r w:rsidRPr="00AF290E">
              <w:rPr>
                <w:sz w:val="24"/>
                <w:szCs w:val="24"/>
                <w:lang w:val="ru-RU"/>
              </w:rPr>
              <w:t>На</w:t>
            </w:r>
            <w:r>
              <w:rPr>
                <w:sz w:val="24"/>
                <w:szCs w:val="24"/>
                <w:lang w:val="ru-RU"/>
              </w:rPr>
              <w:t xml:space="preserve"> </w:t>
            </w:r>
            <w:r w:rsidRPr="00AF290E">
              <w:rPr>
                <w:sz w:val="24"/>
                <w:szCs w:val="24"/>
                <w:lang w:val="ru-RU"/>
              </w:rPr>
              <w:t>бумажном носителе посредством личного обращения в уполномоченный орган, в том числе через МФЦ, в соответствии с Соглашением</w:t>
            </w:r>
            <w:r>
              <w:rPr>
                <w:sz w:val="24"/>
                <w:szCs w:val="24"/>
                <w:lang w:val="ru-RU"/>
              </w:rPr>
              <w:t xml:space="preserve"> </w:t>
            </w:r>
            <w:r w:rsidRPr="00AF290E">
              <w:rPr>
                <w:sz w:val="24"/>
                <w:szCs w:val="24"/>
                <w:lang w:val="ru-RU"/>
              </w:rPr>
              <w:t>о</w:t>
            </w:r>
            <w:r>
              <w:rPr>
                <w:sz w:val="24"/>
                <w:szCs w:val="24"/>
                <w:lang w:val="ru-RU"/>
              </w:rPr>
              <w:t xml:space="preserve"> </w:t>
            </w:r>
            <w:r w:rsidRPr="00AF290E">
              <w:rPr>
                <w:sz w:val="24"/>
                <w:szCs w:val="24"/>
                <w:lang w:val="ru-RU"/>
              </w:rPr>
              <w:t xml:space="preserve">взаимодействии между МФЦ и </w:t>
            </w:r>
            <w:r w:rsidRPr="00295D7D">
              <w:rPr>
                <w:sz w:val="24"/>
                <w:szCs w:val="24"/>
                <w:lang w:val="ru-RU"/>
              </w:rPr>
              <w:t>администрацией</w:t>
            </w:r>
            <w:r w:rsidRPr="00AF290E">
              <w:rPr>
                <w:sz w:val="24"/>
                <w:szCs w:val="24"/>
                <w:lang w:val="ru-RU"/>
              </w:rPr>
              <w:t xml:space="preserve"> </w:t>
            </w:r>
            <w:r>
              <w:rPr>
                <w:sz w:val="24"/>
                <w:szCs w:val="24"/>
                <w:lang w:val="ru-RU"/>
              </w:rPr>
              <w:t>Новоджерелиевского сельского</w:t>
            </w:r>
            <w:r w:rsidRPr="00AF290E">
              <w:rPr>
                <w:sz w:val="24"/>
                <w:szCs w:val="24"/>
                <w:lang w:val="ru-RU"/>
              </w:rPr>
              <w:t xml:space="preserve"> поселения </w:t>
            </w:r>
            <w:r>
              <w:rPr>
                <w:sz w:val="24"/>
                <w:szCs w:val="24"/>
                <w:lang w:val="ru-RU"/>
              </w:rPr>
              <w:t>Брюховецкого муниципально</w:t>
            </w:r>
            <w:r>
              <w:rPr>
                <w:sz w:val="24"/>
                <w:szCs w:val="24"/>
                <w:lang w:val="ru-RU"/>
              </w:rPr>
              <w:lastRenderedPageBreak/>
              <w:t>го района Краснодарского края</w:t>
            </w:r>
          </w:p>
        </w:tc>
        <w:tc>
          <w:tcPr>
            <w:tcW w:w="1756" w:type="dxa"/>
            <w:tcBorders>
              <w:top w:val="single" w:sz="6" w:space="0" w:color="000000"/>
              <w:left w:val="single" w:sz="6" w:space="0" w:color="000000"/>
              <w:bottom w:val="single" w:sz="4" w:space="0" w:color="auto"/>
              <w:right w:val="single" w:sz="6" w:space="0" w:color="000000"/>
            </w:tcBorders>
          </w:tcPr>
          <w:p w:rsidR="00702295" w:rsidRPr="00F205A8" w:rsidRDefault="0018071F" w:rsidP="00AF290E">
            <w:pPr>
              <w:ind w:left="58"/>
              <w:jc w:val="both"/>
              <w:rPr>
                <w:rFonts w:cs="Times New Roman"/>
                <w:sz w:val="24"/>
                <w:szCs w:val="24"/>
                <w:lang w:val="ru-RU"/>
              </w:rPr>
            </w:pPr>
            <w:r w:rsidRPr="00F205A8">
              <w:rPr>
                <w:rFonts w:cs="Times New Roman"/>
                <w:sz w:val="24"/>
                <w:szCs w:val="24"/>
                <w:lang w:val="ru-RU"/>
              </w:rPr>
              <w:lastRenderedPageBreak/>
              <w:t>Требования к представлению документов заявителем, включая требования к формату, количеству, представлению документов только отдельными категориями заявителей и иные необходимые требования, предусм</w:t>
            </w:r>
            <w:r>
              <w:rPr>
                <w:rFonts w:cs="Times New Roman"/>
                <w:sz w:val="24"/>
                <w:szCs w:val="24"/>
                <w:lang w:val="ru-RU"/>
              </w:rPr>
              <w:t>отренные настоящим регламентом, а также нормативными правовыми актами Российской Федерации</w:t>
            </w:r>
          </w:p>
        </w:tc>
        <w:tc>
          <w:tcPr>
            <w:tcW w:w="1846" w:type="dxa"/>
            <w:tcBorders>
              <w:top w:val="single" w:sz="6" w:space="0" w:color="000000"/>
              <w:left w:val="single" w:sz="6" w:space="0" w:color="000000"/>
              <w:bottom w:val="single" w:sz="4" w:space="0" w:color="auto"/>
              <w:right w:val="single" w:sz="6" w:space="0" w:color="000000"/>
            </w:tcBorders>
          </w:tcPr>
          <w:p w:rsidR="00702295" w:rsidRPr="0018071F" w:rsidRDefault="0018071F" w:rsidP="0018071F">
            <w:pPr>
              <w:spacing w:line="235" w:lineRule="auto"/>
              <w:ind w:left="145" w:right="229"/>
              <w:rPr>
                <w:sz w:val="24"/>
                <w:szCs w:val="24"/>
                <w:lang w:val="ru-RU"/>
              </w:rPr>
            </w:pPr>
            <w:r w:rsidRPr="0018071F">
              <w:rPr>
                <w:sz w:val="24"/>
                <w:szCs w:val="24"/>
                <w:lang w:val="ru-RU"/>
              </w:rPr>
              <w:t>Документы и (или) информаци</w:t>
            </w:r>
            <w:r>
              <w:rPr>
                <w:sz w:val="24"/>
                <w:szCs w:val="24"/>
                <w:lang w:val="ru-RU"/>
              </w:rPr>
              <w:t>я</w:t>
            </w:r>
            <w:r w:rsidRPr="0018071F">
              <w:rPr>
                <w:sz w:val="24"/>
                <w:szCs w:val="24"/>
                <w:lang w:val="ru-RU"/>
              </w:rPr>
              <w:t xml:space="preserve"> представляются в зависимости от идентификаторов категории (признаков) заявителей, чьи интересы представляет уполномоченное лиц о; копия документа, удостоверяющего личность представителя, и документа, подтверждающего </w:t>
            </w:r>
            <w:r w:rsidRPr="0018071F">
              <w:rPr>
                <w:sz w:val="24"/>
                <w:szCs w:val="24"/>
                <w:lang w:val="ru-RU"/>
              </w:rPr>
              <w:lastRenderedPageBreak/>
              <w:t>полномочия представителя заявителя в соответствии с законодательством Российской Федерации, в случае об ращения представителя заявителя</w:t>
            </w:r>
          </w:p>
        </w:tc>
        <w:tc>
          <w:tcPr>
            <w:tcW w:w="2268" w:type="dxa"/>
            <w:tcBorders>
              <w:top w:val="single" w:sz="6" w:space="0" w:color="000000"/>
              <w:left w:val="single" w:sz="6" w:space="0" w:color="000000"/>
              <w:bottom w:val="single" w:sz="4" w:space="0" w:color="auto"/>
              <w:right w:val="single" w:sz="6" w:space="0" w:color="000000"/>
            </w:tcBorders>
          </w:tcPr>
          <w:p w:rsidR="0018071F" w:rsidRDefault="0018071F" w:rsidP="00732384">
            <w:pPr>
              <w:ind w:right="322" w:hanging="708"/>
              <w:jc w:val="both"/>
              <w:rPr>
                <w:sz w:val="24"/>
                <w:szCs w:val="24"/>
                <w:lang w:val="ru-RU"/>
              </w:rPr>
            </w:pPr>
          </w:p>
          <w:p w:rsidR="00702295" w:rsidRPr="0018071F" w:rsidRDefault="0018071F" w:rsidP="0018071F">
            <w:pPr>
              <w:jc w:val="center"/>
              <w:rPr>
                <w:sz w:val="24"/>
                <w:szCs w:val="24"/>
                <w:lang w:val="ru-RU"/>
              </w:rPr>
            </w:pPr>
            <w:r>
              <w:rPr>
                <w:sz w:val="24"/>
                <w:szCs w:val="24"/>
                <w:lang w:val="ru-RU"/>
              </w:rPr>
              <w:t>Отсутствуют</w:t>
            </w:r>
          </w:p>
        </w:tc>
      </w:tr>
    </w:tbl>
    <w:p w:rsidR="0018071F" w:rsidRDefault="0018071F" w:rsidP="0018071F">
      <w:pPr>
        <w:spacing w:after="0" w:line="240" w:lineRule="auto"/>
        <w:rPr>
          <w:rFonts w:cs="Times New Roman"/>
          <w:lang w:val="ru-RU"/>
        </w:rPr>
      </w:pPr>
    </w:p>
    <w:p w:rsidR="0018071F" w:rsidRDefault="0018071F" w:rsidP="0018071F">
      <w:pPr>
        <w:spacing w:after="0" w:line="240" w:lineRule="auto"/>
        <w:rPr>
          <w:rFonts w:cs="Times New Roman"/>
          <w:lang w:val="ru-RU"/>
        </w:rPr>
      </w:pPr>
    </w:p>
    <w:p w:rsidR="0018071F" w:rsidRDefault="0018071F" w:rsidP="0018071F">
      <w:pPr>
        <w:spacing w:after="0" w:line="240" w:lineRule="auto"/>
        <w:rPr>
          <w:rFonts w:cs="Times New Roman"/>
          <w:lang w:val="ru-RU"/>
        </w:rPr>
      </w:pPr>
    </w:p>
    <w:p w:rsidR="0018071F" w:rsidRPr="00900163" w:rsidRDefault="0018071F" w:rsidP="0018071F">
      <w:pPr>
        <w:spacing w:after="0" w:line="240" w:lineRule="auto"/>
        <w:rPr>
          <w:lang w:val="ru-RU"/>
        </w:rPr>
      </w:pPr>
      <w:r w:rsidRPr="00900163">
        <w:rPr>
          <w:rFonts w:cs="Times New Roman"/>
          <w:lang w:val="ru-RU"/>
        </w:rPr>
        <w:t>Глава Новоджерелиевского сельского поселения</w:t>
      </w:r>
      <w:r w:rsidRPr="00900163">
        <w:rPr>
          <w:rFonts w:cs="Times New Roman"/>
          <w:lang w:val="ru-RU"/>
        </w:rPr>
        <w:br/>
        <w:t>Брюховецкого муниципального района</w:t>
      </w:r>
      <w:r w:rsidRPr="00900163">
        <w:rPr>
          <w:rFonts w:cs="Times New Roman"/>
          <w:lang w:val="ru-RU"/>
        </w:rPr>
        <w:br/>
        <w:t xml:space="preserve">Краснодарского края               </w:t>
      </w:r>
      <w:r>
        <w:rPr>
          <w:rFonts w:cs="Times New Roman"/>
          <w:lang w:val="ru-RU"/>
        </w:rPr>
        <w:t xml:space="preserve">                                          </w:t>
      </w:r>
      <w:r w:rsidRPr="00900163">
        <w:rPr>
          <w:rFonts w:cs="Times New Roman"/>
          <w:lang w:val="ru-RU"/>
        </w:rPr>
        <w:t xml:space="preserve">                       О.В. Ткаченко</w:t>
      </w:r>
    </w:p>
    <w:p w:rsidR="0018071F" w:rsidRDefault="0018071F" w:rsidP="0018071F">
      <w:pPr>
        <w:spacing w:after="0" w:line="240" w:lineRule="auto"/>
        <w:ind w:firstLine="5103"/>
        <w:rPr>
          <w:szCs w:val="28"/>
          <w:lang w:val="ru-RU"/>
        </w:rPr>
      </w:pPr>
    </w:p>
    <w:p w:rsidR="0018071F" w:rsidRDefault="0018071F" w:rsidP="0018071F">
      <w:pPr>
        <w:spacing w:after="0" w:line="240" w:lineRule="auto"/>
        <w:ind w:firstLine="5103"/>
        <w:rPr>
          <w:szCs w:val="28"/>
          <w:lang w:val="ru-RU"/>
        </w:rPr>
      </w:pPr>
    </w:p>
    <w:p w:rsidR="0018071F" w:rsidRDefault="0018071F" w:rsidP="0018071F">
      <w:pPr>
        <w:spacing w:after="0" w:line="240" w:lineRule="auto"/>
        <w:ind w:firstLine="5103"/>
        <w:rPr>
          <w:szCs w:val="28"/>
          <w:lang w:val="ru-RU"/>
        </w:rPr>
      </w:pPr>
    </w:p>
    <w:p w:rsidR="0018071F" w:rsidRDefault="0018071F" w:rsidP="0018071F">
      <w:pPr>
        <w:spacing w:after="0" w:line="240" w:lineRule="auto"/>
        <w:ind w:firstLine="5103"/>
        <w:rPr>
          <w:szCs w:val="28"/>
          <w:lang w:val="ru-RU"/>
        </w:rPr>
      </w:pPr>
    </w:p>
    <w:p w:rsidR="0018071F" w:rsidRDefault="0018071F" w:rsidP="0018071F">
      <w:pPr>
        <w:spacing w:after="0" w:line="240" w:lineRule="auto"/>
        <w:ind w:firstLine="5103"/>
        <w:rPr>
          <w:szCs w:val="28"/>
          <w:lang w:val="ru-RU"/>
        </w:rPr>
      </w:pPr>
    </w:p>
    <w:p w:rsidR="0018071F" w:rsidRDefault="0018071F" w:rsidP="0018071F">
      <w:pPr>
        <w:spacing w:after="0" w:line="240" w:lineRule="auto"/>
        <w:ind w:firstLine="5103"/>
        <w:rPr>
          <w:szCs w:val="28"/>
          <w:lang w:val="ru-RU"/>
        </w:rPr>
      </w:pPr>
    </w:p>
    <w:p w:rsidR="0018071F" w:rsidRDefault="0018071F" w:rsidP="0018071F">
      <w:pPr>
        <w:spacing w:after="0" w:line="240" w:lineRule="auto"/>
        <w:ind w:firstLine="5103"/>
        <w:rPr>
          <w:szCs w:val="28"/>
          <w:lang w:val="ru-RU"/>
        </w:rPr>
      </w:pPr>
    </w:p>
    <w:p w:rsidR="0018071F" w:rsidRDefault="0018071F" w:rsidP="0018071F">
      <w:pPr>
        <w:spacing w:after="0" w:line="240" w:lineRule="auto"/>
        <w:ind w:firstLine="5103"/>
        <w:rPr>
          <w:szCs w:val="28"/>
          <w:lang w:val="ru-RU"/>
        </w:rPr>
      </w:pPr>
    </w:p>
    <w:p w:rsidR="0018071F" w:rsidRDefault="0018071F" w:rsidP="0018071F">
      <w:pPr>
        <w:spacing w:after="0" w:line="240" w:lineRule="auto"/>
        <w:ind w:firstLine="5103"/>
        <w:rPr>
          <w:szCs w:val="28"/>
          <w:lang w:val="ru-RU"/>
        </w:rPr>
      </w:pPr>
    </w:p>
    <w:p w:rsidR="0018071F" w:rsidRDefault="0018071F" w:rsidP="0018071F">
      <w:pPr>
        <w:spacing w:after="0" w:line="240" w:lineRule="auto"/>
        <w:ind w:firstLine="5103"/>
        <w:rPr>
          <w:szCs w:val="28"/>
          <w:lang w:val="ru-RU"/>
        </w:rPr>
      </w:pPr>
    </w:p>
    <w:p w:rsidR="0018071F" w:rsidRDefault="0018071F" w:rsidP="0018071F">
      <w:pPr>
        <w:spacing w:after="0" w:line="240" w:lineRule="auto"/>
        <w:ind w:firstLine="5103"/>
        <w:rPr>
          <w:szCs w:val="28"/>
          <w:lang w:val="ru-RU"/>
        </w:rPr>
      </w:pPr>
    </w:p>
    <w:p w:rsidR="0018071F" w:rsidRDefault="0018071F" w:rsidP="0018071F">
      <w:pPr>
        <w:spacing w:after="0" w:line="240" w:lineRule="auto"/>
        <w:ind w:firstLine="5103"/>
        <w:rPr>
          <w:szCs w:val="28"/>
          <w:lang w:val="ru-RU"/>
        </w:rPr>
      </w:pPr>
    </w:p>
    <w:p w:rsidR="0018071F" w:rsidRDefault="0018071F" w:rsidP="0018071F">
      <w:pPr>
        <w:spacing w:after="0" w:line="240" w:lineRule="auto"/>
        <w:ind w:firstLine="5103"/>
        <w:rPr>
          <w:szCs w:val="28"/>
          <w:lang w:val="ru-RU"/>
        </w:rPr>
      </w:pPr>
    </w:p>
    <w:p w:rsidR="0018071F" w:rsidRDefault="0018071F" w:rsidP="0018071F">
      <w:pPr>
        <w:spacing w:after="0" w:line="240" w:lineRule="auto"/>
        <w:ind w:firstLine="5103"/>
        <w:rPr>
          <w:szCs w:val="28"/>
          <w:lang w:val="ru-RU"/>
        </w:rPr>
      </w:pPr>
    </w:p>
    <w:p w:rsidR="0018071F" w:rsidRDefault="0018071F" w:rsidP="0018071F">
      <w:pPr>
        <w:spacing w:after="0" w:line="240" w:lineRule="auto"/>
        <w:ind w:firstLine="5103"/>
        <w:rPr>
          <w:szCs w:val="28"/>
          <w:lang w:val="ru-RU"/>
        </w:rPr>
      </w:pPr>
    </w:p>
    <w:p w:rsidR="0018071F" w:rsidRDefault="0018071F" w:rsidP="0018071F">
      <w:pPr>
        <w:spacing w:after="0" w:line="240" w:lineRule="auto"/>
        <w:ind w:firstLine="5103"/>
        <w:rPr>
          <w:szCs w:val="28"/>
          <w:lang w:val="ru-RU"/>
        </w:rPr>
      </w:pPr>
    </w:p>
    <w:p w:rsidR="0018071F" w:rsidRDefault="0018071F" w:rsidP="0018071F">
      <w:pPr>
        <w:spacing w:after="0" w:line="240" w:lineRule="auto"/>
        <w:ind w:firstLine="5103"/>
        <w:rPr>
          <w:szCs w:val="28"/>
          <w:lang w:val="ru-RU"/>
        </w:rPr>
      </w:pPr>
    </w:p>
    <w:p w:rsidR="00BE325D" w:rsidRDefault="00BE325D" w:rsidP="0018071F">
      <w:pPr>
        <w:spacing w:after="0" w:line="240" w:lineRule="auto"/>
        <w:ind w:firstLine="5103"/>
        <w:rPr>
          <w:szCs w:val="28"/>
          <w:lang w:val="ru-RU"/>
        </w:rPr>
        <w:sectPr w:rsidR="00BE325D" w:rsidSect="00BE325D">
          <w:pgSz w:w="12240" w:h="15840"/>
          <w:pgMar w:top="1134" w:right="567" w:bottom="1134" w:left="1701" w:header="709" w:footer="709" w:gutter="0"/>
          <w:pgNumType w:start="1"/>
          <w:cols w:space="720"/>
          <w:titlePg/>
          <w:docGrid w:linePitch="381"/>
        </w:sectPr>
      </w:pPr>
    </w:p>
    <w:p w:rsidR="0018071F" w:rsidRPr="002E7D98" w:rsidRDefault="0018071F" w:rsidP="0018071F">
      <w:pPr>
        <w:spacing w:after="0" w:line="240" w:lineRule="auto"/>
        <w:ind w:firstLine="5103"/>
        <w:rPr>
          <w:szCs w:val="28"/>
          <w:lang w:val="ru-RU"/>
        </w:rPr>
      </w:pPr>
      <w:r w:rsidRPr="002E7D98">
        <w:rPr>
          <w:szCs w:val="28"/>
          <w:lang w:val="ru-RU"/>
        </w:rPr>
        <w:lastRenderedPageBreak/>
        <w:t xml:space="preserve">ПРИЛОЖЕНИЕ </w:t>
      </w:r>
      <w:r>
        <w:rPr>
          <w:szCs w:val="28"/>
          <w:lang w:val="ru-RU"/>
        </w:rPr>
        <w:t>№ 4</w:t>
      </w:r>
    </w:p>
    <w:p w:rsidR="0018071F" w:rsidRPr="002E7D98" w:rsidRDefault="0018071F" w:rsidP="0018071F">
      <w:pPr>
        <w:spacing w:after="0" w:line="240" w:lineRule="auto"/>
        <w:ind w:firstLine="5103"/>
        <w:rPr>
          <w:szCs w:val="28"/>
          <w:lang w:val="ru-RU"/>
        </w:rPr>
      </w:pPr>
      <w:r w:rsidRPr="002E7D98">
        <w:rPr>
          <w:szCs w:val="28"/>
          <w:lang w:val="ru-RU"/>
        </w:rPr>
        <w:t>к административному регламенту</w:t>
      </w:r>
    </w:p>
    <w:p w:rsidR="0018071F" w:rsidRPr="002E7D98" w:rsidRDefault="0018071F" w:rsidP="0018071F">
      <w:pPr>
        <w:spacing w:after="0" w:line="240" w:lineRule="auto"/>
        <w:ind w:firstLine="5103"/>
        <w:rPr>
          <w:szCs w:val="28"/>
          <w:lang w:val="ru-RU"/>
        </w:rPr>
      </w:pPr>
      <w:r w:rsidRPr="002E7D98">
        <w:rPr>
          <w:szCs w:val="28"/>
          <w:lang w:val="ru-RU"/>
        </w:rPr>
        <w:t>предоставления администрацией</w:t>
      </w:r>
    </w:p>
    <w:p w:rsidR="0018071F" w:rsidRDefault="0018071F" w:rsidP="0018071F">
      <w:pPr>
        <w:spacing w:after="0" w:line="240" w:lineRule="auto"/>
        <w:ind w:firstLine="5103"/>
        <w:rPr>
          <w:szCs w:val="28"/>
          <w:lang w:val="ru-RU"/>
        </w:rPr>
      </w:pPr>
      <w:r w:rsidRPr="002E7D98">
        <w:rPr>
          <w:szCs w:val="28"/>
          <w:lang w:val="ru-RU"/>
        </w:rPr>
        <w:t>Новоджерелиевского сельского</w:t>
      </w:r>
    </w:p>
    <w:p w:rsidR="0018071F" w:rsidRDefault="0018071F" w:rsidP="0018071F">
      <w:pPr>
        <w:spacing w:after="0" w:line="240" w:lineRule="auto"/>
        <w:ind w:firstLine="5103"/>
        <w:rPr>
          <w:szCs w:val="28"/>
          <w:lang w:val="ru-RU"/>
        </w:rPr>
      </w:pPr>
      <w:r>
        <w:rPr>
          <w:szCs w:val="28"/>
          <w:lang w:val="ru-RU"/>
        </w:rPr>
        <w:t>п</w:t>
      </w:r>
      <w:r w:rsidRPr="002E7D98">
        <w:rPr>
          <w:szCs w:val="28"/>
          <w:lang w:val="ru-RU"/>
        </w:rPr>
        <w:t>оселения</w:t>
      </w:r>
      <w:r>
        <w:rPr>
          <w:szCs w:val="28"/>
          <w:lang w:val="ru-RU"/>
        </w:rPr>
        <w:t xml:space="preserve"> Брюховецкого</w:t>
      </w:r>
    </w:p>
    <w:p w:rsidR="0018071F" w:rsidRPr="002E7D98" w:rsidRDefault="0018071F" w:rsidP="0018071F">
      <w:pPr>
        <w:spacing w:after="0" w:line="240" w:lineRule="auto"/>
        <w:ind w:firstLine="5103"/>
        <w:rPr>
          <w:szCs w:val="28"/>
          <w:lang w:val="ru-RU"/>
        </w:rPr>
      </w:pPr>
      <w:r w:rsidRPr="002E7D98">
        <w:rPr>
          <w:szCs w:val="28"/>
          <w:lang w:val="ru-RU"/>
        </w:rPr>
        <w:t>муниципального района</w:t>
      </w:r>
    </w:p>
    <w:p w:rsidR="0018071F" w:rsidRDefault="0018071F" w:rsidP="0018071F">
      <w:pPr>
        <w:spacing w:after="0" w:line="240" w:lineRule="auto"/>
        <w:ind w:firstLine="5103"/>
        <w:rPr>
          <w:szCs w:val="28"/>
          <w:lang w:val="ru-RU"/>
        </w:rPr>
      </w:pPr>
      <w:r w:rsidRPr="002E7D98">
        <w:rPr>
          <w:szCs w:val="28"/>
          <w:lang w:val="ru-RU"/>
        </w:rPr>
        <w:t>Краснодарского края муниципальной</w:t>
      </w:r>
    </w:p>
    <w:p w:rsidR="0018071F" w:rsidRDefault="0018071F" w:rsidP="0018071F">
      <w:pPr>
        <w:spacing w:after="0" w:line="240" w:lineRule="auto"/>
        <w:ind w:firstLine="5103"/>
        <w:rPr>
          <w:szCs w:val="28"/>
          <w:lang w:val="ru-RU"/>
        </w:rPr>
      </w:pPr>
      <w:r>
        <w:rPr>
          <w:szCs w:val="28"/>
          <w:lang w:val="ru-RU"/>
        </w:rPr>
        <w:t>услуги «Предоставление выписки</w:t>
      </w:r>
    </w:p>
    <w:p w:rsidR="0018071F" w:rsidRPr="002E7D98" w:rsidRDefault="0018071F" w:rsidP="0018071F">
      <w:pPr>
        <w:spacing w:after="0" w:line="240" w:lineRule="auto"/>
        <w:ind w:firstLine="5103"/>
        <w:rPr>
          <w:szCs w:val="28"/>
          <w:lang w:val="ru-RU"/>
        </w:rPr>
      </w:pPr>
      <w:r>
        <w:rPr>
          <w:szCs w:val="28"/>
          <w:lang w:val="ru-RU"/>
        </w:rPr>
        <w:t>из реестра муниципального имущества»</w:t>
      </w:r>
    </w:p>
    <w:p w:rsidR="0018071F" w:rsidRDefault="0018071F">
      <w:pPr>
        <w:spacing w:after="0" w:line="240" w:lineRule="auto"/>
        <w:ind w:firstLine="709"/>
        <w:jc w:val="both"/>
        <w:rPr>
          <w:rFonts w:cs="Times New Roman"/>
          <w:sz w:val="24"/>
          <w:lang w:val="ru-RU"/>
        </w:rPr>
      </w:pPr>
    </w:p>
    <w:p w:rsidR="0018071F" w:rsidRDefault="0018071F">
      <w:pPr>
        <w:spacing w:after="0" w:line="240" w:lineRule="auto"/>
        <w:ind w:firstLine="709"/>
        <w:jc w:val="both"/>
        <w:rPr>
          <w:rFonts w:cs="Times New Roman"/>
          <w:sz w:val="24"/>
          <w:lang w:val="ru-RU"/>
        </w:rPr>
      </w:pPr>
    </w:p>
    <w:p w:rsidR="00550DD8" w:rsidRPr="0018071F" w:rsidRDefault="00732384" w:rsidP="0018071F">
      <w:pPr>
        <w:spacing w:after="0" w:line="240" w:lineRule="auto"/>
        <w:ind w:firstLine="709"/>
        <w:jc w:val="center"/>
        <w:rPr>
          <w:rFonts w:cs="Times New Roman"/>
          <w:b/>
          <w:szCs w:val="28"/>
          <w:lang w:val="ru-RU"/>
        </w:rPr>
      </w:pPr>
      <w:r w:rsidRPr="0018071F">
        <w:rPr>
          <w:rFonts w:cs="Times New Roman"/>
          <w:b/>
          <w:szCs w:val="28"/>
          <w:lang w:val="ru-RU"/>
        </w:rPr>
        <w:t>Исчерпывающий перечень оснований для отказа в приёме запроса о предоставлении муниципальной услуги и документов, необходимых для предоставления муниципальной услуги, оснований для приостановления предоставления муниципальной услуги или отказа в предоставлений муниципальной услуги</w:t>
      </w:r>
    </w:p>
    <w:p w:rsidR="0018071F" w:rsidRPr="0018071F" w:rsidRDefault="0018071F" w:rsidP="0018071F">
      <w:pPr>
        <w:spacing w:after="0" w:line="240" w:lineRule="auto"/>
        <w:ind w:firstLine="709"/>
        <w:jc w:val="center"/>
        <w:rPr>
          <w:b/>
          <w:szCs w:val="28"/>
          <w:lang w:val="ru-RU"/>
        </w:rPr>
      </w:pPr>
    </w:p>
    <w:tbl>
      <w:tblPr>
        <w:tblStyle w:val="aff0"/>
        <w:tblW w:w="10414" w:type="dxa"/>
        <w:tblInd w:w="7" w:type="dxa"/>
        <w:tblCellMar>
          <w:top w:w="68" w:type="dxa"/>
          <w:left w:w="0" w:type="dxa"/>
          <w:right w:w="109" w:type="dxa"/>
        </w:tblCellMar>
        <w:tblLook w:val="04A0" w:firstRow="1" w:lastRow="0" w:firstColumn="1" w:lastColumn="0" w:noHBand="0" w:noVBand="1"/>
      </w:tblPr>
      <w:tblGrid>
        <w:gridCol w:w="646"/>
        <w:gridCol w:w="352"/>
        <w:gridCol w:w="2291"/>
        <w:gridCol w:w="2614"/>
        <w:gridCol w:w="2206"/>
        <w:gridCol w:w="2305"/>
      </w:tblGrid>
      <w:tr w:rsidR="00732384" w:rsidRPr="0018071F" w:rsidTr="008139A8">
        <w:trPr>
          <w:trHeight w:val="2094"/>
          <w:tblHeader/>
        </w:trPr>
        <w:tc>
          <w:tcPr>
            <w:tcW w:w="646" w:type="dxa"/>
            <w:tcBorders>
              <w:top w:val="single" w:sz="6" w:space="0" w:color="000000"/>
              <w:left w:val="single" w:sz="6" w:space="0" w:color="000000"/>
              <w:bottom w:val="single" w:sz="6" w:space="0" w:color="000000"/>
              <w:right w:val="nil"/>
            </w:tcBorders>
          </w:tcPr>
          <w:p w:rsidR="00550DD8" w:rsidRPr="0018071F" w:rsidRDefault="00732384">
            <w:pPr>
              <w:jc w:val="both"/>
              <w:rPr>
                <w:sz w:val="24"/>
                <w:szCs w:val="24"/>
              </w:rPr>
            </w:pPr>
            <w:r w:rsidRPr="0018071F">
              <w:rPr>
                <w:rFonts w:cs="Times New Roman"/>
                <w:sz w:val="24"/>
                <w:szCs w:val="24"/>
              </w:rPr>
              <w:t>п/п</w:t>
            </w:r>
          </w:p>
        </w:tc>
        <w:tc>
          <w:tcPr>
            <w:tcW w:w="352" w:type="dxa"/>
            <w:tcBorders>
              <w:top w:val="single" w:sz="6" w:space="0" w:color="000000"/>
              <w:left w:val="nil"/>
              <w:bottom w:val="single" w:sz="6" w:space="0" w:color="000000"/>
              <w:right w:val="single" w:sz="6" w:space="0" w:color="000000"/>
            </w:tcBorders>
          </w:tcPr>
          <w:p w:rsidR="00550DD8" w:rsidRPr="0018071F" w:rsidRDefault="00732384">
            <w:pPr>
              <w:jc w:val="both"/>
              <w:rPr>
                <w:sz w:val="24"/>
                <w:szCs w:val="24"/>
              </w:rPr>
            </w:pPr>
            <w:r w:rsidRPr="0018071F">
              <w:rPr>
                <w:rFonts w:cs="Times New Roman"/>
                <w:sz w:val="24"/>
                <w:szCs w:val="24"/>
              </w:rPr>
              <w:t>№</w:t>
            </w:r>
          </w:p>
        </w:tc>
        <w:tc>
          <w:tcPr>
            <w:tcW w:w="2291" w:type="dxa"/>
            <w:tcBorders>
              <w:top w:val="single" w:sz="6" w:space="0" w:color="000000"/>
              <w:left w:val="single" w:sz="6" w:space="0" w:color="000000"/>
              <w:bottom w:val="single" w:sz="6" w:space="0" w:color="000000"/>
              <w:right w:val="single" w:sz="6" w:space="0" w:color="000000"/>
            </w:tcBorders>
          </w:tcPr>
          <w:p w:rsidR="00550DD8" w:rsidRPr="0018071F" w:rsidRDefault="00732384" w:rsidP="0018071F">
            <w:pPr>
              <w:jc w:val="both"/>
              <w:rPr>
                <w:sz w:val="24"/>
                <w:szCs w:val="24"/>
                <w:lang w:val="ru-RU"/>
              </w:rPr>
            </w:pPr>
            <w:r w:rsidRPr="0018071F">
              <w:rPr>
                <w:rFonts w:cs="Times New Roman"/>
                <w:sz w:val="24"/>
                <w:szCs w:val="24"/>
                <w:lang w:val="ru-RU"/>
              </w:rPr>
              <w:t>Идентификатор категории (признаков) заявителей</w:t>
            </w:r>
          </w:p>
        </w:tc>
        <w:tc>
          <w:tcPr>
            <w:tcW w:w="2614" w:type="dxa"/>
            <w:tcBorders>
              <w:top w:val="single" w:sz="6" w:space="0" w:color="000000"/>
              <w:left w:val="single" w:sz="6" w:space="0" w:color="000000"/>
              <w:bottom w:val="single" w:sz="6" w:space="0" w:color="000000"/>
              <w:right w:val="single" w:sz="6" w:space="0" w:color="000000"/>
            </w:tcBorders>
          </w:tcPr>
          <w:p w:rsidR="00550DD8" w:rsidRPr="0018071F" w:rsidRDefault="00732384" w:rsidP="0018071F">
            <w:pPr>
              <w:jc w:val="both"/>
              <w:rPr>
                <w:sz w:val="24"/>
                <w:szCs w:val="24"/>
                <w:lang w:val="ru-RU"/>
              </w:rPr>
            </w:pPr>
            <w:r w:rsidRPr="0018071F">
              <w:rPr>
                <w:rFonts w:cs="Times New Roman"/>
                <w:sz w:val="24"/>
                <w:szCs w:val="24"/>
                <w:lang w:val="ru-RU"/>
              </w:rPr>
              <w:t>Перечень оснований для отказа в приёме запроса о предоставлении муниципальной услуги и документов, необходимых для предоставления муниципальной услуги</w:t>
            </w:r>
          </w:p>
        </w:tc>
        <w:tc>
          <w:tcPr>
            <w:tcW w:w="2206" w:type="dxa"/>
            <w:tcBorders>
              <w:top w:val="single" w:sz="6" w:space="0" w:color="000000"/>
              <w:left w:val="single" w:sz="6" w:space="0" w:color="000000"/>
              <w:bottom w:val="single" w:sz="6" w:space="0" w:color="000000"/>
              <w:right w:val="single" w:sz="6" w:space="0" w:color="000000"/>
            </w:tcBorders>
          </w:tcPr>
          <w:p w:rsidR="00550DD8" w:rsidRPr="0018071F" w:rsidRDefault="00732384" w:rsidP="0018071F">
            <w:pPr>
              <w:jc w:val="both"/>
              <w:rPr>
                <w:sz w:val="24"/>
                <w:szCs w:val="24"/>
                <w:lang w:val="ru-RU"/>
              </w:rPr>
            </w:pPr>
            <w:r w:rsidRPr="0018071F">
              <w:rPr>
                <w:rFonts w:cs="Times New Roman"/>
                <w:sz w:val="24"/>
                <w:szCs w:val="24"/>
                <w:lang w:val="ru-RU"/>
              </w:rPr>
              <w:t>Перечень оснований для приостановления предоставления муниципальной услуги</w:t>
            </w:r>
          </w:p>
        </w:tc>
        <w:tc>
          <w:tcPr>
            <w:tcW w:w="2305" w:type="dxa"/>
            <w:tcBorders>
              <w:top w:val="single" w:sz="6" w:space="0" w:color="000000"/>
              <w:left w:val="single" w:sz="6" w:space="0" w:color="000000"/>
              <w:bottom w:val="single" w:sz="6" w:space="0" w:color="000000"/>
              <w:right w:val="single" w:sz="6" w:space="0" w:color="000000"/>
            </w:tcBorders>
          </w:tcPr>
          <w:p w:rsidR="00550DD8" w:rsidRPr="0018071F" w:rsidRDefault="00732384" w:rsidP="0018071F">
            <w:pPr>
              <w:jc w:val="both"/>
              <w:rPr>
                <w:sz w:val="24"/>
                <w:szCs w:val="24"/>
                <w:lang w:val="ru-RU"/>
              </w:rPr>
            </w:pPr>
            <w:r w:rsidRPr="0018071F">
              <w:rPr>
                <w:rFonts w:cs="Times New Roman"/>
                <w:sz w:val="24"/>
                <w:szCs w:val="24"/>
                <w:lang w:val="ru-RU"/>
              </w:rPr>
              <w:t>Перечень оснований для отказа в предоставлении муниципальной услуги</w:t>
            </w:r>
          </w:p>
        </w:tc>
      </w:tr>
      <w:tr w:rsidR="00732384" w:rsidRPr="0018071F" w:rsidTr="008139A8">
        <w:trPr>
          <w:trHeight w:val="4735"/>
        </w:trPr>
        <w:tc>
          <w:tcPr>
            <w:tcW w:w="646" w:type="dxa"/>
            <w:tcBorders>
              <w:top w:val="single" w:sz="6" w:space="0" w:color="000000"/>
              <w:left w:val="single" w:sz="6" w:space="0" w:color="000000"/>
              <w:bottom w:val="nil"/>
              <w:right w:val="nil"/>
            </w:tcBorders>
          </w:tcPr>
          <w:p w:rsidR="00550DD8" w:rsidRPr="0018071F" w:rsidRDefault="00550DD8">
            <w:pPr>
              <w:jc w:val="both"/>
              <w:rPr>
                <w:sz w:val="24"/>
                <w:szCs w:val="24"/>
                <w:lang w:val="ru-RU"/>
              </w:rPr>
            </w:pPr>
          </w:p>
        </w:tc>
        <w:tc>
          <w:tcPr>
            <w:tcW w:w="352" w:type="dxa"/>
            <w:tcBorders>
              <w:top w:val="single" w:sz="6" w:space="0" w:color="000000"/>
              <w:left w:val="nil"/>
              <w:bottom w:val="nil"/>
              <w:right w:val="single" w:sz="6" w:space="0" w:color="000000"/>
            </w:tcBorders>
          </w:tcPr>
          <w:p w:rsidR="00550DD8" w:rsidRPr="0018071F" w:rsidRDefault="00732384">
            <w:pPr>
              <w:jc w:val="both"/>
              <w:rPr>
                <w:sz w:val="24"/>
                <w:szCs w:val="24"/>
              </w:rPr>
            </w:pPr>
            <w:r w:rsidRPr="0018071F">
              <w:rPr>
                <w:rFonts w:cs="Times New Roman"/>
                <w:sz w:val="24"/>
                <w:szCs w:val="24"/>
              </w:rPr>
              <w:t>1.</w:t>
            </w:r>
          </w:p>
        </w:tc>
        <w:tc>
          <w:tcPr>
            <w:tcW w:w="2291" w:type="dxa"/>
            <w:tcBorders>
              <w:top w:val="single" w:sz="6" w:space="0" w:color="000000"/>
              <w:left w:val="single" w:sz="6" w:space="0" w:color="000000"/>
              <w:bottom w:val="nil"/>
              <w:right w:val="single" w:sz="6" w:space="0" w:color="000000"/>
            </w:tcBorders>
          </w:tcPr>
          <w:p w:rsidR="00550DD8" w:rsidRPr="0018071F" w:rsidRDefault="00732384" w:rsidP="0018071F">
            <w:pPr>
              <w:jc w:val="both"/>
              <w:rPr>
                <w:sz w:val="24"/>
                <w:szCs w:val="24"/>
                <w:lang w:val="ru-RU"/>
              </w:rPr>
            </w:pPr>
            <w:r w:rsidRPr="0018071F">
              <w:rPr>
                <w:rFonts w:cs="Times New Roman"/>
                <w:sz w:val="24"/>
                <w:szCs w:val="24"/>
                <w:lang w:val="ru-RU"/>
              </w:rPr>
              <w:t>Физические и юридические лица при подаче заявления о предоставлении выписки из рее</w:t>
            </w:r>
            <w:r w:rsidR="00B657EF">
              <w:rPr>
                <w:rFonts w:cs="Times New Roman"/>
                <w:sz w:val="24"/>
                <w:szCs w:val="24"/>
                <w:lang w:val="ru-RU"/>
              </w:rPr>
              <w:t>стра муниципального имущества</w:t>
            </w:r>
          </w:p>
        </w:tc>
        <w:tc>
          <w:tcPr>
            <w:tcW w:w="2614" w:type="dxa"/>
            <w:tcBorders>
              <w:top w:val="single" w:sz="6" w:space="0" w:color="000000"/>
              <w:left w:val="single" w:sz="6" w:space="0" w:color="000000"/>
              <w:bottom w:val="single" w:sz="4" w:space="0" w:color="auto"/>
              <w:right w:val="single" w:sz="6" w:space="0" w:color="000000"/>
            </w:tcBorders>
          </w:tcPr>
          <w:p w:rsidR="00550DD8" w:rsidRPr="0018071F" w:rsidRDefault="00732384" w:rsidP="00B657EF">
            <w:pPr>
              <w:jc w:val="both"/>
              <w:rPr>
                <w:sz w:val="24"/>
                <w:szCs w:val="24"/>
                <w:lang w:val="ru-RU"/>
              </w:rPr>
            </w:pPr>
            <w:r w:rsidRPr="0018071F">
              <w:rPr>
                <w:rFonts w:cs="Times New Roman"/>
                <w:sz w:val="24"/>
                <w:szCs w:val="24"/>
                <w:lang w:val="ru-RU"/>
              </w:rPr>
              <w:t xml:space="preserve">Представление заявителем документов, оформленных не в соответствии с установленным порядком </w:t>
            </w:r>
            <w:r w:rsidRPr="00B657EF">
              <w:rPr>
                <w:rFonts w:cs="Times New Roman"/>
                <w:sz w:val="24"/>
                <w:szCs w:val="24"/>
                <w:lang w:val="ru-RU"/>
              </w:rPr>
              <w:t>(н</w:t>
            </w:r>
            <w:r w:rsidR="00B657EF" w:rsidRPr="00B657EF">
              <w:rPr>
                <w:rFonts w:cs="Times New Roman"/>
                <w:sz w:val="24"/>
                <w:szCs w:val="24"/>
                <w:lang w:val="ru-RU"/>
              </w:rPr>
              <w:t>аличие исправлений, серьёзных повреждений, не позволяющих однозначно истолковать их содержание, отсутствие обратного адреса, отсутствие подписи, печати (при наличии</w:t>
            </w:r>
            <w:r w:rsidR="00B657EF" w:rsidRPr="00B657EF">
              <w:rPr>
                <w:rFonts w:cs="Times New Roman"/>
                <w:sz w:val="24"/>
                <w:szCs w:val="24"/>
                <w:lang w:val="ru-RU"/>
              </w:rPr>
              <w:t>); несоблюдение</w:t>
            </w:r>
            <w:r w:rsidR="00B657EF" w:rsidRPr="00B657EF">
              <w:rPr>
                <w:rFonts w:cs="Times New Roman"/>
                <w:sz w:val="24"/>
                <w:szCs w:val="24"/>
                <w:lang w:val="ru-RU"/>
              </w:rPr>
              <w:t xml:space="preserve"> установленных законодательством Российской Федерации условий признания </w:t>
            </w:r>
            <w:r w:rsidR="00B657EF" w:rsidRPr="00B657EF">
              <w:rPr>
                <w:rFonts w:cs="Times New Roman"/>
                <w:sz w:val="24"/>
                <w:szCs w:val="24"/>
                <w:lang w:val="ru-RU"/>
              </w:rPr>
              <w:lastRenderedPageBreak/>
              <w:t>действител</w:t>
            </w:r>
            <w:r w:rsidR="00B657EF">
              <w:rPr>
                <w:rFonts w:cs="Times New Roman"/>
                <w:sz w:val="24"/>
                <w:szCs w:val="24"/>
                <w:lang w:val="ru-RU"/>
              </w:rPr>
              <w:t>ьности электронной по</w:t>
            </w:r>
            <w:r w:rsidR="00B657EF" w:rsidRPr="00B657EF">
              <w:rPr>
                <w:rFonts w:cs="Times New Roman"/>
                <w:sz w:val="24"/>
                <w:szCs w:val="24"/>
                <w:lang w:val="ru-RU"/>
              </w:rPr>
              <w:t>дписи</w:t>
            </w:r>
          </w:p>
        </w:tc>
        <w:tc>
          <w:tcPr>
            <w:tcW w:w="2206" w:type="dxa"/>
            <w:tcBorders>
              <w:top w:val="single" w:sz="6" w:space="0" w:color="000000"/>
              <w:left w:val="single" w:sz="6" w:space="0" w:color="000000"/>
              <w:bottom w:val="single" w:sz="4" w:space="0" w:color="auto"/>
              <w:right w:val="single" w:sz="6" w:space="0" w:color="000000"/>
            </w:tcBorders>
          </w:tcPr>
          <w:p w:rsidR="00550DD8" w:rsidRPr="0018071F" w:rsidRDefault="00732384" w:rsidP="00B657EF">
            <w:pPr>
              <w:jc w:val="both"/>
              <w:rPr>
                <w:sz w:val="24"/>
                <w:szCs w:val="24"/>
                <w:lang w:val="ru-RU"/>
              </w:rPr>
            </w:pPr>
            <w:r w:rsidRPr="0018071F">
              <w:rPr>
                <w:rFonts w:cs="Times New Roman"/>
                <w:sz w:val="24"/>
                <w:szCs w:val="24"/>
                <w:lang w:val="ru-RU"/>
              </w:rPr>
              <w:lastRenderedPageBreak/>
              <w:t xml:space="preserve">Основания для приостановления предоставления муниципальной услуги </w:t>
            </w:r>
            <w:r w:rsidRPr="00B657EF">
              <w:rPr>
                <w:rFonts w:cs="Times New Roman"/>
                <w:sz w:val="24"/>
                <w:szCs w:val="24"/>
                <w:lang w:val="ru-RU"/>
              </w:rPr>
              <w:t>законодате</w:t>
            </w:r>
            <w:r w:rsidR="00B657EF" w:rsidRPr="00B657EF">
              <w:rPr>
                <w:rFonts w:cs="Times New Roman"/>
                <w:sz w:val="24"/>
                <w:szCs w:val="24"/>
                <w:lang w:val="ru-RU"/>
              </w:rPr>
              <w:t>льством Российской Федерации не предусмотрены</w:t>
            </w:r>
          </w:p>
        </w:tc>
        <w:tc>
          <w:tcPr>
            <w:tcW w:w="2305" w:type="dxa"/>
            <w:tcBorders>
              <w:top w:val="single" w:sz="6" w:space="0" w:color="000000"/>
              <w:left w:val="single" w:sz="6" w:space="0" w:color="000000"/>
              <w:bottom w:val="single" w:sz="4" w:space="0" w:color="auto"/>
              <w:right w:val="single" w:sz="6" w:space="0" w:color="000000"/>
            </w:tcBorders>
          </w:tcPr>
          <w:p w:rsidR="00550DD8" w:rsidRPr="0018071F" w:rsidRDefault="00732384" w:rsidP="00B657EF">
            <w:pPr>
              <w:jc w:val="both"/>
              <w:rPr>
                <w:sz w:val="24"/>
                <w:szCs w:val="24"/>
                <w:lang w:val="ru-RU"/>
              </w:rPr>
            </w:pPr>
            <w:r w:rsidRPr="0018071F">
              <w:rPr>
                <w:rFonts w:cs="Times New Roman"/>
                <w:sz w:val="24"/>
                <w:szCs w:val="24"/>
                <w:lang w:val="ru-RU"/>
              </w:rPr>
              <w:t xml:space="preserve">1) представление заявления о предоставлении муниципальной услуги с нарушением </w:t>
            </w:r>
            <w:r w:rsidRPr="00B657EF">
              <w:rPr>
                <w:rFonts w:cs="Times New Roman"/>
                <w:sz w:val="24"/>
                <w:szCs w:val="24"/>
                <w:lang w:val="ru-RU"/>
              </w:rPr>
              <w:t>устано</w:t>
            </w:r>
            <w:r w:rsidR="00B657EF" w:rsidRPr="00B657EF">
              <w:rPr>
                <w:rFonts w:cs="Times New Roman"/>
                <w:sz w:val="24"/>
                <w:szCs w:val="24"/>
                <w:lang w:val="ru-RU"/>
              </w:rPr>
              <w:t>вленных требований, а также представление документов, содержащих недостоверные сведения;</w:t>
            </w:r>
            <w:r w:rsidR="00B657EF" w:rsidRPr="00B657EF">
              <w:rPr>
                <w:rFonts w:cs="Times New Roman"/>
                <w:sz w:val="24"/>
                <w:szCs w:val="24"/>
                <w:lang w:val="ru-RU"/>
              </w:rPr>
              <w:br/>
              <w:t>отсутствие у представителя заявителя</w:t>
            </w:r>
            <w:r w:rsidR="00B657EF">
              <w:rPr>
                <w:rFonts w:cs="Times New Roman"/>
                <w:sz w:val="24"/>
                <w:szCs w:val="24"/>
                <w:lang w:val="ru-RU"/>
              </w:rPr>
              <w:t xml:space="preserve"> полномочи</w:t>
            </w:r>
            <w:r w:rsidR="00B657EF" w:rsidRPr="00B657EF">
              <w:rPr>
                <w:rFonts w:cs="Times New Roman"/>
                <w:sz w:val="24"/>
                <w:szCs w:val="24"/>
                <w:lang w:val="ru-RU"/>
              </w:rPr>
              <w:t>й на получение муниципальной услуги;</w:t>
            </w:r>
            <w:r w:rsidR="00B657EF">
              <w:rPr>
                <w:rFonts w:cs="Times New Roman"/>
                <w:sz w:val="24"/>
                <w:szCs w:val="24"/>
                <w:lang w:val="ru-RU"/>
              </w:rPr>
              <w:t xml:space="preserve"> </w:t>
            </w:r>
            <w:r w:rsidR="00B657EF" w:rsidRPr="00B657EF">
              <w:rPr>
                <w:rFonts w:cs="Times New Roman"/>
                <w:sz w:val="24"/>
                <w:szCs w:val="24"/>
                <w:lang w:val="ru-RU"/>
              </w:rPr>
              <w:lastRenderedPageBreak/>
              <w:t>представление документов в ненадлежащий орган;</w:t>
            </w:r>
            <w:r w:rsidR="00B657EF" w:rsidRPr="00B657EF">
              <w:rPr>
                <w:rFonts w:cs="Times New Roman"/>
                <w:sz w:val="24"/>
                <w:szCs w:val="24"/>
                <w:lang w:val="ru-RU"/>
              </w:rPr>
              <w:br/>
              <w:t>обращение (в письменном вид е) заявителя с просьбой о прекращении предоставления муниципальной усл</w:t>
            </w:r>
            <w:r w:rsidR="00B657EF">
              <w:rPr>
                <w:rFonts w:cs="Times New Roman"/>
                <w:sz w:val="24"/>
                <w:szCs w:val="24"/>
                <w:lang w:val="ru-RU"/>
              </w:rPr>
              <w:t>уги;</w:t>
            </w:r>
            <w:r w:rsidR="00B657EF">
              <w:rPr>
                <w:rFonts w:cs="Times New Roman"/>
                <w:sz w:val="24"/>
                <w:szCs w:val="24"/>
                <w:lang w:val="ru-RU"/>
              </w:rPr>
              <w:br/>
            </w:r>
            <w:r w:rsidR="00B657EF" w:rsidRPr="00B657EF">
              <w:rPr>
                <w:rFonts w:cs="Times New Roman"/>
                <w:sz w:val="24"/>
                <w:szCs w:val="24"/>
                <w:lang w:val="ru-RU"/>
              </w:rPr>
              <w:t xml:space="preserve"> адрес, наименование объекта, указанные в заявлении заявителя, не позволяют идентифицировать объект, в отношении которого требуется предоставление муниципальной услуги.</w:t>
            </w:r>
            <w:r w:rsidR="00B657EF" w:rsidRPr="00B657EF">
              <w:rPr>
                <w:rFonts w:cs="Times New Roman"/>
                <w:sz w:val="24"/>
                <w:szCs w:val="24"/>
                <w:lang w:val="ru-RU"/>
              </w:rPr>
              <w:br/>
              <w:t>администрацией Новоджерелиевского сельского поселения Брюховецкого муниципального района Краснодарского края</w:t>
            </w:r>
          </w:p>
        </w:tc>
      </w:tr>
    </w:tbl>
    <w:tbl>
      <w:tblPr>
        <w:tblStyle w:val="aff0"/>
        <w:tblpPr w:vertAnchor="text" w:tblpX="7"/>
        <w:tblOverlap w:val="never"/>
        <w:tblW w:w="10414" w:type="dxa"/>
        <w:tblCellMar>
          <w:top w:w="33" w:type="dxa"/>
          <w:left w:w="115" w:type="dxa"/>
          <w:right w:w="109" w:type="dxa"/>
        </w:tblCellMar>
        <w:tblLook w:val="04A0" w:firstRow="1" w:lastRow="0" w:firstColumn="1" w:lastColumn="0" w:noHBand="0" w:noVBand="1"/>
      </w:tblPr>
      <w:tblGrid>
        <w:gridCol w:w="998"/>
        <w:gridCol w:w="2291"/>
        <w:gridCol w:w="2614"/>
        <w:gridCol w:w="2206"/>
        <w:gridCol w:w="2305"/>
      </w:tblGrid>
      <w:tr w:rsidR="00732384" w:rsidRPr="00F010B9" w:rsidTr="008139A8">
        <w:trPr>
          <w:trHeight w:val="5298"/>
        </w:trPr>
        <w:tc>
          <w:tcPr>
            <w:tcW w:w="998" w:type="dxa"/>
            <w:tcBorders>
              <w:top w:val="single" w:sz="6" w:space="0" w:color="000000"/>
              <w:left w:val="single" w:sz="6" w:space="0" w:color="000000"/>
              <w:bottom w:val="nil"/>
              <w:right w:val="single" w:sz="6" w:space="0" w:color="000000"/>
            </w:tcBorders>
          </w:tcPr>
          <w:p w:rsidR="00550DD8" w:rsidRPr="00B657EF" w:rsidRDefault="00732384">
            <w:pPr>
              <w:jc w:val="both"/>
              <w:rPr>
                <w:sz w:val="24"/>
                <w:szCs w:val="24"/>
              </w:rPr>
            </w:pPr>
            <w:r w:rsidRPr="00B657EF">
              <w:rPr>
                <w:rFonts w:cs="Times New Roman"/>
                <w:sz w:val="24"/>
                <w:szCs w:val="24"/>
              </w:rPr>
              <w:lastRenderedPageBreak/>
              <w:t>2.</w:t>
            </w:r>
          </w:p>
        </w:tc>
        <w:tc>
          <w:tcPr>
            <w:tcW w:w="2291" w:type="dxa"/>
            <w:tcBorders>
              <w:top w:val="single" w:sz="6" w:space="0" w:color="000000"/>
              <w:left w:val="single" w:sz="6" w:space="0" w:color="000000"/>
              <w:bottom w:val="single" w:sz="6" w:space="0" w:color="000000"/>
              <w:right w:val="single" w:sz="6" w:space="0" w:color="000000"/>
            </w:tcBorders>
          </w:tcPr>
          <w:p w:rsidR="00550DD8" w:rsidRPr="00B657EF" w:rsidRDefault="00732384" w:rsidP="00B657EF">
            <w:pPr>
              <w:jc w:val="both"/>
              <w:rPr>
                <w:sz w:val="24"/>
                <w:szCs w:val="24"/>
                <w:lang w:val="ru-RU"/>
              </w:rPr>
            </w:pPr>
            <w:r w:rsidRPr="00B657EF">
              <w:rPr>
                <w:rFonts w:cs="Times New Roman"/>
                <w:sz w:val="24"/>
                <w:szCs w:val="24"/>
                <w:lang w:val="ru-RU"/>
              </w:rPr>
              <w:t>Физические и юридические лица, ранее обратившиеся за получением муниципальной услуги, по результатам предоставления ко торой выданы доку менты с допущенными опечатками и ошибками</w:t>
            </w:r>
          </w:p>
        </w:tc>
        <w:tc>
          <w:tcPr>
            <w:tcW w:w="2614" w:type="dxa"/>
            <w:tcBorders>
              <w:top w:val="single" w:sz="6" w:space="0" w:color="000000"/>
              <w:left w:val="single" w:sz="6" w:space="0" w:color="000000"/>
              <w:bottom w:val="single" w:sz="6" w:space="0" w:color="000000"/>
              <w:right w:val="single" w:sz="6" w:space="0" w:color="000000"/>
            </w:tcBorders>
          </w:tcPr>
          <w:p w:rsidR="00550DD8" w:rsidRPr="00B657EF" w:rsidRDefault="00732384" w:rsidP="00B657EF">
            <w:pPr>
              <w:jc w:val="both"/>
              <w:rPr>
                <w:sz w:val="24"/>
                <w:szCs w:val="24"/>
                <w:lang w:val="ru-RU"/>
              </w:rPr>
            </w:pPr>
            <w:r w:rsidRPr="00B657EF">
              <w:rPr>
                <w:rFonts w:cs="Times New Roman"/>
                <w:sz w:val="24"/>
                <w:szCs w:val="24"/>
                <w:lang w:val="ru-RU"/>
              </w:rPr>
              <w:t>Представление заявителем документов, оформленных не в соответствии с установленным порядком (наличие исправлений, серьёзных повреждений, не позволяющих однозначно истолковать их содержание, отсутствие обратного адреса, отсутствие подписи, печати (при наличии</w:t>
            </w:r>
            <w:r w:rsidR="00B657EF" w:rsidRPr="00B657EF">
              <w:rPr>
                <w:rFonts w:cs="Times New Roman"/>
                <w:sz w:val="24"/>
                <w:szCs w:val="24"/>
                <w:lang w:val="ru-RU"/>
              </w:rPr>
              <w:t>); несоблюдение</w:t>
            </w:r>
            <w:r w:rsidRPr="00B657EF">
              <w:rPr>
                <w:rFonts w:cs="Times New Roman"/>
                <w:sz w:val="24"/>
                <w:szCs w:val="24"/>
                <w:lang w:val="ru-RU"/>
              </w:rPr>
              <w:t xml:space="preserve"> установленных законодательством Российской Федерации условий признания действител</w:t>
            </w:r>
            <w:r w:rsidR="00B657EF">
              <w:rPr>
                <w:rFonts w:cs="Times New Roman"/>
                <w:sz w:val="24"/>
                <w:szCs w:val="24"/>
                <w:lang w:val="ru-RU"/>
              </w:rPr>
              <w:t xml:space="preserve">ьности электронной подписи </w:t>
            </w:r>
          </w:p>
        </w:tc>
        <w:tc>
          <w:tcPr>
            <w:tcW w:w="2206" w:type="dxa"/>
            <w:tcBorders>
              <w:top w:val="single" w:sz="6" w:space="0" w:color="000000"/>
              <w:left w:val="single" w:sz="6" w:space="0" w:color="000000"/>
              <w:bottom w:val="single" w:sz="6" w:space="0" w:color="000000"/>
              <w:right w:val="single" w:sz="6" w:space="0" w:color="000000"/>
            </w:tcBorders>
          </w:tcPr>
          <w:p w:rsidR="00550DD8" w:rsidRPr="00B657EF" w:rsidRDefault="00732384">
            <w:pPr>
              <w:jc w:val="both"/>
              <w:rPr>
                <w:sz w:val="24"/>
                <w:szCs w:val="24"/>
                <w:lang w:val="ru-RU"/>
              </w:rPr>
            </w:pPr>
            <w:r w:rsidRPr="00B657EF">
              <w:rPr>
                <w:rFonts w:cs="Times New Roman"/>
                <w:sz w:val="24"/>
                <w:szCs w:val="24"/>
                <w:lang w:val="ru-RU"/>
              </w:rPr>
              <w:t>Основания для приостановления предоставления муниципальной услуги законодательством Российской Федерации не предусмотрены</w:t>
            </w:r>
          </w:p>
        </w:tc>
        <w:tc>
          <w:tcPr>
            <w:tcW w:w="2305" w:type="dxa"/>
            <w:tcBorders>
              <w:top w:val="single" w:sz="6" w:space="0" w:color="000000"/>
              <w:left w:val="single" w:sz="6" w:space="0" w:color="000000"/>
              <w:bottom w:val="single" w:sz="6" w:space="0" w:color="000000"/>
              <w:right w:val="single" w:sz="6" w:space="0" w:color="000000"/>
            </w:tcBorders>
          </w:tcPr>
          <w:p w:rsidR="00D04874" w:rsidRDefault="00732384" w:rsidP="00B657EF">
            <w:pPr>
              <w:jc w:val="both"/>
              <w:rPr>
                <w:rFonts w:cs="Times New Roman"/>
                <w:sz w:val="24"/>
                <w:szCs w:val="24"/>
                <w:lang w:val="ru-RU"/>
              </w:rPr>
            </w:pPr>
            <w:r w:rsidRPr="00B657EF">
              <w:rPr>
                <w:rFonts w:cs="Times New Roman"/>
                <w:sz w:val="24"/>
                <w:szCs w:val="24"/>
                <w:lang w:val="ru-RU"/>
              </w:rPr>
              <w:t xml:space="preserve">отсутствие у заявителя права (полномочий представителя заявителя) на получение муниципальной </w:t>
            </w:r>
            <w:r w:rsidR="00D04874" w:rsidRPr="00B657EF">
              <w:rPr>
                <w:rFonts w:cs="Times New Roman"/>
                <w:sz w:val="24"/>
                <w:szCs w:val="24"/>
                <w:lang w:val="ru-RU"/>
              </w:rPr>
              <w:t>услуги; представление</w:t>
            </w:r>
            <w:r w:rsidRPr="00B657EF">
              <w:rPr>
                <w:rFonts w:cs="Times New Roman"/>
                <w:sz w:val="24"/>
                <w:szCs w:val="24"/>
                <w:lang w:val="ru-RU"/>
              </w:rPr>
              <w:t xml:space="preserve"> документов в ненадлежащий </w:t>
            </w:r>
            <w:r w:rsidR="00D04874" w:rsidRPr="00B657EF">
              <w:rPr>
                <w:rFonts w:cs="Times New Roman"/>
                <w:sz w:val="24"/>
                <w:szCs w:val="24"/>
                <w:lang w:val="ru-RU"/>
              </w:rPr>
              <w:t>орган;</w:t>
            </w:r>
          </w:p>
          <w:p w:rsidR="00550DD8" w:rsidRPr="00B657EF" w:rsidRDefault="00D04874" w:rsidP="00B657EF">
            <w:pPr>
              <w:jc w:val="both"/>
              <w:rPr>
                <w:sz w:val="24"/>
                <w:szCs w:val="24"/>
                <w:lang w:val="ru-RU"/>
              </w:rPr>
            </w:pPr>
            <w:r w:rsidRPr="00B657EF">
              <w:rPr>
                <w:rFonts w:cs="Times New Roman"/>
                <w:sz w:val="24"/>
                <w:szCs w:val="24"/>
                <w:lang w:val="ru-RU"/>
              </w:rPr>
              <w:t>обращение</w:t>
            </w:r>
            <w:r w:rsidR="00732384" w:rsidRPr="00B657EF">
              <w:rPr>
                <w:rFonts w:cs="Times New Roman"/>
                <w:sz w:val="24"/>
                <w:szCs w:val="24"/>
                <w:lang w:val="ru-RU"/>
              </w:rPr>
              <w:t xml:space="preserve"> (в письменном вид е) заявителя с просьбой о прекращении предоставления муниципальной </w:t>
            </w:r>
            <w:r w:rsidR="008139A8" w:rsidRPr="00B657EF">
              <w:rPr>
                <w:rFonts w:cs="Times New Roman"/>
                <w:sz w:val="24"/>
                <w:szCs w:val="24"/>
                <w:lang w:val="ru-RU"/>
              </w:rPr>
              <w:t>услуги; отсутствие</w:t>
            </w:r>
            <w:r w:rsidR="00732384" w:rsidRPr="00B657EF">
              <w:rPr>
                <w:rFonts w:cs="Times New Roman"/>
                <w:sz w:val="24"/>
                <w:szCs w:val="24"/>
                <w:lang w:val="ru-RU"/>
              </w:rPr>
              <w:t xml:space="preserve"> допущенных опеча</w:t>
            </w:r>
            <w:r w:rsidR="00B657EF" w:rsidRPr="00B657EF">
              <w:rPr>
                <w:rFonts w:cs="Times New Roman"/>
                <w:sz w:val="24"/>
                <w:szCs w:val="24"/>
                <w:lang w:val="ru-RU"/>
              </w:rPr>
              <w:t>ток и ошибок в выданных в результате предоставления муниципальной услуг и документах</w:t>
            </w:r>
          </w:p>
        </w:tc>
      </w:tr>
      <w:tr w:rsidR="00D04874" w:rsidRPr="00D04874" w:rsidTr="008139A8">
        <w:trPr>
          <w:trHeight w:val="2652"/>
        </w:trPr>
        <w:tc>
          <w:tcPr>
            <w:tcW w:w="998" w:type="dxa"/>
            <w:tcBorders>
              <w:top w:val="single" w:sz="6" w:space="0" w:color="000000"/>
              <w:left w:val="single" w:sz="6" w:space="0" w:color="000000"/>
              <w:bottom w:val="nil"/>
              <w:right w:val="single" w:sz="6" w:space="0" w:color="000000"/>
            </w:tcBorders>
          </w:tcPr>
          <w:p w:rsidR="00D04874" w:rsidRPr="00D04874" w:rsidRDefault="00D04874" w:rsidP="00D04874">
            <w:pPr>
              <w:jc w:val="both"/>
              <w:rPr>
                <w:rFonts w:cs="Times New Roman"/>
                <w:sz w:val="24"/>
                <w:szCs w:val="24"/>
                <w:lang w:val="ru-RU"/>
              </w:rPr>
            </w:pPr>
            <w:r w:rsidRPr="00D04874">
              <w:rPr>
                <w:rFonts w:cs="Times New Roman"/>
                <w:sz w:val="24"/>
                <w:szCs w:val="24"/>
                <w:lang w:val="ru-RU"/>
              </w:rPr>
              <w:t>3</w:t>
            </w:r>
          </w:p>
        </w:tc>
        <w:tc>
          <w:tcPr>
            <w:tcW w:w="2291" w:type="dxa"/>
            <w:tcBorders>
              <w:top w:val="single" w:sz="6" w:space="0" w:color="000000"/>
              <w:left w:val="single" w:sz="6" w:space="0" w:color="000000"/>
              <w:bottom w:val="single" w:sz="4" w:space="0" w:color="auto"/>
              <w:right w:val="single" w:sz="6" w:space="0" w:color="000000"/>
            </w:tcBorders>
          </w:tcPr>
          <w:p w:rsidR="00D04874" w:rsidRPr="00D04874" w:rsidRDefault="00D04874" w:rsidP="00D04874">
            <w:pPr>
              <w:jc w:val="both"/>
              <w:rPr>
                <w:sz w:val="24"/>
                <w:szCs w:val="24"/>
                <w:lang w:val="ru-RU"/>
              </w:rPr>
            </w:pPr>
            <w:r w:rsidRPr="00D04874">
              <w:rPr>
                <w:rFonts w:cs="Times New Roman"/>
                <w:sz w:val="24"/>
                <w:szCs w:val="24"/>
                <w:lang w:val="ru-RU"/>
              </w:rPr>
              <w:t>Заявители, ранее обращавшиеся за получением муниципальной услуги за выдачей дубликата документа, выданного по результату её предоставления</w:t>
            </w:r>
          </w:p>
        </w:tc>
        <w:tc>
          <w:tcPr>
            <w:tcW w:w="2614" w:type="dxa"/>
            <w:tcBorders>
              <w:top w:val="single" w:sz="6" w:space="0" w:color="000000"/>
              <w:left w:val="single" w:sz="6" w:space="0" w:color="000000"/>
              <w:bottom w:val="single" w:sz="4" w:space="0" w:color="auto"/>
              <w:right w:val="single" w:sz="6" w:space="0" w:color="000000"/>
            </w:tcBorders>
          </w:tcPr>
          <w:p w:rsidR="00D04874" w:rsidRPr="00D04874" w:rsidRDefault="00D04874" w:rsidP="00D04874">
            <w:pPr>
              <w:jc w:val="both"/>
              <w:rPr>
                <w:sz w:val="24"/>
                <w:szCs w:val="24"/>
                <w:lang w:val="ru-RU"/>
              </w:rPr>
            </w:pPr>
            <w:r w:rsidRPr="00D04874">
              <w:rPr>
                <w:rFonts w:cs="Times New Roman"/>
                <w:sz w:val="24"/>
                <w:szCs w:val="24"/>
                <w:lang w:val="ru-RU"/>
              </w:rPr>
              <w:t xml:space="preserve">Представление заявителем документов, оформленных не в соответствии с установленным порядком (наличие исправлений, серьёзных повреждений, не позволяющих однозначно истолковать их содержание, отсутствие обратного адреса, отсутствие подписи, печати (при наличии); несоблюдение установленных законодательством </w:t>
            </w:r>
            <w:r w:rsidRPr="00D04874">
              <w:rPr>
                <w:rFonts w:cs="Times New Roman"/>
                <w:sz w:val="24"/>
                <w:szCs w:val="24"/>
                <w:lang w:val="ru-RU"/>
              </w:rPr>
              <w:lastRenderedPageBreak/>
              <w:t>Российской Федерации условий признания действительности электронной подписи</w:t>
            </w:r>
          </w:p>
        </w:tc>
        <w:tc>
          <w:tcPr>
            <w:tcW w:w="2206" w:type="dxa"/>
            <w:tcBorders>
              <w:top w:val="single" w:sz="6" w:space="0" w:color="000000"/>
              <w:left w:val="single" w:sz="6" w:space="0" w:color="000000"/>
              <w:bottom w:val="single" w:sz="4" w:space="0" w:color="auto"/>
              <w:right w:val="single" w:sz="6" w:space="0" w:color="000000"/>
            </w:tcBorders>
          </w:tcPr>
          <w:p w:rsidR="00D04874" w:rsidRPr="00D04874" w:rsidRDefault="00D04874" w:rsidP="00D04874">
            <w:pPr>
              <w:jc w:val="both"/>
              <w:rPr>
                <w:sz w:val="24"/>
                <w:szCs w:val="24"/>
                <w:lang w:val="ru-RU"/>
              </w:rPr>
            </w:pPr>
            <w:r w:rsidRPr="00D04874">
              <w:rPr>
                <w:rFonts w:cs="Times New Roman"/>
                <w:sz w:val="24"/>
                <w:szCs w:val="24"/>
                <w:lang w:val="ru-RU"/>
              </w:rPr>
              <w:lastRenderedPageBreak/>
              <w:t>Основания для приостановления предоставления муниципальной услуги законодательством Российской Федерации не предусмотрены</w:t>
            </w:r>
          </w:p>
        </w:tc>
        <w:tc>
          <w:tcPr>
            <w:tcW w:w="2305" w:type="dxa"/>
            <w:tcBorders>
              <w:top w:val="single" w:sz="6" w:space="0" w:color="000000"/>
              <w:left w:val="single" w:sz="6" w:space="0" w:color="000000"/>
              <w:bottom w:val="single" w:sz="4" w:space="0" w:color="auto"/>
              <w:right w:val="single" w:sz="6" w:space="0" w:color="000000"/>
            </w:tcBorders>
          </w:tcPr>
          <w:p w:rsidR="00D04874" w:rsidRPr="00D04874" w:rsidRDefault="00D04874" w:rsidP="00D04874">
            <w:pPr>
              <w:jc w:val="both"/>
              <w:rPr>
                <w:sz w:val="24"/>
                <w:szCs w:val="24"/>
                <w:lang w:val="ru-RU"/>
              </w:rPr>
            </w:pPr>
            <w:r w:rsidRPr="00D04874">
              <w:rPr>
                <w:rFonts w:cs="Times New Roman"/>
                <w:sz w:val="24"/>
                <w:szCs w:val="24"/>
                <w:lang w:val="ru-RU"/>
              </w:rPr>
              <w:t>отсутствие у заявителя права (полномочий представителя заявителя) на получение муниципальной услуг</w:t>
            </w:r>
            <w:r w:rsidRPr="00D04874">
              <w:rPr>
                <w:rFonts w:cs="Times New Roman"/>
                <w:sz w:val="24"/>
                <w:szCs w:val="24"/>
                <w:lang w:val="ru-RU"/>
              </w:rPr>
              <w:br/>
              <w:t xml:space="preserve">и; представление документов в ненадлежащий орган; обращение (в письменном вид е) заявителя с просьбой о прекращении предоставления муниципальной услуги; отсутствие факта обращения заявителя за </w:t>
            </w:r>
            <w:r w:rsidRPr="00D04874">
              <w:rPr>
                <w:rFonts w:cs="Times New Roman"/>
                <w:sz w:val="24"/>
                <w:szCs w:val="24"/>
                <w:lang w:val="ru-RU"/>
              </w:rPr>
              <w:lastRenderedPageBreak/>
              <w:t>получением муниципальной услуги, по результатам которой выдан соответствующий документ</w:t>
            </w:r>
          </w:p>
        </w:tc>
      </w:tr>
    </w:tbl>
    <w:tbl>
      <w:tblPr>
        <w:tblStyle w:val="aff0"/>
        <w:tblW w:w="10414" w:type="dxa"/>
        <w:tblInd w:w="7" w:type="dxa"/>
        <w:tblCellMar>
          <w:top w:w="33" w:type="dxa"/>
          <w:left w:w="115" w:type="dxa"/>
          <w:right w:w="109" w:type="dxa"/>
        </w:tblCellMar>
        <w:tblLook w:val="04A0" w:firstRow="1" w:lastRow="0" w:firstColumn="1" w:lastColumn="0" w:noHBand="0" w:noVBand="1"/>
      </w:tblPr>
      <w:tblGrid>
        <w:gridCol w:w="998"/>
        <w:gridCol w:w="2291"/>
        <w:gridCol w:w="2614"/>
        <w:gridCol w:w="2206"/>
        <w:gridCol w:w="2305"/>
      </w:tblGrid>
      <w:tr w:rsidR="00732384" w:rsidRPr="00D04874" w:rsidTr="00E60F76">
        <w:trPr>
          <w:trHeight w:val="6235"/>
        </w:trPr>
        <w:tc>
          <w:tcPr>
            <w:tcW w:w="998" w:type="dxa"/>
            <w:tcBorders>
              <w:top w:val="single" w:sz="6" w:space="0" w:color="000000"/>
              <w:left w:val="single" w:sz="6" w:space="0" w:color="000000"/>
              <w:bottom w:val="single" w:sz="6" w:space="0" w:color="000000"/>
              <w:right w:val="single" w:sz="6" w:space="0" w:color="000000"/>
            </w:tcBorders>
          </w:tcPr>
          <w:p w:rsidR="00550DD8" w:rsidRPr="00D04874" w:rsidRDefault="00732384">
            <w:pPr>
              <w:jc w:val="both"/>
              <w:rPr>
                <w:sz w:val="24"/>
                <w:szCs w:val="24"/>
              </w:rPr>
            </w:pPr>
            <w:r w:rsidRPr="00D04874">
              <w:rPr>
                <w:rFonts w:cs="Times New Roman"/>
                <w:sz w:val="24"/>
                <w:szCs w:val="24"/>
              </w:rPr>
              <w:lastRenderedPageBreak/>
              <w:t>4.</w:t>
            </w:r>
          </w:p>
        </w:tc>
        <w:tc>
          <w:tcPr>
            <w:tcW w:w="2291" w:type="dxa"/>
            <w:tcBorders>
              <w:top w:val="single" w:sz="6" w:space="0" w:color="000000"/>
              <w:left w:val="single" w:sz="6" w:space="0" w:color="000000"/>
              <w:bottom w:val="single" w:sz="6" w:space="0" w:color="000000"/>
              <w:right w:val="single" w:sz="6" w:space="0" w:color="000000"/>
            </w:tcBorders>
          </w:tcPr>
          <w:p w:rsidR="00550DD8" w:rsidRPr="00D04874" w:rsidRDefault="00732384" w:rsidP="00D04874">
            <w:pPr>
              <w:jc w:val="both"/>
              <w:rPr>
                <w:sz w:val="24"/>
                <w:szCs w:val="24"/>
                <w:lang w:val="ru-RU"/>
              </w:rPr>
            </w:pPr>
            <w:r w:rsidRPr="00D04874">
              <w:rPr>
                <w:rFonts w:cs="Times New Roman"/>
                <w:sz w:val="24"/>
                <w:szCs w:val="24"/>
                <w:lang w:val="ru-RU"/>
              </w:rPr>
              <w:t>От имени заявителя могут действовать его представители, наделённые соответствующими полномочиями в по рядке, установленном законодательством Российской Федерации</w:t>
            </w:r>
          </w:p>
        </w:tc>
        <w:tc>
          <w:tcPr>
            <w:tcW w:w="2614" w:type="dxa"/>
            <w:tcBorders>
              <w:top w:val="single" w:sz="6" w:space="0" w:color="000000"/>
              <w:left w:val="single" w:sz="6" w:space="0" w:color="000000"/>
              <w:bottom w:val="single" w:sz="6" w:space="0" w:color="000000"/>
              <w:right w:val="single" w:sz="6" w:space="0" w:color="000000"/>
            </w:tcBorders>
          </w:tcPr>
          <w:p w:rsidR="00550DD8" w:rsidRPr="00D04874" w:rsidRDefault="00732384" w:rsidP="00D04874">
            <w:pPr>
              <w:jc w:val="both"/>
              <w:rPr>
                <w:sz w:val="24"/>
                <w:szCs w:val="24"/>
                <w:lang w:val="ru-RU"/>
              </w:rPr>
            </w:pPr>
            <w:r w:rsidRPr="00D04874">
              <w:rPr>
                <w:rFonts w:cs="Times New Roman"/>
                <w:sz w:val="24"/>
                <w:szCs w:val="24"/>
                <w:lang w:val="ru-RU"/>
              </w:rPr>
              <w:t>Представление заявителем документов, оформленных не в соответствии с установленным порядком (наличие исправлений, серьёзных повреждений, не позволяющих однозначно истолковать их содержание, отсутствие обратного адреса, отсутствие подписи, печати (при наличии); несоблюдение установленных законодательством Российской Федерации условий при знания действительности электронной подписи</w:t>
            </w:r>
          </w:p>
        </w:tc>
        <w:tc>
          <w:tcPr>
            <w:tcW w:w="2206" w:type="dxa"/>
            <w:tcBorders>
              <w:top w:val="single" w:sz="6" w:space="0" w:color="000000"/>
              <w:left w:val="single" w:sz="6" w:space="0" w:color="000000"/>
              <w:bottom w:val="single" w:sz="6" w:space="0" w:color="000000"/>
              <w:right w:val="single" w:sz="6" w:space="0" w:color="000000"/>
            </w:tcBorders>
          </w:tcPr>
          <w:p w:rsidR="00550DD8" w:rsidRPr="00D04874" w:rsidRDefault="00732384">
            <w:pPr>
              <w:jc w:val="both"/>
              <w:rPr>
                <w:sz w:val="24"/>
                <w:szCs w:val="24"/>
                <w:lang w:val="ru-RU"/>
              </w:rPr>
            </w:pPr>
            <w:r w:rsidRPr="00D04874">
              <w:rPr>
                <w:rFonts w:cs="Times New Roman"/>
                <w:sz w:val="24"/>
                <w:szCs w:val="24"/>
                <w:lang w:val="ru-RU"/>
              </w:rPr>
              <w:t>Основания для приостановления предоставления муниципальной услуги законодательством Российской Федерации не предусмотрены</w:t>
            </w:r>
          </w:p>
        </w:tc>
        <w:tc>
          <w:tcPr>
            <w:tcW w:w="2305" w:type="dxa"/>
            <w:tcBorders>
              <w:top w:val="single" w:sz="6" w:space="0" w:color="000000"/>
              <w:left w:val="single" w:sz="6" w:space="0" w:color="000000"/>
              <w:bottom w:val="single" w:sz="6" w:space="0" w:color="000000"/>
              <w:right w:val="single" w:sz="6" w:space="0" w:color="000000"/>
            </w:tcBorders>
          </w:tcPr>
          <w:p w:rsidR="00550DD8" w:rsidRPr="00D04874" w:rsidRDefault="00732384" w:rsidP="00D04874">
            <w:pPr>
              <w:jc w:val="both"/>
              <w:rPr>
                <w:sz w:val="24"/>
                <w:szCs w:val="24"/>
                <w:lang w:val="ru-RU"/>
              </w:rPr>
            </w:pPr>
            <w:r w:rsidRPr="00D04874">
              <w:rPr>
                <w:rFonts w:cs="Times New Roman"/>
                <w:sz w:val="24"/>
                <w:szCs w:val="24"/>
                <w:lang w:val="ru-RU"/>
              </w:rPr>
              <w:t>Перечень оснований для отказа в предоставлении муниципальной услуги используется в зависимости от идентификаторов кате</w:t>
            </w:r>
            <w:r w:rsidR="00D04874">
              <w:rPr>
                <w:rFonts w:cs="Times New Roman"/>
                <w:sz w:val="24"/>
                <w:szCs w:val="24"/>
                <w:lang w:val="ru-RU"/>
              </w:rPr>
              <w:t>г</w:t>
            </w:r>
            <w:r w:rsidRPr="00D04874">
              <w:rPr>
                <w:rFonts w:cs="Times New Roman"/>
                <w:sz w:val="24"/>
                <w:szCs w:val="24"/>
                <w:lang w:val="ru-RU"/>
              </w:rPr>
              <w:t>ории (признаков) заявителей, чьи интересы представляет уполномоченное лицо</w:t>
            </w:r>
          </w:p>
        </w:tc>
      </w:tr>
    </w:tbl>
    <w:p w:rsidR="008139A8" w:rsidRDefault="008139A8" w:rsidP="00E60F76">
      <w:pPr>
        <w:spacing w:after="0" w:line="240" w:lineRule="auto"/>
        <w:rPr>
          <w:rFonts w:cs="Times New Roman"/>
          <w:lang w:val="ru-RU"/>
        </w:rPr>
      </w:pPr>
    </w:p>
    <w:p w:rsidR="008139A8" w:rsidRDefault="008139A8" w:rsidP="00E60F76">
      <w:pPr>
        <w:spacing w:after="0" w:line="240" w:lineRule="auto"/>
        <w:rPr>
          <w:rFonts w:cs="Times New Roman"/>
          <w:lang w:val="ru-RU"/>
        </w:rPr>
      </w:pPr>
    </w:p>
    <w:p w:rsidR="008139A8" w:rsidRDefault="008139A8" w:rsidP="00E60F76">
      <w:pPr>
        <w:spacing w:after="0" w:line="240" w:lineRule="auto"/>
        <w:rPr>
          <w:rFonts w:cs="Times New Roman"/>
          <w:lang w:val="ru-RU"/>
        </w:rPr>
      </w:pPr>
    </w:p>
    <w:p w:rsidR="00E60F76" w:rsidRPr="00900163" w:rsidRDefault="00E60F76" w:rsidP="00E60F76">
      <w:pPr>
        <w:spacing w:after="0" w:line="240" w:lineRule="auto"/>
        <w:rPr>
          <w:lang w:val="ru-RU"/>
        </w:rPr>
      </w:pPr>
      <w:r w:rsidRPr="00900163">
        <w:rPr>
          <w:rFonts w:cs="Times New Roman"/>
          <w:lang w:val="ru-RU"/>
        </w:rPr>
        <w:t>Глава Новоджерелиевского сельского поселения</w:t>
      </w:r>
      <w:r w:rsidRPr="00900163">
        <w:rPr>
          <w:rFonts w:cs="Times New Roman"/>
          <w:lang w:val="ru-RU"/>
        </w:rPr>
        <w:br/>
        <w:t>Брюховецкого муниципального района</w:t>
      </w:r>
      <w:r w:rsidRPr="00900163">
        <w:rPr>
          <w:rFonts w:cs="Times New Roman"/>
          <w:lang w:val="ru-RU"/>
        </w:rPr>
        <w:br/>
        <w:t xml:space="preserve">Краснодарского края               </w:t>
      </w:r>
      <w:r>
        <w:rPr>
          <w:rFonts w:cs="Times New Roman"/>
          <w:lang w:val="ru-RU"/>
        </w:rPr>
        <w:t xml:space="preserve">                                          </w:t>
      </w:r>
      <w:r w:rsidRPr="00900163">
        <w:rPr>
          <w:rFonts w:cs="Times New Roman"/>
          <w:lang w:val="ru-RU"/>
        </w:rPr>
        <w:t xml:space="preserve">                       О.В. Ткаченко</w:t>
      </w:r>
    </w:p>
    <w:p w:rsidR="00BE325D" w:rsidRDefault="00BE325D" w:rsidP="00E60F76">
      <w:pPr>
        <w:spacing w:after="0" w:line="240" w:lineRule="auto"/>
        <w:ind w:firstLine="5103"/>
        <w:rPr>
          <w:szCs w:val="28"/>
          <w:lang w:val="ru-RU"/>
        </w:rPr>
      </w:pPr>
    </w:p>
    <w:p w:rsidR="00BE325D" w:rsidRDefault="00BE325D" w:rsidP="00E60F76">
      <w:pPr>
        <w:spacing w:after="0" w:line="240" w:lineRule="auto"/>
        <w:ind w:firstLine="5103"/>
        <w:rPr>
          <w:szCs w:val="28"/>
          <w:lang w:val="ru-RU"/>
        </w:rPr>
      </w:pPr>
    </w:p>
    <w:p w:rsidR="00BE325D" w:rsidRDefault="00BE325D" w:rsidP="00E60F76">
      <w:pPr>
        <w:spacing w:after="0" w:line="240" w:lineRule="auto"/>
        <w:ind w:firstLine="5103"/>
        <w:rPr>
          <w:szCs w:val="28"/>
          <w:lang w:val="ru-RU"/>
        </w:rPr>
      </w:pPr>
    </w:p>
    <w:p w:rsidR="00BE325D" w:rsidRDefault="00BE325D" w:rsidP="00E60F76">
      <w:pPr>
        <w:spacing w:after="0" w:line="240" w:lineRule="auto"/>
        <w:ind w:firstLine="5103"/>
        <w:rPr>
          <w:szCs w:val="28"/>
          <w:lang w:val="ru-RU"/>
        </w:rPr>
      </w:pPr>
    </w:p>
    <w:p w:rsidR="00BE325D" w:rsidRDefault="00BE325D" w:rsidP="00E60F76">
      <w:pPr>
        <w:spacing w:after="0" w:line="240" w:lineRule="auto"/>
        <w:ind w:firstLine="5103"/>
        <w:rPr>
          <w:szCs w:val="28"/>
          <w:lang w:val="ru-RU"/>
        </w:rPr>
        <w:sectPr w:rsidR="00BE325D" w:rsidSect="00BE325D">
          <w:pgSz w:w="12240" w:h="15840"/>
          <w:pgMar w:top="1134" w:right="567" w:bottom="1134" w:left="1701" w:header="709" w:footer="709" w:gutter="0"/>
          <w:pgNumType w:start="1"/>
          <w:cols w:space="720"/>
          <w:titlePg/>
          <w:docGrid w:linePitch="381"/>
        </w:sectPr>
      </w:pPr>
    </w:p>
    <w:p w:rsidR="00E60F76" w:rsidRPr="002E7D98" w:rsidRDefault="00E60F76" w:rsidP="00E60F76">
      <w:pPr>
        <w:spacing w:after="0" w:line="240" w:lineRule="auto"/>
        <w:ind w:firstLine="5103"/>
        <w:rPr>
          <w:szCs w:val="28"/>
          <w:lang w:val="ru-RU"/>
        </w:rPr>
      </w:pPr>
      <w:r w:rsidRPr="002E7D98">
        <w:rPr>
          <w:szCs w:val="28"/>
          <w:lang w:val="ru-RU"/>
        </w:rPr>
        <w:lastRenderedPageBreak/>
        <w:t xml:space="preserve">ПРИЛОЖЕНИЕ </w:t>
      </w:r>
      <w:r>
        <w:rPr>
          <w:szCs w:val="28"/>
          <w:lang w:val="ru-RU"/>
        </w:rPr>
        <w:t xml:space="preserve">№ </w:t>
      </w:r>
      <w:r>
        <w:rPr>
          <w:szCs w:val="28"/>
          <w:lang w:val="ru-RU"/>
        </w:rPr>
        <w:t>5</w:t>
      </w:r>
    </w:p>
    <w:p w:rsidR="00E60F76" w:rsidRPr="002E7D98" w:rsidRDefault="00E60F76" w:rsidP="00E60F76">
      <w:pPr>
        <w:spacing w:after="0" w:line="240" w:lineRule="auto"/>
        <w:ind w:firstLine="5103"/>
        <w:rPr>
          <w:szCs w:val="28"/>
          <w:lang w:val="ru-RU"/>
        </w:rPr>
      </w:pPr>
      <w:r w:rsidRPr="002E7D98">
        <w:rPr>
          <w:szCs w:val="28"/>
          <w:lang w:val="ru-RU"/>
        </w:rPr>
        <w:t>к административному регламенту</w:t>
      </w:r>
    </w:p>
    <w:p w:rsidR="00E60F76" w:rsidRPr="002E7D98" w:rsidRDefault="00E60F76" w:rsidP="00E60F76">
      <w:pPr>
        <w:spacing w:after="0" w:line="240" w:lineRule="auto"/>
        <w:ind w:firstLine="5103"/>
        <w:rPr>
          <w:szCs w:val="28"/>
          <w:lang w:val="ru-RU"/>
        </w:rPr>
      </w:pPr>
      <w:r w:rsidRPr="002E7D98">
        <w:rPr>
          <w:szCs w:val="28"/>
          <w:lang w:val="ru-RU"/>
        </w:rPr>
        <w:t>предоставления администрацией</w:t>
      </w:r>
    </w:p>
    <w:p w:rsidR="00E60F76" w:rsidRDefault="00E60F76" w:rsidP="00E60F76">
      <w:pPr>
        <w:spacing w:after="0" w:line="240" w:lineRule="auto"/>
        <w:ind w:firstLine="5103"/>
        <w:rPr>
          <w:szCs w:val="28"/>
          <w:lang w:val="ru-RU"/>
        </w:rPr>
      </w:pPr>
      <w:r w:rsidRPr="002E7D98">
        <w:rPr>
          <w:szCs w:val="28"/>
          <w:lang w:val="ru-RU"/>
        </w:rPr>
        <w:t>Новоджерелиевского сельского</w:t>
      </w:r>
    </w:p>
    <w:p w:rsidR="00E60F76" w:rsidRDefault="00E60F76" w:rsidP="00E60F76">
      <w:pPr>
        <w:spacing w:after="0" w:line="240" w:lineRule="auto"/>
        <w:ind w:firstLine="5103"/>
        <w:rPr>
          <w:szCs w:val="28"/>
          <w:lang w:val="ru-RU"/>
        </w:rPr>
      </w:pPr>
      <w:r>
        <w:rPr>
          <w:szCs w:val="28"/>
          <w:lang w:val="ru-RU"/>
        </w:rPr>
        <w:t>п</w:t>
      </w:r>
      <w:r w:rsidRPr="002E7D98">
        <w:rPr>
          <w:szCs w:val="28"/>
          <w:lang w:val="ru-RU"/>
        </w:rPr>
        <w:t>оселения</w:t>
      </w:r>
      <w:r>
        <w:rPr>
          <w:szCs w:val="28"/>
          <w:lang w:val="ru-RU"/>
        </w:rPr>
        <w:t xml:space="preserve"> Брюховецкого</w:t>
      </w:r>
    </w:p>
    <w:p w:rsidR="00E60F76" w:rsidRPr="002E7D98" w:rsidRDefault="00E60F76" w:rsidP="00E60F76">
      <w:pPr>
        <w:spacing w:after="0" w:line="240" w:lineRule="auto"/>
        <w:ind w:firstLine="5103"/>
        <w:rPr>
          <w:szCs w:val="28"/>
          <w:lang w:val="ru-RU"/>
        </w:rPr>
      </w:pPr>
      <w:r w:rsidRPr="002E7D98">
        <w:rPr>
          <w:szCs w:val="28"/>
          <w:lang w:val="ru-RU"/>
        </w:rPr>
        <w:t>муниципального района</w:t>
      </w:r>
    </w:p>
    <w:p w:rsidR="00E60F76" w:rsidRDefault="00E60F76" w:rsidP="00E60F76">
      <w:pPr>
        <w:spacing w:after="0" w:line="240" w:lineRule="auto"/>
        <w:ind w:firstLine="5103"/>
        <w:rPr>
          <w:szCs w:val="28"/>
          <w:lang w:val="ru-RU"/>
        </w:rPr>
      </w:pPr>
      <w:r w:rsidRPr="002E7D98">
        <w:rPr>
          <w:szCs w:val="28"/>
          <w:lang w:val="ru-RU"/>
        </w:rPr>
        <w:t>Краснодарского края муниципальной</w:t>
      </w:r>
    </w:p>
    <w:p w:rsidR="00E60F76" w:rsidRDefault="00E60F76" w:rsidP="00E60F76">
      <w:pPr>
        <w:spacing w:after="0" w:line="240" w:lineRule="auto"/>
        <w:ind w:firstLine="5103"/>
        <w:rPr>
          <w:szCs w:val="28"/>
          <w:lang w:val="ru-RU"/>
        </w:rPr>
      </w:pPr>
      <w:r>
        <w:rPr>
          <w:szCs w:val="28"/>
          <w:lang w:val="ru-RU"/>
        </w:rPr>
        <w:t>услуги «Предоставление выписки</w:t>
      </w:r>
    </w:p>
    <w:p w:rsidR="00E60F76" w:rsidRPr="002E7D98" w:rsidRDefault="00E60F76" w:rsidP="00E60F76">
      <w:pPr>
        <w:spacing w:after="0" w:line="240" w:lineRule="auto"/>
        <w:ind w:firstLine="5103"/>
        <w:rPr>
          <w:szCs w:val="28"/>
          <w:lang w:val="ru-RU"/>
        </w:rPr>
      </w:pPr>
      <w:r>
        <w:rPr>
          <w:szCs w:val="28"/>
          <w:lang w:val="ru-RU"/>
        </w:rPr>
        <w:t>из реестра муниципального имущества»</w:t>
      </w:r>
    </w:p>
    <w:p w:rsidR="00E60F76" w:rsidRDefault="00E60F76" w:rsidP="00E60F76">
      <w:pPr>
        <w:spacing w:after="0" w:line="240" w:lineRule="auto"/>
        <w:ind w:firstLine="709"/>
        <w:jc w:val="both"/>
        <w:rPr>
          <w:rFonts w:cs="Times New Roman"/>
          <w:sz w:val="24"/>
          <w:lang w:val="ru-RU"/>
        </w:rPr>
      </w:pPr>
    </w:p>
    <w:p w:rsidR="00D04874" w:rsidRDefault="00D04874">
      <w:pPr>
        <w:keepNext/>
        <w:spacing w:after="60" w:line="240" w:lineRule="auto"/>
        <w:jc w:val="right"/>
        <w:rPr>
          <w:rFonts w:cs="Times New Roman"/>
          <w:b/>
          <w:sz w:val="22"/>
          <w:lang w:val="ru-RU"/>
        </w:rPr>
      </w:pPr>
    </w:p>
    <w:p w:rsidR="00D04874" w:rsidRDefault="00D04874">
      <w:pPr>
        <w:keepNext/>
        <w:spacing w:after="60" w:line="240" w:lineRule="auto"/>
        <w:jc w:val="right"/>
        <w:rPr>
          <w:rFonts w:cs="Times New Roman"/>
          <w:b/>
          <w:sz w:val="22"/>
          <w:lang w:val="ru-RU"/>
        </w:rPr>
      </w:pPr>
    </w:p>
    <w:p w:rsidR="00550DD8" w:rsidRPr="00E60F76" w:rsidRDefault="00732384" w:rsidP="00E60F76">
      <w:pPr>
        <w:keepNext/>
        <w:spacing w:after="60" w:line="240" w:lineRule="auto"/>
        <w:jc w:val="center"/>
        <w:rPr>
          <w:szCs w:val="28"/>
          <w:lang w:val="ru-RU"/>
        </w:rPr>
      </w:pPr>
      <w:r w:rsidRPr="00E60F76">
        <w:rPr>
          <w:rFonts w:cs="Times New Roman"/>
          <w:b/>
          <w:szCs w:val="28"/>
          <w:lang w:val="ru-RU"/>
        </w:rPr>
        <w:t>СОГЛАСИЕ</w:t>
      </w:r>
    </w:p>
    <w:p w:rsidR="00550DD8" w:rsidRPr="00E60F76" w:rsidRDefault="00732384" w:rsidP="00E60F76">
      <w:pPr>
        <w:spacing w:after="0" w:line="240" w:lineRule="auto"/>
        <w:jc w:val="center"/>
        <w:rPr>
          <w:szCs w:val="28"/>
          <w:lang w:val="ru-RU"/>
        </w:rPr>
      </w:pPr>
      <w:r w:rsidRPr="00E60F76">
        <w:rPr>
          <w:rFonts w:cs="Times New Roman"/>
          <w:szCs w:val="28"/>
          <w:lang w:val="ru-RU"/>
        </w:rPr>
        <w:t>на обработку персональных данных</w:t>
      </w:r>
    </w:p>
    <w:p w:rsidR="00550DD8" w:rsidRPr="00E60F76" w:rsidRDefault="00E60F76">
      <w:pPr>
        <w:spacing w:after="0" w:line="240" w:lineRule="auto"/>
        <w:ind w:firstLine="709"/>
        <w:jc w:val="both"/>
        <w:rPr>
          <w:szCs w:val="28"/>
          <w:lang w:val="ru-RU"/>
        </w:rPr>
      </w:pPr>
      <w:r w:rsidRPr="00E60F76">
        <w:rPr>
          <w:rFonts w:cs="Times New Roman"/>
          <w:szCs w:val="28"/>
          <w:lang w:val="ru-RU"/>
        </w:rPr>
        <w:t>Я, _</w:t>
      </w:r>
      <w:r w:rsidR="00732384" w:rsidRPr="00E60F76">
        <w:rPr>
          <w:rFonts w:cs="Times New Roman"/>
          <w:szCs w:val="28"/>
          <w:lang w:val="ru-RU"/>
        </w:rPr>
        <w:t>____________________________________________________________</w:t>
      </w:r>
    </w:p>
    <w:p w:rsidR="00550DD8" w:rsidRPr="00E60F76" w:rsidRDefault="00732384">
      <w:pPr>
        <w:spacing w:after="0" w:line="240" w:lineRule="auto"/>
        <w:ind w:firstLine="709"/>
        <w:jc w:val="both"/>
        <w:rPr>
          <w:szCs w:val="28"/>
          <w:lang w:val="ru-RU"/>
        </w:rPr>
      </w:pPr>
      <w:r w:rsidRPr="00E60F76">
        <w:rPr>
          <w:rFonts w:cs="Times New Roman"/>
          <w:szCs w:val="28"/>
          <w:lang w:val="ru-RU"/>
        </w:rPr>
        <w:t>(фамилия, имя, отчество - при наличии)</w:t>
      </w:r>
    </w:p>
    <w:p w:rsidR="00550DD8" w:rsidRPr="00E60F76" w:rsidRDefault="00732384">
      <w:pPr>
        <w:spacing w:after="0" w:line="240" w:lineRule="auto"/>
        <w:ind w:firstLine="709"/>
        <w:jc w:val="both"/>
        <w:rPr>
          <w:szCs w:val="28"/>
          <w:lang w:val="ru-RU"/>
        </w:rPr>
      </w:pPr>
      <w:r w:rsidRPr="00E60F76">
        <w:rPr>
          <w:rFonts w:cs="Times New Roman"/>
          <w:szCs w:val="28"/>
          <w:lang w:val="ru-RU"/>
        </w:rPr>
        <w:t>основной документ, удостоверяющий личность: _____________________ _______________________________________________________________</w:t>
      </w:r>
    </w:p>
    <w:p w:rsidR="00550DD8" w:rsidRPr="00E60F76" w:rsidRDefault="00732384">
      <w:pPr>
        <w:spacing w:after="0" w:line="240" w:lineRule="auto"/>
        <w:ind w:firstLine="709"/>
        <w:jc w:val="both"/>
        <w:rPr>
          <w:szCs w:val="28"/>
          <w:lang w:val="ru-RU"/>
        </w:rPr>
      </w:pPr>
      <w:r w:rsidRPr="00E60F76">
        <w:rPr>
          <w:rFonts w:cs="Times New Roman"/>
          <w:szCs w:val="28"/>
          <w:lang w:val="ru-RU"/>
        </w:rPr>
        <w:t>(вид документа, серия, номер, дата выдачи документа, наименование выдавшего органа)</w:t>
      </w:r>
    </w:p>
    <w:p w:rsidR="00550DD8" w:rsidRPr="00E60F76" w:rsidRDefault="00732384">
      <w:pPr>
        <w:spacing w:after="0" w:line="240" w:lineRule="auto"/>
        <w:ind w:firstLine="709"/>
        <w:jc w:val="both"/>
        <w:rPr>
          <w:szCs w:val="28"/>
          <w:lang w:val="ru-RU"/>
        </w:rPr>
      </w:pPr>
      <w:r w:rsidRPr="00E60F76">
        <w:rPr>
          <w:rFonts w:cs="Times New Roman"/>
          <w:szCs w:val="28"/>
          <w:lang w:val="ru-RU"/>
        </w:rPr>
        <w:t>Зарегистрированный (ая) по адресу: ________________________________ _______________________________________________________________</w:t>
      </w:r>
    </w:p>
    <w:p w:rsidR="00550DD8" w:rsidRPr="00E60F76" w:rsidRDefault="00732384">
      <w:pPr>
        <w:spacing w:after="0" w:line="240" w:lineRule="auto"/>
        <w:ind w:firstLine="709"/>
        <w:jc w:val="both"/>
        <w:rPr>
          <w:szCs w:val="28"/>
          <w:lang w:val="ru-RU"/>
        </w:rPr>
      </w:pPr>
      <w:r w:rsidRPr="00E60F76">
        <w:rPr>
          <w:rFonts w:cs="Times New Roman"/>
          <w:szCs w:val="28"/>
          <w:lang w:val="ru-RU"/>
        </w:rPr>
        <w:t>даю свое согласие на обработку моих персональных данных, относящихся исключительно к перечисленным ниже категориям персональных данных: фамилия, имя, отчество; пол; дата рождения; тип документа, удостоверяющего личность; данные документа, удостоверяющего личность; гражданство; сведения об инвалидности и иные сведения.</w:t>
      </w:r>
    </w:p>
    <w:p w:rsidR="00550DD8" w:rsidRPr="00E60F76" w:rsidRDefault="00732384">
      <w:pPr>
        <w:spacing w:after="0" w:line="240" w:lineRule="auto"/>
        <w:ind w:firstLine="709"/>
        <w:jc w:val="both"/>
        <w:rPr>
          <w:szCs w:val="28"/>
          <w:lang w:val="ru-RU"/>
        </w:rPr>
      </w:pPr>
      <w:r w:rsidRPr="00E60F76">
        <w:rPr>
          <w:rFonts w:cs="Times New Roman"/>
          <w:szCs w:val="28"/>
          <w:lang w:val="ru-RU"/>
        </w:rPr>
        <w:t>Я даю согласие на обработку персональных данных (сбор, систематизацию, накопление, хранение, уточнение (обновление, изменение), использование, распространение (в том числе переда чу), обезличивание, блокирование, уничтожение персональных данных, а также совершение иных действий, необходимых для обработки персональных данных в рамках предоставления государственной или муниципальной услуги), в том числе в автоматизированном режиме.</w:t>
      </w:r>
    </w:p>
    <w:p w:rsidR="00550DD8" w:rsidRPr="00E60F76" w:rsidRDefault="00732384">
      <w:pPr>
        <w:spacing w:after="0" w:line="240" w:lineRule="auto"/>
        <w:ind w:firstLine="709"/>
        <w:jc w:val="both"/>
        <w:rPr>
          <w:szCs w:val="28"/>
          <w:lang w:val="ru-RU"/>
        </w:rPr>
      </w:pPr>
      <w:r w:rsidRPr="00E60F76">
        <w:rPr>
          <w:rFonts w:cs="Times New Roman"/>
          <w:szCs w:val="28"/>
          <w:lang w:val="ru-RU"/>
        </w:rPr>
        <w:t>Настоящее согласие предоставляется мной на осуществление действий в отношении моих персональных данных, которые необходимы для достижения указанных выше целей, включая (без ограничения) сбор, систематизацию, накопление, хранение, уточнение (обновление, изменение), использование, передачу третьим лицам для осуществления действий по обмену информацией, обезличивание, блокирование персональных данных, а также осуществление любых иных действий, предусмотренных действующим законодательством Российской Федерации.</w:t>
      </w:r>
    </w:p>
    <w:p w:rsidR="00550DD8" w:rsidRPr="00E60F76" w:rsidRDefault="00732384">
      <w:pPr>
        <w:spacing w:after="0" w:line="240" w:lineRule="auto"/>
        <w:ind w:firstLine="709"/>
        <w:jc w:val="both"/>
        <w:rPr>
          <w:szCs w:val="28"/>
          <w:lang w:val="ru-RU"/>
        </w:rPr>
      </w:pPr>
      <w:r w:rsidRPr="00E60F76">
        <w:rPr>
          <w:rFonts w:cs="Times New Roman"/>
          <w:szCs w:val="28"/>
          <w:lang w:val="ru-RU"/>
        </w:rPr>
        <w:lastRenderedPageBreak/>
        <w:t>Я проинформирован, что получатель сведений гарантирует обработку моих персональных данных в соответствии с действующим законодательством Российской Федерации как неавтоматизированным, так и автоматизированным способами.</w:t>
      </w:r>
    </w:p>
    <w:p w:rsidR="00550DD8" w:rsidRPr="00E60F76" w:rsidRDefault="00732384">
      <w:pPr>
        <w:spacing w:after="0" w:line="240" w:lineRule="auto"/>
        <w:ind w:firstLine="709"/>
        <w:jc w:val="both"/>
        <w:rPr>
          <w:szCs w:val="28"/>
          <w:lang w:val="ru-RU"/>
        </w:rPr>
      </w:pPr>
      <w:r w:rsidRPr="00E60F76">
        <w:rPr>
          <w:rFonts w:cs="Times New Roman"/>
          <w:szCs w:val="28"/>
          <w:lang w:val="ru-RU"/>
        </w:rPr>
        <w:t>Данное согласие действует до достижения целей обработки персональных данных или в течение срока хранения информации.</w:t>
      </w:r>
    </w:p>
    <w:p w:rsidR="00550DD8" w:rsidRPr="00E60F76" w:rsidRDefault="00732384">
      <w:pPr>
        <w:spacing w:after="0" w:line="240" w:lineRule="auto"/>
        <w:ind w:firstLine="709"/>
        <w:jc w:val="both"/>
        <w:rPr>
          <w:szCs w:val="28"/>
          <w:lang w:val="ru-RU"/>
        </w:rPr>
      </w:pPr>
      <w:r w:rsidRPr="00E60F76">
        <w:rPr>
          <w:rFonts w:cs="Times New Roman"/>
          <w:szCs w:val="28"/>
          <w:lang w:val="ru-RU"/>
        </w:rPr>
        <w:t>Данное согласие может быть отозвано в любой момент по моему письменному заявлению.</w:t>
      </w:r>
    </w:p>
    <w:p w:rsidR="00550DD8" w:rsidRPr="00E60F76" w:rsidRDefault="00732384">
      <w:pPr>
        <w:spacing w:after="0" w:line="240" w:lineRule="auto"/>
        <w:ind w:firstLine="709"/>
        <w:jc w:val="both"/>
        <w:rPr>
          <w:szCs w:val="28"/>
          <w:lang w:val="ru-RU"/>
        </w:rPr>
      </w:pPr>
      <w:r w:rsidRPr="00E60F76">
        <w:rPr>
          <w:rFonts w:cs="Times New Roman"/>
          <w:szCs w:val="28"/>
          <w:lang w:val="ru-RU"/>
        </w:rPr>
        <w:t>Я подтверждаю, что, давая такое согласие, я действую по собственной воле и в своих интересах.</w:t>
      </w:r>
    </w:p>
    <w:p w:rsidR="00E60F76" w:rsidRDefault="00E60F76">
      <w:pPr>
        <w:spacing w:after="0" w:line="240" w:lineRule="auto"/>
        <w:ind w:firstLine="709"/>
        <w:jc w:val="both"/>
        <w:rPr>
          <w:rFonts w:cs="Times New Roman"/>
          <w:szCs w:val="28"/>
          <w:lang w:val="ru-RU"/>
        </w:rPr>
      </w:pPr>
      <w:r>
        <w:rPr>
          <w:rFonts w:cs="Times New Roman"/>
          <w:szCs w:val="28"/>
          <w:lang w:val="ru-RU"/>
        </w:rPr>
        <w:t>«</w:t>
      </w:r>
      <w:r w:rsidR="00732384" w:rsidRPr="00E60F76">
        <w:rPr>
          <w:rFonts w:cs="Times New Roman"/>
          <w:szCs w:val="28"/>
          <w:lang w:val="ru-RU"/>
        </w:rPr>
        <w:t>___</w:t>
      </w:r>
      <w:r>
        <w:rPr>
          <w:rFonts w:cs="Times New Roman"/>
          <w:szCs w:val="28"/>
          <w:lang w:val="ru-RU"/>
        </w:rPr>
        <w:t>»</w:t>
      </w:r>
      <w:r w:rsidR="00732384" w:rsidRPr="00E60F76">
        <w:rPr>
          <w:rFonts w:cs="Times New Roman"/>
          <w:szCs w:val="28"/>
          <w:lang w:val="ru-RU"/>
        </w:rPr>
        <w:t>___________ /_____________________/ ________________________________</w:t>
      </w:r>
      <w:r>
        <w:rPr>
          <w:rFonts w:cs="Times New Roman"/>
          <w:szCs w:val="28"/>
          <w:lang w:val="ru-RU"/>
        </w:rPr>
        <w:t xml:space="preserve">                                _______________________</w:t>
      </w:r>
    </w:p>
    <w:p w:rsidR="00550DD8" w:rsidRPr="00E60F76" w:rsidRDefault="00732384">
      <w:pPr>
        <w:spacing w:after="0" w:line="240" w:lineRule="auto"/>
        <w:ind w:firstLine="709"/>
        <w:jc w:val="both"/>
        <w:rPr>
          <w:szCs w:val="28"/>
          <w:lang w:val="ru-RU"/>
        </w:rPr>
      </w:pPr>
      <w:r w:rsidRPr="00E60F76">
        <w:rPr>
          <w:rFonts w:cs="Times New Roman"/>
          <w:szCs w:val="28"/>
          <w:lang w:val="ru-RU"/>
        </w:rPr>
        <w:t xml:space="preserve"> (</w:t>
      </w:r>
      <w:proofErr w:type="gramStart"/>
      <w:r w:rsidRPr="00E60F76">
        <w:rPr>
          <w:rFonts w:cs="Times New Roman"/>
          <w:szCs w:val="28"/>
          <w:lang w:val="ru-RU"/>
        </w:rPr>
        <w:t xml:space="preserve">Подпись) </w:t>
      </w:r>
      <w:r w:rsidR="00E60F76">
        <w:rPr>
          <w:rFonts w:cs="Times New Roman"/>
          <w:szCs w:val="28"/>
          <w:lang w:val="ru-RU"/>
        </w:rPr>
        <w:t xml:space="preserve">  </w:t>
      </w:r>
      <w:proofErr w:type="gramEnd"/>
      <w:r w:rsidR="00E60F76">
        <w:rPr>
          <w:rFonts w:cs="Times New Roman"/>
          <w:szCs w:val="28"/>
          <w:lang w:val="ru-RU"/>
        </w:rPr>
        <w:t xml:space="preserve">                                                                     </w:t>
      </w:r>
      <w:r w:rsidRPr="00E60F76">
        <w:rPr>
          <w:rFonts w:cs="Times New Roman"/>
          <w:szCs w:val="28"/>
          <w:lang w:val="ru-RU"/>
        </w:rPr>
        <w:t>(Расшифровка подписи)</w:t>
      </w:r>
    </w:p>
    <w:p w:rsidR="00E60F76" w:rsidRDefault="00E60F76">
      <w:pPr>
        <w:keepNext/>
        <w:spacing w:after="60" w:line="240" w:lineRule="auto"/>
        <w:jc w:val="right"/>
        <w:rPr>
          <w:rFonts w:cs="Times New Roman"/>
          <w:b/>
          <w:sz w:val="22"/>
          <w:lang w:val="ru-RU"/>
        </w:rPr>
      </w:pPr>
    </w:p>
    <w:p w:rsidR="00E60F76" w:rsidRDefault="00E60F76">
      <w:pPr>
        <w:keepNext/>
        <w:spacing w:after="60" w:line="240" w:lineRule="auto"/>
        <w:jc w:val="right"/>
        <w:rPr>
          <w:rFonts w:cs="Times New Roman"/>
          <w:b/>
          <w:sz w:val="22"/>
          <w:lang w:val="ru-RU"/>
        </w:rPr>
      </w:pPr>
    </w:p>
    <w:p w:rsidR="00E60F76" w:rsidRDefault="00E60F76">
      <w:pPr>
        <w:keepNext/>
        <w:spacing w:after="60" w:line="240" w:lineRule="auto"/>
        <w:jc w:val="right"/>
        <w:rPr>
          <w:rFonts w:cs="Times New Roman"/>
          <w:b/>
          <w:sz w:val="22"/>
          <w:lang w:val="ru-RU"/>
        </w:rPr>
      </w:pPr>
    </w:p>
    <w:p w:rsidR="00E60F76" w:rsidRPr="00900163" w:rsidRDefault="00E60F76" w:rsidP="00E60F76">
      <w:pPr>
        <w:spacing w:after="0" w:line="240" w:lineRule="auto"/>
        <w:rPr>
          <w:lang w:val="ru-RU"/>
        </w:rPr>
      </w:pPr>
      <w:r w:rsidRPr="00900163">
        <w:rPr>
          <w:rFonts w:cs="Times New Roman"/>
          <w:lang w:val="ru-RU"/>
        </w:rPr>
        <w:t>Глава Новоджерелиевского сельского поселения</w:t>
      </w:r>
      <w:r w:rsidRPr="00900163">
        <w:rPr>
          <w:rFonts w:cs="Times New Roman"/>
          <w:lang w:val="ru-RU"/>
        </w:rPr>
        <w:br/>
        <w:t>Брюховецкого муниципального района</w:t>
      </w:r>
      <w:r w:rsidRPr="00900163">
        <w:rPr>
          <w:rFonts w:cs="Times New Roman"/>
          <w:lang w:val="ru-RU"/>
        </w:rPr>
        <w:br/>
        <w:t xml:space="preserve">Краснодарского края               </w:t>
      </w:r>
      <w:r>
        <w:rPr>
          <w:rFonts w:cs="Times New Roman"/>
          <w:lang w:val="ru-RU"/>
        </w:rPr>
        <w:t xml:space="preserve">                                          </w:t>
      </w:r>
      <w:r w:rsidRPr="00900163">
        <w:rPr>
          <w:rFonts w:cs="Times New Roman"/>
          <w:lang w:val="ru-RU"/>
        </w:rPr>
        <w:t xml:space="preserve">                       О.В. Ткаченко</w:t>
      </w:r>
    </w:p>
    <w:p w:rsidR="00E60F76" w:rsidRDefault="00E60F76" w:rsidP="00E60F76">
      <w:pPr>
        <w:spacing w:after="0" w:line="240" w:lineRule="auto"/>
        <w:ind w:firstLine="5103"/>
        <w:rPr>
          <w:szCs w:val="28"/>
          <w:lang w:val="ru-RU"/>
        </w:rPr>
      </w:pPr>
    </w:p>
    <w:p w:rsidR="00E60F76" w:rsidRDefault="00E60F76" w:rsidP="00E60F76">
      <w:pPr>
        <w:spacing w:after="0" w:line="240" w:lineRule="auto"/>
        <w:ind w:firstLine="5103"/>
        <w:rPr>
          <w:szCs w:val="28"/>
          <w:lang w:val="ru-RU"/>
        </w:rPr>
      </w:pPr>
    </w:p>
    <w:p w:rsidR="00E60F76" w:rsidRDefault="00E60F76" w:rsidP="00E60F76">
      <w:pPr>
        <w:spacing w:after="0" w:line="240" w:lineRule="auto"/>
        <w:ind w:firstLine="5103"/>
        <w:rPr>
          <w:szCs w:val="28"/>
          <w:lang w:val="ru-RU"/>
        </w:rPr>
      </w:pPr>
    </w:p>
    <w:p w:rsidR="00E60F76" w:rsidRDefault="00E60F76" w:rsidP="00E60F76">
      <w:pPr>
        <w:spacing w:after="0" w:line="240" w:lineRule="auto"/>
        <w:ind w:firstLine="5103"/>
        <w:rPr>
          <w:szCs w:val="28"/>
          <w:lang w:val="ru-RU"/>
        </w:rPr>
      </w:pPr>
    </w:p>
    <w:p w:rsidR="00E60F76" w:rsidRDefault="00E60F76" w:rsidP="00E60F76">
      <w:pPr>
        <w:spacing w:after="0" w:line="240" w:lineRule="auto"/>
        <w:ind w:firstLine="5103"/>
        <w:rPr>
          <w:szCs w:val="28"/>
          <w:lang w:val="ru-RU"/>
        </w:rPr>
      </w:pPr>
    </w:p>
    <w:p w:rsidR="00E60F76" w:rsidRDefault="00E60F76" w:rsidP="00E60F76">
      <w:pPr>
        <w:spacing w:after="0" w:line="240" w:lineRule="auto"/>
        <w:ind w:firstLine="5103"/>
        <w:rPr>
          <w:szCs w:val="28"/>
          <w:lang w:val="ru-RU"/>
        </w:rPr>
      </w:pPr>
    </w:p>
    <w:p w:rsidR="00E60F76" w:rsidRDefault="00E60F76" w:rsidP="00E60F76">
      <w:pPr>
        <w:spacing w:after="0" w:line="240" w:lineRule="auto"/>
        <w:ind w:firstLine="5103"/>
        <w:rPr>
          <w:szCs w:val="28"/>
          <w:lang w:val="ru-RU"/>
        </w:rPr>
      </w:pPr>
    </w:p>
    <w:p w:rsidR="00E60F76" w:rsidRDefault="00E60F76" w:rsidP="00E60F76">
      <w:pPr>
        <w:spacing w:after="0" w:line="240" w:lineRule="auto"/>
        <w:ind w:firstLine="5103"/>
        <w:rPr>
          <w:szCs w:val="28"/>
          <w:lang w:val="ru-RU"/>
        </w:rPr>
      </w:pPr>
    </w:p>
    <w:p w:rsidR="00E60F76" w:rsidRDefault="00E60F76" w:rsidP="00E60F76">
      <w:pPr>
        <w:spacing w:after="0" w:line="240" w:lineRule="auto"/>
        <w:ind w:firstLine="5103"/>
        <w:rPr>
          <w:szCs w:val="28"/>
          <w:lang w:val="ru-RU"/>
        </w:rPr>
      </w:pPr>
    </w:p>
    <w:p w:rsidR="00E60F76" w:rsidRDefault="00E60F76" w:rsidP="00E60F76">
      <w:pPr>
        <w:spacing w:after="0" w:line="240" w:lineRule="auto"/>
        <w:ind w:firstLine="5103"/>
        <w:rPr>
          <w:szCs w:val="28"/>
          <w:lang w:val="ru-RU"/>
        </w:rPr>
      </w:pPr>
    </w:p>
    <w:p w:rsidR="00E60F76" w:rsidRDefault="00E60F76" w:rsidP="00E60F76">
      <w:pPr>
        <w:spacing w:after="0" w:line="240" w:lineRule="auto"/>
        <w:ind w:firstLine="5103"/>
        <w:rPr>
          <w:szCs w:val="28"/>
          <w:lang w:val="ru-RU"/>
        </w:rPr>
      </w:pPr>
    </w:p>
    <w:p w:rsidR="00E60F76" w:rsidRDefault="00E60F76" w:rsidP="00E60F76">
      <w:pPr>
        <w:spacing w:after="0" w:line="240" w:lineRule="auto"/>
        <w:ind w:firstLine="5103"/>
        <w:rPr>
          <w:szCs w:val="28"/>
          <w:lang w:val="ru-RU"/>
        </w:rPr>
      </w:pPr>
    </w:p>
    <w:p w:rsidR="00E60F76" w:rsidRDefault="00E60F76" w:rsidP="00E60F76">
      <w:pPr>
        <w:spacing w:after="0" w:line="240" w:lineRule="auto"/>
        <w:ind w:firstLine="5103"/>
        <w:rPr>
          <w:szCs w:val="28"/>
          <w:lang w:val="ru-RU"/>
        </w:rPr>
      </w:pPr>
    </w:p>
    <w:p w:rsidR="00E60F76" w:rsidRDefault="00E60F76" w:rsidP="00E60F76">
      <w:pPr>
        <w:spacing w:after="0" w:line="240" w:lineRule="auto"/>
        <w:ind w:firstLine="5103"/>
        <w:rPr>
          <w:szCs w:val="28"/>
          <w:lang w:val="ru-RU"/>
        </w:rPr>
      </w:pPr>
    </w:p>
    <w:p w:rsidR="00E60F76" w:rsidRDefault="00E60F76" w:rsidP="00E60F76">
      <w:pPr>
        <w:spacing w:after="0" w:line="240" w:lineRule="auto"/>
        <w:ind w:firstLine="5103"/>
        <w:rPr>
          <w:szCs w:val="28"/>
          <w:lang w:val="ru-RU"/>
        </w:rPr>
      </w:pPr>
    </w:p>
    <w:p w:rsidR="00E60F76" w:rsidRDefault="00E60F76" w:rsidP="00E60F76">
      <w:pPr>
        <w:spacing w:after="0" w:line="240" w:lineRule="auto"/>
        <w:ind w:firstLine="5103"/>
        <w:rPr>
          <w:szCs w:val="28"/>
          <w:lang w:val="ru-RU"/>
        </w:rPr>
      </w:pPr>
    </w:p>
    <w:p w:rsidR="00E60F76" w:rsidRDefault="00E60F76" w:rsidP="00E60F76">
      <w:pPr>
        <w:spacing w:after="0" w:line="240" w:lineRule="auto"/>
        <w:ind w:firstLine="5103"/>
        <w:rPr>
          <w:szCs w:val="28"/>
          <w:lang w:val="ru-RU"/>
        </w:rPr>
      </w:pPr>
    </w:p>
    <w:p w:rsidR="00E60F76" w:rsidRDefault="00E60F76" w:rsidP="00E60F76">
      <w:pPr>
        <w:spacing w:after="0" w:line="240" w:lineRule="auto"/>
        <w:ind w:firstLine="5103"/>
        <w:rPr>
          <w:szCs w:val="28"/>
          <w:lang w:val="ru-RU"/>
        </w:rPr>
      </w:pPr>
    </w:p>
    <w:p w:rsidR="00E60F76" w:rsidRDefault="00E60F76" w:rsidP="00E60F76">
      <w:pPr>
        <w:spacing w:after="0" w:line="240" w:lineRule="auto"/>
        <w:ind w:firstLine="5103"/>
        <w:rPr>
          <w:szCs w:val="28"/>
          <w:lang w:val="ru-RU"/>
        </w:rPr>
      </w:pPr>
    </w:p>
    <w:p w:rsidR="00BE325D" w:rsidRDefault="00BE325D" w:rsidP="00E60F76">
      <w:pPr>
        <w:spacing w:after="0" w:line="240" w:lineRule="auto"/>
        <w:ind w:firstLine="5103"/>
        <w:rPr>
          <w:szCs w:val="28"/>
          <w:lang w:val="ru-RU"/>
        </w:rPr>
        <w:sectPr w:rsidR="00BE325D" w:rsidSect="00BE325D">
          <w:pgSz w:w="12240" w:h="15840"/>
          <w:pgMar w:top="1134" w:right="567" w:bottom="1134" w:left="1701" w:header="709" w:footer="709" w:gutter="0"/>
          <w:pgNumType w:start="1"/>
          <w:cols w:space="720"/>
          <w:titlePg/>
          <w:docGrid w:linePitch="381"/>
        </w:sectPr>
      </w:pPr>
    </w:p>
    <w:p w:rsidR="00E60F76" w:rsidRPr="002E7D98" w:rsidRDefault="00E60F76" w:rsidP="00E60F76">
      <w:pPr>
        <w:spacing w:after="0" w:line="240" w:lineRule="auto"/>
        <w:ind w:firstLine="5103"/>
        <w:rPr>
          <w:szCs w:val="28"/>
          <w:lang w:val="ru-RU"/>
        </w:rPr>
      </w:pPr>
      <w:r w:rsidRPr="002E7D98">
        <w:rPr>
          <w:szCs w:val="28"/>
          <w:lang w:val="ru-RU"/>
        </w:rPr>
        <w:lastRenderedPageBreak/>
        <w:t xml:space="preserve">ПРИЛОЖЕНИЕ </w:t>
      </w:r>
      <w:r>
        <w:rPr>
          <w:szCs w:val="28"/>
          <w:lang w:val="ru-RU"/>
        </w:rPr>
        <w:t xml:space="preserve">№ </w:t>
      </w:r>
      <w:r>
        <w:rPr>
          <w:szCs w:val="28"/>
          <w:lang w:val="ru-RU"/>
        </w:rPr>
        <w:t>6</w:t>
      </w:r>
    </w:p>
    <w:p w:rsidR="00E60F76" w:rsidRPr="002E7D98" w:rsidRDefault="00E60F76" w:rsidP="00E60F76">
      <w:pPr>
        <w:spacing w:after="0" w:line="240" w:lineRule="auto"/>
        <w:ind w:firstLine="5103"/>
        <w:rPr>
          <w:szCs w:val="28"/>
          <w:lang w:val="ru-RU"/>
        </w:rPr>
      </w:pPr>
      <w:r w:rsidRPr="002E7D98">
        <w:rPr>
          <w:szCs w:val="28"/>
          <w:lang w:val="ru-RU"/>
        </w:rPr>
        <w:t>к административному регламенту</w:t>
      </w:r>
    </w:p>
    <w:p w:rsidR="00E60F76" w:rsidRPr="002E7D98" w:rsidRDefault="00E60F76" w:rsidP="00E60F76">
      <w:pPr>
        <w:spacing w:after="0" w:line="240" w:lineRule="auto"/>
        <w:ind w:firstLine="5103"/>
        <w:rPr>
          <w:szCs w:val="28"/>
          <w:lang w:val="ru-RU"/>
        </w:rPr>
      </w:pPr>
      <w:r w:rsidRPr="002E7D98">
        <w:rPr>
          <w:szCs w:val="28"/>
          <w:lang w:val="ru-RU"/>
        </w:rPr>
        <w:t>предоставления администрацией</w:t>
      </w:r>
    </w:p>
    <w:p w:rsidR="00E60F76" w:rsidRDefault="00E60F76" w:rsidP="00E60F76">
      <w:pPr>
        <w:spacing w:after="0" w:line="240" w:lineRule="auto"/>
        <w:ind w:firstLine="5103"/>
        <w:rPr>
          <w:szCs w:val="28"/>
          <w:lang w:val="ru-RU"/>
        </w:rPr>
      </w:pPr>
      <w:r w:rsidRPr="002E7D98">
        <w:rPr>
          <w:szCs w:val="28"/>
          <w:lang w:val="ru-RU"/>
        </w:rPr>
        <w:t>Новоджерелиевского сельского</w:t>
      </w:r>
    </w:p>
    <w:p w:rsidR="00E60F76" w:rsidRDefault="00E60F76" w:rsidP="00E60F76">
      <w:pPr>
        <w:spacing w:after="0" w:line="240" w:lineRule="auto"/>
        <w:ind w:firstLine="5103"/>
        <w:rPr>
          <w:szCs w:val="28"/>
          <w:lang w:val="ru-RU"/>
        </w:rPr>
      </w:pPr>
      <w:r>
        <w:rPr>
          <w:szCs w:val="28"/>
          <w:lang w:val="ru-RU"/>
        </w:rPr>
        <w:t>п</w:t>
      </w:r>
      <w:r w:rsidRPr="002E7D98">
        <w:rPr>
          <w:szCs w:val="28"/>
          <w:lang w:val="ru-RU"/>
        </w:rPr>
        <w:t>оселения</w:t>
      </w:r>
      <w:r>
        <w:rPr>
          <w:szCs w:val="28"/>
          <w:lang w:val="ru-RU"/>
        </w:rPr>
        <w:t xml:space="preserve"> Брюховецкого</w:t>
      </w:r>
    </w:p>
    <w:p w:rsidR="00E60F76" w:rsidRPr="002E7D98" w:rsidRDefault="00E60F76" w:rsidP="00E60F76">
      <w:pPr>
        <w:spacing w:after="0" w:line="240" w:lineRule="auto"/>
        <w:ind w:firstLine="5103"/>
        <w:rPr>
          <w:szCs w:val="28"/>
          <w:lang w:val="ru-RU"/>
        </w:rPr>
      </w:pPr>
      <w:r w:rsidRPr="002E7D98">
        <w:rPr>
          <w:szCs w:val="28"/>
          <w:lang w:val="ru-RU"/>
        </w:rPr>
        <w:t>муниципального района</w:t>
      </w:r>
    </w:p>
    <w:p w:rsidR="00E60F76" w:rsidRDefault="00E60F76" w:rsidP="00E60F76">
      <w:pPr>
        <w:spacing w:after="0" w:line="240" w:lineRule="auto"/>
        <w:ind w:firstLine="5103"/>
        <w:rPr>
          <w:szCs w:val="28"/>
          <w:lang w:val="ru-RU"/>
        </w:rPr>
      </w:pPr>
      <w:r w:rsidRPr="002E7D98">
        <w:rPr>
          <w:szCs w:val="28"/>
          <w:lang w:val="ru-RU"/>
        </w:rPr>
        <w:t>Краснодарского края муниципальной</w:t>
      </w:r>
    </w:p>
    <w:p w:rsidR="00E60F76" w:rsidRDefault="00E60F76" w:rsidP="00E60F76">
      <w:pPr>
        <w:spacing w:after="0" w:line="240" w:lineRule="auto"/>
        <w:ind w:firstLine="5103"/>
        <w:rPr>
          <w:szCs w:val="28"/>
          <w:lang w:val="ru-RU"/>
        </w:rPr>
      </w:pPr>
      <w:r>
        <w:rPr>
          <w:szCs w:val="28"/>
          <w:lang w:val="ru-RU"/>
        </w:rPr>
        <w:t>услуги «Предоставление выписки</w:t>
      </w:r>
    </w:p>
    <w:p w:rsidR="00E60F76" w:rsidRPr="002E7D98" w:rsidRDefault="00E60F76" w:rsidP="00E60F76">
      <w:pPr>
        <w:spacing w:after="0" w:line="240" w:lineRule="auto"/>
        <w:ind w:firstLine="5103"/>
        <w:rPr>
          <w:szCs w:val="28"/>
          <w:lang w:val="ru-RU"/>
        </w:rPr>
      </w:pPr>
      <w:r>
        <w:rPr>
          <w:szCs w:val="28"/>
          <w:lang w:val="ru-RU"/>
        </w:rPr>
        <w:t>из реестра муниципального имущества»</w:t>
      </w:r>
    </w:p>
    <w:p w:rsidR="00E60F76" w:rsidRDefault="00E60F76">
      <w:pPr>
        <w:spacing w:after="0" w:line="240" w:lineRule="auto"/>
        <w:ind w:firstLine="709"/>
        <w:jc w:val="both"/>
        <w:rPr>
          <w:rFonts w:cs="Times New Roman"/>
          <w:sz w:val="24"/>
          <w:lang w:val="ru-RU"/>
        </w:rPr>
      </w:pPr>
    </w:p>
    <w:p w:rsidR="00E60F76" w:rsidRDefault="00E60F76">
      <w:pPr>
        <w:spacing w:after="0" w:line="240" w:lineRule="auto"/>
        <w:ind w:firstLine="709"/>
        <w:jc w:val="both"/>
        <w:rPr>
          <w:rFonts w:cs="Times New Roman"/>
          <w:sz w:val="24"/>
          <w:lang w:val="ru-RU"/>
        </w:rPr>
      </w:pPr>
    </w:p>
    <w:p w:rsidR="00550DD8" w:rsidRPr="00E60F76" w:rsidRDefault="00732384" w:rsidP="00E60F76">
      <w:pPr>
        <w:spacing w:after="0" w:line="240" w:lineRule="auto"/>
        <w:ind w:firstLine="709"/>
        <w:jc w:val="center"/>
        <w:rPr>
          <w:b/>
          <w:szCs w:val="28"/>
          <w:lang w:val="ru-RU"/>
        </w:rPr>
      </w:pPr>
      <w:r w:rsidRPr="00E60F76">
        <w:rPr>
          <w:rFonts w:cs="Times New Roman"/>
          <w:b/>
          <w:szCs w:val="28"/>
          <w:lang w:val="ru-RU"/>
        </w:rPr>
        <w:t>Перечень условных обозначений и сокращений</w:t>
      </w:r>
    </w:p>
    <w:p w:rsidR="00E60F76" w:rsidRDefault="00E60F76">
      <w:pPr>
        <w:spacing w:after="0" w:line="240" w:lineRule="auto"/>
        <w:ind w:firstLine="709"/>
        <w:jc w:val="both"/>
        <w:rPr>
          <w:rFonts w:cs="Times New Roman"/>
          <w:sz w:val="24"/>
          <w:lang w:val="ru-RU"/>
        </w:rPr>
      </w:pPr>
    </w:p>
    <w:p w:rsidR="00550DD8" w:rsidRDefault="003278DE">
      <w:pPr>
        <w:spacing w:after="0" w:line="240" w:lineRule="auto"/>
        <w:ind w:firstLine="709"/>
        <w:jc w:val="both"/>
        <w:rPr>
          <w:rFonts w:cs="Times New Roman"/>
          <w:szCs w:val="28"/>
          <w:lang w:val="ru-RU"/>
        </w:rPr>
      </w:pPr>
      <w:r>
        <w:rPr>
          <w:rFonts w:cs="Times New Roman"/>
          <w:szCs w:val="28"/>
          <w:lang w:val="ru-RU"/>
        </w:rPr>
        <w:t xml:space="preserve">1. </w:t>
      </w:r>
      <w:r w:rsidR="00732384" w:rsidRPr="00E60F76">
        <w:rPr>
          <w:rFonts w:cs="Times New Roman"/>
          <w:szCs w:val="28"/>
          <w:lang w:val="ru-RU"/>
        </w:rPr>
        <w:t xml:space="preserve">Регламент - административный регламент предоставления администрацией Новоджерелиевского сельского поселения Брюховецкого муниципального района Краснодарского края муниципальной услуги </w:t>
      </w:r>
      <w:r w:rsidR="00E60F76">
        <w:rPr>
          <w:rFonts w:cs="Times New Roman"/>
          <w:szCs w:val="28"/>
          <w:lang w:val="ru-RU"/>
        </w:rPr>
        <w:t>«</w:t>
      </w:r>
      <w:r w:rsidR="00732384" w:rsidRPr="00E60F76">
        <w:rPr>
          <w:rFonts w:cs="Times New Roman"/>
          <w:szCs w:val="28"/>
          <w:lang w:val="ru-RU"/>
        </w:rPr>
        <w:t>Предоставление выписки из реестра муниципального имущества</w:t>
      </w:r>
      <w:r w:rsidR="00E60F76">
        <w:rPr>
          <w:rFonts w:cs="Times New Roman"/>
          <w:szCs w:val="28"/>
          <w:lang w:val="ru-RU"/>
        </w:rPr>
        <w:t>»</w:t>
      </w:r>
      <w:r w:rsidR="00732384" w:rsidRPr="00E60F76">
        <w:rPr>
          <w:rFonts w:cs="Times New Roman"/>
          <w:szCs w:val="28"/>
          <w:lang w:val="ru-RU"/>
        </w:rPr>
        <w:t>.</w:t>
      </w:r>
    </w:p>
    <w:p w:rsidR="00142239" w:rsidRPr="00142239" w:rsidRDefault="00142239">
      <w:pPr>
        <w:spacing w:after="0" w:line="240" w:lineRule="auto"/>
        <w:ind w:firstLine="709"/>
        <w:jc w:val="both"/>
        <w:rPr>
          <w:szCs w:val="28"/>
          <w:lang w:val="ru-RU"/>
        </w:rPr>
      </w:pPr>
      <w:r>
        <w:rPr>
          <w:rFonts w:cs="Times New Roman"/>
          <w:szCs w:val="28"/>
          <w:lang w:val="ru-RU"/>
        </w:rPr>
        <w:t xml:space="preserve">2. </w:t>
      </w:r>
      <w:r w:rsidRPr="00142239">
        <w:rPr>
          <w:lang w:val="ru-RU"/>
        </w:rPr>
        <w:t>Муниципальная услуга - муниципальная услуга по предоставлению выписки из реестра муниципального имущества</w:t>
      </w:r>
      <w:r>
        <w:rPr>
          <w:lang w:val="ru-RU"/>
        </w:rPr>
        <w:t xml:space="preserve"> Новоджерелиевского сельского поселения Брюховецкого муниципального района Краснодарского края.</w:t>
      </w:r>
    </w:p>
    <w:p w:rsidR="00550DD8" w:rsidRPr="00E60F76" w:rsidRDefault="00142239">
      <w:pPr>
        <w:spacing w:after="0" w:line="240" w:lineRule="auto"/>
        <w:ind w:firstLine="709"/>
        <w:jc w:val="both"/>
        <w:rPr>
          <w:szCs w:val="28"/>
          <w:lang w:val="ru-RU"/>
        </w:rPr>
      </w:pPr>
      <w:r>
        <w:rPr>
          <w:rFonts w:cs="Times New Roman"/>
          <w:szCs w:val="28"/>
          <w:lang w:val="ru-RU"/>
        </w:rPr>
        <w:t xml:space="preserve">3. </w:t>
      </w:r>
      <w:r w:rsidR="00732384" w:rsidRPr="00E60F76">
        <w:rPr>
          <w:rFonts w:cs="Times New Roman"/>
          <w:szCs w:val="28"/>
          <w:lang w:val="ru-RU"/>
        </w:rPr>
        <w:t>Заявители - заявители на получение муниципальной услуги.</w:t>
      </w:r>
    </w:p>
    <w:p w:rsidR="00550DD8" w:rsidRDefault="00142239">
      <w:pPr>
        <w:spacing w:after="0" w:line="240" w:lineRule="auto"/>
        <w:ind w:firstLine="709"/>
        <w:jc w:val="both"/>
        <w:rPr>
          <w:lang w:val="ru-RU"/>
        </w:rPr>
      </w:pPr>
      <w:r>
        <w:rPr>
          <w:rFonts w:cs="Times New Roman"/>
          <w:szCs w:val="28"/>
          <w:lang w:val="ru-RU"/>
        </w:rPr>
        <w:t xml:space="preserve">4. </w:t>
      </w:r>
      <w:r w:rsidR="00732384" w:rsidRPr="00E60F76">
        <w:rPr>
          <w:rFonts w:cs="Times New Roman"/>
          <w:szCs w:val="28"/>
          <w:lang w:val="ru-RU"/>
        </w:rPr>
        <w:t xml:space="preserve">Категории (признаки) заявителей - категории (признаки) заявителей, сведения о которых размещаются в реестре услуг и в федеральной государственной информационной системе </w:t>
      </w:r>
      <w:r w:rsidR="00E60F76">
        <w:rPr>
          <w:rFonts w:cs="Times New Roman"/>
          <w:szCs w:val="28"/>
          <w:lang w:val="ru-RU"/>
        </w:rPr>
        <w:t>«</w:t>
      </w:r>
      <w:r w:rsidR="00732384" w:rsidRPr="00E60F76">
        <w:rPr>
          <w:rFonts w:cs="Times New Roman"/>
          <w:szCs w:val="28"/>
          <w:lang w:val="ru-RU"/>
        </w:rPr>
        <w:t>Единый портал государственных и муниципальных услуг (функций)</w:t>
      </w:r>
      <w:r w:rsidR="00E60F76">
        <w:rPr>
          <w:rFonts w:cs="Times New Roman"/>
          <w:szCs w:val="28"/>
          <w:lang w:val="ru-RU"/>
        </w:rPr>
        <w:t>»</w:t>
      </w:r>
      <w:r w:rsidR="00732384" w:rsidRPr="00E60F76">
        <w:rPr>
          <w:rFonts w:cs="Times New Roman"/>
          <w:szCs w:val="28"/>
          <w:lang w:val="ru-RU"/>
        </w:rPr>
        <w:t>, и (или) региональном портале госуда</w:t>
      </w:r>
      <w:r w:rsidRPr="00142239">
        <w:rPr>
          <w:lang w:val="ru-RU"/>
        </w:rPr>
        <w:t>рственных и муниципальных услуг Краснодарского края в информационно-телекоммуникационной сети Интернет</w:t>
      </w:r>
      <w:r>
        <w:rPr>
          <w:lang w:val="ru-RU"/>
        </w:rPr>
        <w:t>.</w:t>
      </w:r>
    </w:p>
    <w:p w:rsidR="00142239" w:rsidRPr="00142239" w:rsidRDefault="00142239" w:rsidP="00142239">
      <w:pPr>
        <w:spacing w:after="0" w:line="235" w:lineRule="auto"/>
        <w:ind w:firstLine="709"/>
        <w:jc w:val="both"/>
        <w:rPr>
          <w:lang w:val="ru-RU"/>
        </w:rPr>
      </w:pPr>
      <w:r>
        <w:rPr>
          <w:szCs w:val="28"/>
          <w:lang w:val="ru-RU"/>
        </w:rPr>
        <w:t xml:space="preserve">5. </w:t>
      </w:r>
      <w:r w:rsidRPr="00142239">
        <w:rPr>
          <w:lang w:val="ru-RU"/>
        </w:rPr>
        <w:t xml:space="preserve">Портал - федеральная государственная информационная система </w:t>
      </w:r>
      <w:r>
        <w:rPr>
          <w:lang w:val="ru-RU"/>
        </w:rPr>
        <w:t>«</w:t>
      </w:r>
      <w:r w:rsidRPr="00142239">
        <w:rPr>
          <w:lang w:val="ru-RU"/>
        </w:rPr>
        <w:t>Единый портал государственных и муниципальных услуг (функций)</w:t>
      </w:r>
      <w:r>
        <w:rPr>
          <w:lang w:val="ru-RU"/>
        </w:rPr>
        <w:t>»</w:t>
      </w:r>
      <w:r w:rsidRPr="00142239">
        <w:rPr>
          <w:lang w:val="ru-RU"/>
        </w:rPr>
        <w:t>, и (или) региональный портал государственных и муниципальных услуг Краснодарского края в информационно-телекоммуникационной сети Интернет.</w:t>
      </w:r>
    </w:p>
    <w:p w:rsidR="00142239" w:rsidRPr="00142239" w:rsidRDefault="00142239" w:rsidP="00142239">
      <w:pPr>
        <w:spacing w:after="0" w:line="235" w:lineRule="auto"/>
        <w:ind w:firstLine="709"/>
        <w:jc w:val="both"/>
        <w:rPr>
          <w:lang w:val="ru-RU"/>
        </w:rPr>
      </w:pPr>
      <w:r>
        <w:rPr>
          <w:lang w:val="ru-RU"/>
        </w:rPr>
        <w:t xml:space="preserve">6. </w:t>
      </w:r>
      <w:r w:rsidRPr="00142239">
        <w:rPr>
          <w:lang w:val="ru-RU"/>
        </w:rPr>
        <w:t xml:space="preserve">Орган, предоставляющий муниципальную услугу - администрация </w:t>
      </w:r>
      <w:r>
        <w:rPr>
          <w:lang w:val="ru-RU"/>
        </w:rPr>
        <w:t>Новоджерелиевского сельского поселения Брюховецкого муниципального района Краснодарского края</w:t>
      </w:r>
      <w:r w:rsidRPr="00142239">
        <w:rPr>
          <w:lang w:val="ru-RU"/>
        </w:rPr>
        <w:t>.</w:t>
      </w:r>
    </w:p>
    <w:p w:rsidR="00142239" w:rsidRPr="00142239" w:rsidRDefault="00142239" w:rsidP="00142239">
      <w:pPr>
        <w:spacing w:after="0" w:line="235" w:lineRule="auto"/>
        <w:ind w:firstLine="709"/>
        <w:jc w:val="both"/>
        <w:rPr>
          <w:lang w:val="ru-RU"/>
        </w:rPr>
      </w:pPr>
      <w:r>
        <w:rPr>
          <w:lang w:val="ru-RU"/>
        </w:rPr>
        <w:t xml:space="preserve">7. </w:t>
      </w:r>
      <w:r w:rsidRPr="00142239">
        <w:rPr>
          <w:lang w:val="ru-RU"/>
        </w:rPr>
        <w:t xml:space="preserve">МФЦ - государственное автономное учреждение Краснодарского края </w:t>
      </w:r>
      <w:r>
        <w:rPr>
          <w:lang w:val="ru-RU"/>
        </w:rPr>
        <w:t>«</w:t>
      </w:r>
      <w:r w:rsidRPr="00142239">
        <w:rPr>
          <w:lang w:val="ru-RU"/>
        </w:rPr>
        <w:t>Многофункциональный центр предоставления государственных и муниципальных услуг Краснодарского края</w:t>
      </w:r>
      <w:r>
        <w:rPr>
          <w:lang w:val="ru-RU"/>
        </w:rPr>
        <w:t>»</w:t>
      </w:r>
      <w:r w:rsidRPr="00142239">
        <w:rPr>
          <w:lang w:val="ru-RU"/>
        </w:rPr>
        <w:t>.</w:t>
      </w:r>
    </w:p>
    <w:p w:rsidR="00142239" w:rsidRPr="00142239" w:rsidRDefault="00142239" w:rsidP="00142239">
      <w:pPr>
        <w:spacing w:after="0" w:line="235" w:lineRule="auto"/>
        <w:ind w:firstLine="709"/>
        <w:jc w:val="both"/>
        <w:rPr>
          <w:lang w:val="ru-RU"/>
        </w:rPr>
      </w:pPr>
      <w:r>
        <w:rPr>
          <w:lang w:val="ru-RU"/>
        </w:rPr>
        <w:t xml:space="preserve">8. </w:t>
      </w:r>
      <w:r w:rsidRPr="00142239">
        <w:rPr>
          <w:lang w:val="ru-RU"/>
        </w:rPr>
        <w:t xml:space="preserve">Выписка - выписка из реестра муниципального имущества </w:t>
      </w:r>
      <w:r>
        <w:rPr>
          <w:lang w:val="ru-RU"/>
        </w:rPr>
        <w:t xml:space="preserve">Новоджерелиевского </w:t>
      </w:r>
      <w:r w:rsidRPr="00142239">
        <w:rPr>
          <w:lang w:val="ru-RU"/>
        </w:rPr>
        <w:t xml:space="preserve">сельского поселения </w:t>
      </w:r>
      <w:r>
        <w:rPr>
          <w:lang w:val="ru-RU"/>
        </w:rPr>
        <w:t>Брюховецкого муниципального</w:t>
      </w:r>
      <w:r w:rsidRPr="00142239">
        <w:rPr>
          <w:lang w:val="ru-RU"/>
        </w:rPr>
        <w:t xml:space="preserve"> района</w:t>
      </w:r>
      <w:r>
        <w:rPr>
          <w:lang w:val="ru-RU"/>
        </w:rPr>
        <w:t xml:space="preserve"> Краснодарского края</w:t>
      </w:r>
      <w:r w:rsidRPr="00142239">
        <w:rPr>
          <w:lang w:val="ru-RU"/>
        </w:rPr>
        <w:t xml:space="preserve"> в форме письма, подписанного главой </w:t>
      </w:r>
      <w:r>
        <w:rPr>
          <w:lang w:val="ru-RU"/>
        </w:rPr>
        <w:t xml:space="preserve">Новоджерелиевского </w:t>
      </w:r>
      <w:r w:rsidRPr="00142239">
        <w:rPr>
          <w:lang w:val="ru-RU"/>
        </w:rPr>
        <w:t xml:space="preserve">сельского поселения </w:t>
      </w:r>
      <w:r>
        <w:rPr>
          <w:lang w:val="ru-RU"/>
        </w:rPr>
        <w:t>Брюховецкого муниципального</w:t>
      </w:r>
      <w:r w:rsidRPr="00142239">
        <w:rPr>
          <w:lang w:val="ru-RU"/>
        </w:rPr>
        <w:t xml:space="preserve"> района</w:t>
      </w:r>
      <w:r>
        <w:rPr>
          <w:lang w:val="ru-RU"/>
        </w:rPr>
        <w:t xml:space="preserve"> Краснодарского края</w:t>
      </w:r>
      <w:r w:rsidRPr="00142239">
        <w:rPr>
          <w:lang w:val="ru-RU"/>
        </w:rPr>
        <w:t xml:space="preserve"> либо иным уполномоченным лицом.</w:t>
      </w:r>
    </w:p>
    <w:p w:rsidR="00D136D8" w:rsidRPr="00142239" w:rsidRDefault="00D136D8" w:rsidP="00D136D8">
      <w:pPr>
        <w:spacing w:after="0" w:line="235" w:lineRule="auto"/>
        <w:ind w:firstLine="709"/>
        <w:jc w:val="both"/>
        <w:rPr>
          <w:lang w:val="ru-RU"/>
        </w:rPr>
      </w:pPr>
      <w:r>
        <w:rPr>
          <w:lang w:val="ru-RU"/>
        </w:rPr>
        <w:lastRenderedPageBreak/>
        <w:t xml:space="preserve">9. </w:t>
      </w:r>
      <w:r w:rsidR="00142239" w:rsidRPr="00142239">
        <w:rPr>
          <w:lang w:val="ru-RU"/>
        </w:rPr>
        <w:t xml:space="preserve">Уведомление - уведомление об отсутствии запрашиваемой информации в реестре муниципального имущества </w:t>
      </w:r>
      <w:r>
        <w:rPr>
          <w:lang w:val="ru-RU"/>
        </w:rPr>
        <w:t xml:space="preserve">Новоджерелиевского </w:t>
      </w:r>
      <w:r w:rsidRPr="00142239">
        <w:rPr>
          <w:lang w:val="ru-RU"/>
        </w:rPr>
        <w:t xml:space="preserve">сельского поселения </w:t>
      </w:r>
      <w:r>
        <w:rPr>
          <w:lang w:val="ru-RU"/>
        </w:rPr>
        <w:t>Брюховецкого муниципального</w:t>
      </w:r>
      <w:r w:rsidRPr="00142239">
        <w:rPr>
          <w:lang w:val="ru-RU"/>
        </w:rPr>
        <w:t xml:space="preserve"> района</w:t>
      </w:r>
      <w:r>
        <w:rPr>
          <w:lang w:val="ru-RU"/>
        </w:rPr>
        <w:t xml:space="preserve"> Краснодарского края</w:t>
      </w:r>
      <w:r w:rsidRPr="00142239">
        <w:rPr>
          <w:lang w:val="ru-RU"/>
        </w:rPr>
        <w:t xml:space="preserve"> в форме письма, подписанного главой </w:t>
      </w:r>
      <w:r>
        <w:rPr>
          <w:lang w:val="ru-RU"/>
        </w:rPr>
        <w:t xml:space="preserve">Новоджерелиевского </w:t>
      </w:r>
      <w:r w:rsidRPr="00142239">
        <w:rPr>
          <w:lang w:val="ru-RU"/>
        </w:rPr>
        <w:t xml:space="preserve">сельского поселения </w:t>
      </w:r>
      <w:r>
        <w:rPr>
          <w:lang w:val="ru-RU"/>
        </w:rPr>
        <w:t>Брюховецкого муниципального</w:t>
      </w:r>
      <w:r w:rsidRPr="00142239">
        <w:rPr>
          <w:lang w:val="ru-RU"/>
        </w:rPr>
        <w:t xml:space="preserve"> района</w:t>
      </w:r>
      <w:r>
        <w:rPr>
          <w:lang w:val="ru-RU"/>
        </w:rPr>
        <w:t xml:space="preserve"> Краснодарского края</w:t>
      </w:r>
      <w:r w:rsidRPr="00142239">
        <w:rPr>
          <w:lang w:val="ru-RU"/>
        </w:rPr>
        <w:t xml:space="preserve"> либо иным уполномоченным лицом.</w:t>
      </w:r>
    </w:p>
    <w:p w:rsidR="00142239" w:rsidRDefault="00142239" w:rsidP="00D136D8">
      <w:pPr>
        <w:spacing w:after="0" w:line="235" w:lineRule="auto"/>
        <w:ind w:firstLine="709"/>
        <w:jc w:val="both"/>
        <w:rPr>
          <w:szCs w:val="28"/>
          <w:lang w:val="ru-RU"/>
        </w:rPr>
      </w:pPr>
    </w:p>
    <w:p w:rsidR="00D136D8" w:rsidRDefault="00D136D8" w:rsidP="00D136D8">
      <w:pPr>
        <w:spacing w:after="0" w:line="235" w:lineRule="auto"/>
        <w:ind w:firstLine="709"/>
        <w:jc w:val="both"/>
        <w:rPr>
          <w:szCs w:val="28"/>
          <w:lang w:val="ru-RU"/>
        </w:rPr>
      </w:pPr>
    </w:p>
    <w:p w:rsidR="00D136D8" w:rsidRDefault="00D136D8" w:rsidP="00D136D8">
      <w:pPr>
        <w:spacing w:after="0" w:line="235" w:lineRule="auto"/>
        <w:ind w:firstLine="709"/>
        <w:jc w:val="both"/>
        <w:rPr>
          <w:szCs w:val="28"/>
          <w:lang w:val="ru-RU"/>
        </w:rPr>
      </w:pPr>
    </w:p>
    <w:p w:rsidR="00D136D8" w:rsidRPr="00900163" w:rsidRDefault="00D136D8" w:rsidP="00D136D8">
      <w:pPr>
        <w:spacing w:after="0" w:line="240" w:lineRule="auto"/>
        <w:rPr>
          <w:lang w:val="ru-RU"/>
        </w:rPr>
      </w:pPr>
      <w:r w:rsidRPr="00900163">
        <w:rPr>
          <w:rFonts w:cs="Times New Roman"/>
          <w:lang w:val="ru-RU"/>
        </w:rPr>
        <w:t>Глава Новоджерелиевского сельского поселения</w:t>
      </w:r>
      <w:r w:rsidRPr="00900163">
        <w:rPr>
          <w:rFonts w:cs="Times New Roman"/>
          <w:lang w:val="ru-RU"/>
        </w:rPr>
        <w:br/>
        <w:t>Брюховецкого муниципального района</w:t>
      </w:r>
      <w:r w:rsidRPr="00900163">
        <w:rPr>
          <w:rFonts w:cs="Times New Roman"/>
          <w:lang w:val="ru-RU"/>
        </w:rPr>
        <w:br/>
        <w:t xml:space="preserve">Краснодарского края               </w:t>
      </w:r>
      <w:r>
        <w:rPr>
          <w:rFonts w:cs="Times New Roman"/>
          <w:lang w:val="ru-RU"/>
        </w:rPr>
        <w:t xml:space="preserve">                                          </w:t>
      </w:r>
      <w:r w:rsidRPr="00900163">
        <w:rPr>
          <w:rFonts w:cs="Times New Roman"/>
          <w:lang w:val="ru-RU"/>
        </w:rPr>
        <w:t xml:space="preserve">                       О.В. Ткаченко</w:t>
      </w:r>
    </w:p>
    <w:p w:rsidR="00D136D8" w:rsidRDefault="00D136D8" w:rsidP="00D136D8">
      <w:pPr>
        <w:spacing w:after="0" w:line="240" w:lineRule="auto"/>
        <w:ind w:firstLine="5103"/>
        <w:rPr>
          <w:szCs w:val="28"/>
          <w:lang w:val="ru-RU"/>
        </w:rPr>
      </w:pPr>
    </w:p>
    <w:p w:rsidR="00D136D8" w:rsidRPr="00142239" w:rsidRDefault="00D136D8" w:rsidP="00D136D8">
      <w:pPr>
        <w:spacing w:after="0" w:line="235" w:lineRule="auto"/>
        <w:ind w:firstLine="709"/>
        <w:jc w:val="both"/>
        <w:rPr>
          <w:szCs w:val="28"/>
          <w:lang w:val="ru-RU"/>
        </w:rPr>
      </w:pPr>
    </w:p>
    <w:sectPr w:rsidR="00D136D8" w:rsidRPr="00142239" w:rsidSect="00BE325D">
      <w:pgSz w:w="12240" w:h="15840"/>
      <w:pgMar w:top="1134" w:right="567" w:bottom="1134" w:left="1701" w:header="709" w:footer="709" w:gutter="0"/>
      <w:pgNumType w:start="1"/>
      <w:cols w:space="720"/>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978B3" w:rsidRDefault="005978B3">
      <w:pPr>
        <w:spacing w:after="0" w:line="240" w:lineRule="auto"/>
      </w:pPr>
      <w:r>
        <w:separator/>
      </w:r>
    </w:p>
  </w:endnote>
  <w:endnote w:type="continuationSeparator" w:id="0">
    <w:p w:rsidR="005978B3" w:rsidRDefault="005978B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MS Gothic"/>
    <w:panose1 w:val="02020609040205080304"/>
    <w:charset w:val="80"/>
    <w:family w:val="roman"/>
    <w:notTrueType/>
    <w:pitch w:val="fixed"/>
    <w:sig w:usb0="00000000" w:usb1="08070000" w:usb2="00000010" w:usb3="00000000" w:csb0="00020000" w:csb1="00000000"/>
  </w:font>
  <w:font w:name="Calibri">
    <w:panose1 w:val="020F0502020204030204"/>
    <w:charset w:val="CC"/>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modern"/>
    <w:pitch w:val="fixed"/>
    <w:sig w:usb0="00000003" w:usb1="00000000" w:usb2="00000000" w:usb3="00000000" w:csb0="00000001" w:csb1="00000000"/>
  </w:font>
  <w:font w:name="Segoe UI">
    <w:panose1 w:val="020B0502040204020203"/>
    <w:charset w:val="CC"/>
    <w:family w:val="swiss"/>
    <w:pitch w:val="variable"/>
    <w:sig w:usb0="E4002EFF" w:usb1="C000E47F"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8071F" w:rsidRDefault="0018071F">
    <w:pPr>
      <w:pStyle w:val="a7"/>
      <w:jc w:val="cen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978B3" w:rsidRDefault="005978B3">
      <w:pPr>
        <w:spacing w:after="0" w:line="240" w:lineRule="auto"/>
      </w:pPr>
      <w:r>
        <w:separator/>
      </w:r>
    </w:p>
  </w:footnote>
  <w:footnote w:type="continuationSeparator" w:id="0">
    <w:p w:rsidR="005978B3" w:rsidRDefault="005978B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572033768"/>
      <w:docPartObj>
        <w:docPartGallery w:val="Page Numbers (Top of Page)"/>
        <w:docPartUnique/>
      </w:docPartObj>
    </w:sdtPr>
    <w:sdtContent>
      <w:p w:rsidR="00BE325D" w:rsidRDefault="00BE325D">
        <w:pPr>
          <w:pStyle w:val="a5"/>
          <w:jc w:val="center"/>
        </w:pPr>
        <w:r>
          <w:fldChar w:fldCharType="begin"/>
        </w:r>
        <w:r>
          <w:instrText>PAGE   \* MERGEFORMAT</w:instrText>
        </w:r>
        <w:r>
          <w:fldChar w:fldCharType="separate"/>
        </w:r>
        <w:r w:rsidR="008139A8" w:rsidRPr="008139A8">
          <w:rPr>
            <w:noProof/>
            <w:lang w:val="ru-RU"/>
          </w:rPr>
          <w:t>2</w:t>
        </w:r>
        <w:r>
          <w:fldChar w:fldCharType="end"/>
        </w:r>
      </w:p>
    </w:sdtContent>
  </w:sdt>
  <w:p w:rsidR="00BE325D" w:rsidRDefault="00BE325D">
    <w:pPr>
      <w:pStyle w:val="a5"/>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nsid w:val="FFFFFF7F"/>
    <w:multiLevelType w:val="singleLevel"/>
    <w:tmpl w:val="38441652"/>
    <w:lvl w:ilvl="0">
      <w:start w:val="1"/>
      <w:numFmt w:val="decimal"/>
      <w:pStyle w:val="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a"/>
      <w:lvlText w:val="%1."/>
      <w:lvlJc w:val="left"/>
      <w:pPr>
        <w:tabs>
          <w:tab w:val="num" w:pos="360"/>
        </w:tabs>
        <w:ind w:left="360" w:hanging="360"/>
      </w:pPr>
    </w:lvl>
  </w:abstractNum>
  <w:abstractNum w:abstractNumId="8">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abstractNum w:abstractNumId="9">
    <w:nsid w:val="337F451C"/>
    <w:multiLevelType w:val="hybridMultilevel"/>
    <w:tmpl w:val="0112764E"/>
    <w:lvl w:ilvl="0" w:tplc="F4667DFE">
      <w:start w:val="1"/>
      <w:numFmt w:val="decimal"/>
      <w:lvlText w:val="%1)"/>
      <w:lvlJc w:val="left"/>
      <w:pPr>
        <w:ind w:left="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E74ABAFC">
      <w:start w:val="1"/>
      <w:numFmt w:val="lowerLetter"/>
      <w:lvlText w:val="%2"/>
      <w:lvlJc w:val="left"/>
      <w:pPr>
        <w:ind w:left="172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0F662E64">
      <w:start w:val="1"/>
      <w:numFmt w:val="lowerRoman"/>
      <w:lvlText w:val="%3"/>
      <w:lvlJc w:val="left"/>
      <w:pPr>
        <w:ind w:left="244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1460F5EE">
      <w:start w:val="1"/>
      <w:numFmt w:val="decimal"/>
      <w:lvlText w:val="%4"/>
      <w:lvlJc w:val="left"/>
      <w:pPr>
        <w:ind w:left="316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5A9A43D8">
      <w:start w:val="1"/>
      <w:numFmt w:val="lowerLetter"/>
      <w:lvlText w:val="%5"/>
      <w:lvlJc w:val="left"/>
      <w:pPr>
        <w:ind w:left="388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43FCAEC4">
      <w:start w:val="1"/>
      <w:numFmt w:val="lowerRoman"/>
      <w:lvlText w:val="%6"/>
      <w:lvlJc w:val="left"/>
      <w:pPr>
        <w:ind w:left="460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40CC60C0">
      <w:start w:val="1"/>
      <w:numFmt w:val="decimal"/>
      <w:lvlText w:val="%7"/>
      <w:lvlJc w:val="left"/>
      <w:pPr>
        <w:ind w:left="532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3BF0D58C">
      <w:start w:val="1"/>
      <w:numFmt w:val="lowerLetter"/>
      <w:lvlText w:val="%8"/>
      <w:lvlJc w:val="left"/>
      <w:pPr>
        <w:ind w:left="604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D990E6F0">
      <w:start w:val="1"/>
      <w:numFmt w:val="lowerRoman"/>
      <w:lvlText w:val="%9"/>
      <w:lvlJc w:val="left"/>
      <w:pPr>
        <w:ind w:left="676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10">
    <w:nsid w:val="3CAB3F22"/>
    <w:multiLevelType w:val="hybridMultilevel"/>
    <w:tmpl w:val="52FABB98"/>
    <w:lvl w:ilvl="0" w:tplc="4AAC044C">
      <w:start w:val="5"/>
      <w:numFmt w:val="decimal"/>
      <w:lvlText w:val="%1."/>
      <w:lvlJc w:val="left"/>
      <w:pPr>
        <w:ind w:left="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11181B12">
      <w:start w:val="1"/>
      <w:numFmt w:val="lowerLetter"/>
      <w:lvlText w:val="%2"/>
      <w:lvlJc w:val="left"/>
      <w:pPr>
        <w:ind w:left="168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D88AA782">
      <w:start w:val="1"/>
      <w:numFmt w:val="lowerRoman"/>
      <w:lvlText w:val="%3"/>
      <w:lvlJc w:val="left"/>
      <w:pPr>
        <w:ind w:left="240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DA6E60A8">
      <w:start w:val="1"/>
      <w:numFmt w:val="decimal"/>
      <w:lvlText w:val="%4"/>
      <w:lvlJc w:val="left"/>
      <w:pPr>
        <w:ind w:left="312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915A9D96">
      <w:start w:val="1"/>
      <w:numFmt w:val="lowerLetter"/>
      <w:lvlText w:val="%5"/>
      <w:lvlJc w:val="left"/>
      <w:pPr>
        <w:ind w:left="384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3118CDE2">
      <w:start w:val="1"/>
      <w:numFmt w:val="lowerRoman"/>
      <w:lvlText w:val="%6"/>
      <w:lvlJc w:val="left"/>
      <w:pPr>
        <w:ind w:left="456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F98AC28A">
      <w:start w:val="1"/>
      <w:numFmt w:val="decimal"/>
      <w:lvlText w:val="%7"/>
      <w:lvlJc w:val="left"/>
      <w:pPr>
        <w:ind w:left="528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C7164EA6">
      <w:start w:val="1"/>
      <w:numFmt w:val="lowerLetter"/>
      <w:lvlText w:val="%8"/>
      <w:lvlJc w:val="left"/>
      <w:pPr>
        <w:ind w:left="600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C1F68760">
      <w:start w:val="1"/>
      <w:numFmt w:val="lowerRoman"/>
      <w:lvlText w:val="%9"/>
      <w:lvlJc w:val="left"/>
      <w:pPr>
        <w:ind w:left="672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11">
    <w:nsid w:val="3CD15D76"/>
    <w:multiLevelType w:val="hybridMultilevel"/>
    <w:tmpl w:val="7AA23174"/>
    <w:lvl w:ilvl="0" w:tplc="ADA629B6">
      <w:start w:val="1"/>
      <w:numFmt w:val="decimal"/>
      <w:lvlText w:val="%1."/>
      <w:lvlJc w:val="left"/>
      <w:pPr>
        <w:ind w:left="11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AFF86EF4">
      <w:start w:val="1"/>
      <w:numFmt w:val="lowerLetter"/>
      <w:lvlText w:val="%2"/>
      <w:lvlJc w:val="left"/>
      <w:pPr>
        <w:ind w:left="172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F9CEF336">
      <w:start w:val="1"/>
      <w:numFmt w:val="lowerRoman"/>
      <w:lvlText w:val="%3"/>
      <w:lvlJc w:val="left"/>
      <w:pPr>
        <w:ind w:left="244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10A26CAA">
      <w:start w:val="1"/>
      <w:numFmt w:val="decimal"/>
      <w:lvlText w:val="%4"/>
      <w:lvlJc w:val="left"/>
      <w:pPr>
        <w:ind w:left="316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5658C2F0">
      <w:start w:val="1"/>
      <w:numFmt w:val="lowerLetter"/>
      <w:lvlText w:val="%5"/>
      <w:lvlJc w:val="left"/>
      <w:pPr>
        <w:ind w:left="388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05701008">
      <w:start w:val="1"/>
      <w:numFmt w:val="lowerRoman"/>
      <w:lvlText w:val="%6"/>
      <w:lvlJc w:val="left"/>
      <w:pPr>
        <w:ind w:left="460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64F81532">
      <w:start w:val="1"/>
      <w:numFmt w:val="decimal"/>
      <w:lvlText w:val="%7"/>
      <w:lvlJc w:val="left"/>
      <w:pPr>
        <w:ind w:left="532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79509078">
      <w:start w:val="1"/>
      <w:numFmt w:val="lowerLetter"/>
      <w:lvlText w:val="%8"/>
      <w:lvlJc w:val="left"/>
      <w:pPr>
        <w:ind w:left="604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F1D0461C">
      <w:start w:val="1"/>
      <w:numFmt w:val="lowerRoman"/>
      <w:lvlText w:val="%9"/>
      <w:lvlJc w:val="left"/>
      <w:pPr>
        <w:ind w:left="676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12">
    <w:nsid w:val="42421EE8"/>
    <w:multiLevelType w:val="hybridMultilevel"/>
    <w:tmpl w:val="E6E230A0"/>
    <w:lvl w:ilvl="0" w:tplc="C75EF446">
      <w:start w:val="1"/>
      <w:numFmt w:val="decimal"/>
      <w:lvlText w:val="%1."/>
      <w:lvlJc w:val="left"/>
      <w:pPr>
        <w:ind w:left="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E05CBE26">
      <w:start w:val="1"/>
      <w:numFmt w:val="lowerLetter"/>
      <w:lvlText w:val="%2"/>
      <w:lvlJc w:val="left"/>
      <w:pPr>
        <w:ind w:left="172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6CAC98F4">
      <w:start w:val="1"/>
      <w:numFmt w:val="lowerRoman"/>
      <w:lvlText w:val="%3"/>
      <w:lvlJc w:val="left"/>
      <w:pPr>
        <w:ind w:left="244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340E8A5A">
      <w:start w:val="1"/>
      <w:numFmt w:val="decimal"/>
      <w:lvlText w:val="%4"/>
      <w:lvlJc w:val="left"/>
      <w:pPr>
        <w:ind w:left="316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44CCB8B4">
      <w:start w:val="1"/>
      <w:numFmt w:val="lowerLetter"/>
      <w:lvlText w:val="%5"/>
      <w:lvlJc w:val="left"/>
      <w:pPr>
        <w:ind w:left="388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5E6CBD3E">
      <w:start w:val="1"/>
      <w:numFmt w:val="lowerRoman"/>
      <w:lvlText w:val="%6"/>
      <w:lvlJc w:val="left"/>
      <w:pPr>
        <w:ind w:left="460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6A163466">
      <w:start w:val="1"/>
      <w:numFmt w:val="decimal"/>
      <w:lvlText w:val="%7"/>
      <w:lvlJc w:val="left"/>
      <w:pPr>
        <w:ind w:left="532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90544DEA">
      <w:start w:val="1"/>
      <w:numFmt w:val="lowerLetter"/>
      <w:lvlText w:val="%8"/>
      <w:lvlJc w:val="left"/>
      <w:pPr>
        <w:ind w:left="604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7D6627BA">
      <w:start w:val="1"/>
      <w:numFmt w:val="lowerRoman"/>
      <w:lvlText w:val="%9"/>
      <w:lvlJc w:val="left"/>
      <w:pPr>
        <w:ind w:left="676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 w:numId="10">
    <w:abstractNumId w:val="12"/>
  </w:num>
  <w:num w:numId="11">
    <w:abstractNumId w:val="9"/>
  </w:num>
  <w:num w:numId="12">
    <w:abstractNumId w:val="11"/>
  </w:num>
  <w:num w:numId="1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00253"/>
    <w:rsid w:val="00017937"/>
    <w:rsid w:val="00034616"/>
    <w:rsid w:val="0006063C"/>
    <w:rsid w:val="00142239"/>
    <w:rsid w:val="0015074B"/>
    <w:rsid w:val="0018071F"/>
    <w:rsid w:val="001A638C"/>
    <w:rsid w:val="00233509"/>
    <w:rsid w:val="00295D7D"/>
    <w:rsid w:val="0029639D"/>
    <w:rsid w:val="00326F90"/>
    <w:rsid w:val="003278DE"/>
    <w:rsid w:val="00550DD8"/>
    <w:rsid w:val="005978B3"/>
    <w:rsid w:val="005E3DC7"/>
    <w:rsid w:val="00702295"/>
    <w:rsid w:val="00732384"/>
    <w:rsid w:val="008139A8"/>
    <w:rsid w:val="00831AC7"/>
    <w:rsid w:val="00900163"/>
    <w:rsid w:val="00992920"/>
    <w:rsid w:val="00A23A47"/>
    <w:rsid w:val="00AA1D8D"/>
    <w:rsid w:val="00AF290E"/>
    <w:rsid w:val="00B47730"/>
    <w:rsid w:val="00B657EF"/>
    <w:rsid w:val="00B82E8C"/>
    <w:rsid w:val="00BA6565"/>
    <w:rsid w:val="00BE325D"/>
    <w:rsid w:val="00CB0664"/>
    <w:rsid w:val="00D04874"/>
    <w:rsid w:val="00D136D8"/>
    <w:rsid w:val="00D263CB"/>
    <w:rsid w:val="00E60F76"/>
    <w:rsid w:val="00E83BE5"/>
    <w:rsid w:val="00E87E96"/>
    <w:rsid w:val="00EC5D6E"/>
    <w:rsid w:val="00EC61D4"/>
    <w:rsid w:val="00F010B9"/>
    <w:rsid w:val="00F205A8"/>
    <w:rsid w:val="00F85658"/>
    <w:rsid w:val="00FC3ECE"/>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efaultImageDpi w14:val="300"/>
  <w15:docId w15:val="{4209D972-5840-494E-9FFE-E79FE0FB5A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qFormat/>
    <w:rsid w:val="00FC693F"/>
    <w:rPr>
      <w:rFonts w:ascii="Times New Roman" w:hAnsi="Times New Roman"/>
      <w:sz w:val="28"/>
    </w:rPr>
  </w:style>
  <w:style w:type="paragraph" w:styleId="1">
    <w:name w:val="heading 1"/>
    <w:basedOn w:val="a1"/>
    <w:next w:val="a1"/>
    <w:link w:val="10"/>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Cs w:val="28"/>
    </w:rPr>
  </w:style>
  <w:style w:type="paragraph" w:styleId="21">
    <w:name w:val="heading 2"/>
    <w:basedOn w:val="a1"/>
    <w:next w:val="a1"/>
    <w:link w:val="22"/>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1">
    <w:name w:val="heading 3"/>
    <w:basedOn w:val="a1"/>
    <w:next w:val="a1"/>
    <w:link w:val="32"/>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1"/>
    <w:next w:val="a1"/>
    <w:link w:val="40"/>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0"/>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0"/>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0"/>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0"/>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rsid w:val="00E618BF"/>
    <w:pPr>
      <w:tabs>
        <w:tab w:val="center" w:pos="4680"/>
        <w:tab w:val="right" w:pos="9360"/>
      </w:tabs>
      <w:spacing w:after="0" w:line="240" w:lineRule="auto"/>
    </w:pPr>
  </w:style>
  <w:style w:type="character" w:customStyle="1" w:styleId="a6">
    <w:name w:val="Верхний колонтитул Знак"/>
    <w:basedOn w:val="a2"/>
    <w:link w:val="a5"/>
    <w:uiPriority w:val="99"/>
    <w:rsid w:val="00E618BF"/>
  </w:style>
  <w:style w:type="paragraph" w:styleId="a7">
    <w:name w:val="footer"/>
    <w:basedOn w:val="a1"/>
    <w:link w:val="a8"/>
    <w:uiPriority w:val="99"/>
    <w:unhideWhenUsed/>
    <w:rsid w:val="00E618BF"/>
    <w:pPr>
      <w:tabs>
        <w:tab w:val="center" w:pos="4680"/>
        <w:tab w:val="right" w:pos="9360"/>
      </w:tabs>
      <w:spacing w:after="0" w:line="240" w:lineRule="auto"/>
    </w:pPr>
  </w:style>
  <w:style w:type="character" w:customStyle="1" w:styleId="a8">
    <w:name w:val="Нижний колонтитул Знак"/>
    <w:basedOn w:val="a2"/>
    <w:link w:val="a7"/>
    <w:uiPriority w:val="99"/>
    <w:rsid w:val="00E618BF"/>
  </w:style>
  <w:style w:type="paragraph" w:styleId="a9">
    <w:name w:val="No Spacing"/>
    <w:uiPriority w:val="1"/>
    <w:qFormat/>
    <w:rsid w:val="00FC693F"/>
    <w:pPr>
      <w:spacing w:after="0" w:line="240" w:lineRule="auto"/>
    </w:pPr>
  </w:style>
  <w:style w:type="character" w:customStyle="1" w:styleId="10">
    <w:name w:val="Заголовок 1 Знак"/>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2">
    <w:name w:val="Заголовок 2 Знак"/>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2">
    <w:name w:val="Заголовок 3 Знак"/>
    <w:basedOn w:val="a2"/>
    <w:link w:val="31"/>
    <w:uiPriority w:val="9"/>
    <w:rsid w:val="00FC693F"/>
    <w:rPr>
      <w:rFonts w:asciiTheme="majorHAnsi" w:eastAsiaTheme="majorEastAsia" w:hAnsiTheme="majorHAnsi" w:cstheme="majorBidi"/>
      <w:b/>
      <w:bCs/>
      <w:color w:val="4F81BD" w:themeColor="accent1"/>
    </w:rPr>
  </w:style>
  <w:style w:type="paragraph" w:styleId="aa">
    <w:name w:val="Title"/>
    <w:basedOn w:val="a1"/>
    <w:next w:val="a1"/>
    <w:link w:val="ab"/>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b">
    <w:name w:val="Название Знак"/>
    <w:basedOn w:val="a2"/>
    <w:link w:val="aa"/>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c">
    <w:name w:val="Subtitle"/>
    <w:basedOn w:val="a1"/>
    <w:next w:val="a1"/>
    <w:link w:val="ad"/>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d">
    <w:name w:val="Подзаголовок Знак"/>
    <w:basedOn w:val="a2"/>
    <w:link w:val="ac"/>
    <w:uiPriority w:val="11"/>
    <w:rsid w:val="00FC693F"/>
    <w:rPr>
      <w:rFonts w:asciiTheme="majorHAnsi" w:eastAsiaTheme="majorEastAsia" w:hAnsiTheme="majorHAnsi" w:cstheme="majorBidi"/>
      <w:i/>
      <w:iCs/>
      <w:color w:val="4F81BD" w:themeColor="accent1"/>
      <w:spacing w:val="15"/>
      <w:sz w:val="24"/>
      <w:szCs w:val="24"/>
    </w:rPr>
  </w:style>
  <w:style w:type="paragraph" w:styleId="ae">
    <w:name w:val="List Paragraph"/>
    <w:basedOn w:val="a1"/>
    <w:uiPriority w:val="34"/>
    <w:qFormat/>
    <w:rsid w:val="00FC693F"/>
    <w:pPr>
      <w:ind w:left="720"/>
      <w:contextualSpacing/>
    </w:pPr>
  </w:style>
  <w:style w:type="paragraph" w:styleId="af">
    <w:name w:val="Body Text"/>
    <w:basedOn w:val="a1"/>
    <w:link w:val="af0"/>
    <w:uiPriority w:val="99"/>
    <w:unhideWhenUsed/>
    <w:rsid w:val="00AA1D8D"/>
    <w:pPr>
      <w:spacing w:after="120"/>
    </w:pPr>
  </w:style>
  <w:style w:type="character" w:customStyle="1" w:styleId="af0">
    <w:name w:val="Основной текст Знак"/>
    <w:basedOn w:val="a2"/>
    <w:link w:val="af"/>
    <w:uiPriority w:val="99"/>
    <w:rsid w:val="00AA1D8D"/>
  </w:style>
  <w:style w:type="paragraph" w:styleId="23">
    <w:name w:val="Body Text 2"/>
    <w:basedOn w:val="a1"/>
    <w:link w:val="24"/>
    <w:uiPriority w:val="99"/>
    <w:unhideWhenUsed/>
    <w:rsid w:val="00AA1D8D"/>
    <w:pPr>
      <w:spacing w:after="120" w:line="480" w:lineRule="auto"/>
    </w:pPr>
  </w:style>
  <w:style w:type="character" w:customStyle="1" w:styleId="24">
    <w:name w:val="Основной текст 2 Знак"/>
    <w:basedOn w:val="a2"/>
    <w:link w:val="23"/>
    <w:uiPriority w:val="99"/>
    <w:rsid w:val="00AA1D8D"/>
  </w:style>
  <w:style w:type="paragraph" w:styleId="33">
    <w:name w:val="Body Text 3"/>
    <w:basedOn w:val="a1"/>
    <w:link w:val="34"/>
    <w:uiPriority w:val="99"/>
    <w:unhideWhenUsed/>
    <w:rsid w:val="00AA1D8D"/>
    <w:pPr>
      <w:spacing w:after="120"/>
    </w:pPr>
    <w:rPr>
      <w:sz w:val="16"/>
      <w:szCs w:val="16"/>
    </w:rPr>
  </w:style>
  <w:style w:type="character" w:customStyle="1" w:styleId="34">
    <w:name w:val="Основной текст 3 Знак"/>
    <w:basedOn w:val="a2"/>
    <w:link w:val="33"/>
    <w:uiPriority w:val="99"/>
    <w:rsid w:val="00AA1D8D"/>
    <w:rPr>
      <w:sz w:val="16"/>
      <w:szCs w:val="16"/>
    </w:rPr>
  </w:style>
  <w:style w:type="paragraph" w:styleId="af1">
    <w:name w:val="List"/>
    <w:basedOn w:val="a1"/>
    <w:uiPriority w:val="99"/>
    <w:unhideWhenUsed/>
    <w:rsid w:val="00AA1D8D"/>
    <w:pPr>
      <w:ind w:left="360" w:hanging="360"/>
      <w:contextualSpacing/>
    </w:pPr>
  </w:style>
  <w:style w:type="paragraph" w:styleId="25">
    <w:name w:val="List 2"/>
    <w:basedOn w:val="a1"/>
    <w:uiPriority w:val="99"/>
    <w:unhideWhenUsed/>
    <w:rsid w:val="00326F90"/>
    <w:pPr>
      <w:ind w:left="720" w:hanging="360"/>
      <w:contextualSpacing/>
    </w:pPr>
  </w:style>
  <w:style w:type="paragraph" w:styleId="35">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f2">
    <w:name w:val="List Continue"/>
    <w:basedOn w:val="a1"/>
    <w:uiPriority w:val="99"/>
    <w:unhideWhenUsed/>
    <w:rsid w:val="0029639D"/>
    <w:pPr>
      <w:spacing w:after="120"/>
      <w:ind w:left="360"/>
      <w:contextualSpacing/>
    </w:pPr>
  </w:style>
  <w:style w:type="paragraph" w:styleId="26">
    <w:name w:val="List Continue 2"/>
    <w:basedOn w:val="a1"/>
    <w:uiPriority w:val="99"/>
    <w:unhideWhenUsed/>
    <w:rsid w:val="0029639D"/>
    <w:pPr>
      <w:spacing w:after="120"/>
      <w:ind w:left="720"/>
      <w:contextualSpacing/>
    </w:pPr>
  </w:style>
  <w:style w:type="paragraph" w:styleId="36">
    <w:name w:val="List Continue 3"/>
    <w:basedOn w:val="a1"/>
    <w:uiPriority w:val="99"/>
    <w:unhideWhenUsed/>
    <w:rsid w:val="0029639D"/>
    <w:pPr>
      <w:spacing w:after="120"/>
      <w:ind w:left="1080"/>
      <w:contextualSpacing/>
    </w:pPr>
  </w:style>
  <w:style w:type="paragraph" w:styleId="af3">
    <w:name w:val="macro"/>
    <w:link w:val="af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f4">
    <w:name w:val="Текст макроса Знак"/>
    <w:basedOn w:val="a2"/>
    <w:link w:val="af3"/>
    <w:uiPriority w:val="99"/>
    <w:rsid w:val="0029639D"/>
    <w:rPr>
      <w:rFonts w:ascii="Courier" w:hAnsi="Courier"/>
      <w:sz w:val="20"/>
      <w:szCs w:val="20"/>
    </w:rPr>
  </w:style>
  <w:style w:type="paragraph" w:styleId="27">
    <w:name w:val="Quote"/>
    <w:basedOn w:val="a1"/>
    <w:next w:val="a1"/>
    <w:link w:val="28"/>
    <w:uiPriority w:val="29"/>
    <w:qFormat/>
    <w:rsid w:val="00FC693F"/>
    <w:rPr>
      <w:i/>
      <w:iCs/>
      <w:color w:val="000000" w:themeColor="text1"/>
    </w:rPr>
  </w:style>
  <w:style w:type="character" w:customStyle="1" w:styleId="28">
    <w:name w:val="Цитата 2 Знак"/>
    <w:basedOn w:val="a2"/>
    <w:link w:val="27"/>
    <w:uiPriority w:val="29"/>
    <w:rsid w:val="00FC693F"/>
    <w:rPr>
      <w:i/>
      <w:iCs/>
      <w:color w:val="000000" w:themeColor="text1"/>
    </w:rPr>
  </w:style>
  <w:style w:type="character" w:customStyle="1" w:styleId="40">
    <w:name w:val="Заголовок 4 Знак"/>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0">
    <w:name w:val="Заголовок 5 Знак"/>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0">
    <w:name w:val="Заголовок 6 Знак"/>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0">
    <w:name w:val="Заголовок 7 Знак"/>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0">
    <w:name w:val="Заголовок 8 Знак"/>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0">
    <w:name w:val="Заголовок 9 Знак"/>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5">
    <w:name w:val="caption"/>
    <w:basedOn w:val="a1"/>
    <w:next w:val="a1"/>
    <w:uiPriority w:val="35"/>
    <w:semiHidden/>
    <w:unhideWhenUsed/>
    <w:qFormat/>
    <w:rsid w:val="00FC693F"/>
    <w:pPr>
      <w:spacing w:line="240" w:lineRule="auto"/>
    </w:pPr>
    <w:rPr>
      <w:b/>
      <w:bCs/>
      <w:color w:val="4F81BD" w:themeColor="accent1"/>
      <w:sz w:val="18"/>
      <w:szCs w:val="18"/>
    </w:rPr>
  </w:style>
  <w:style w:type="character" w:styleId="af6">
    <w:name w:val="Strong"/>
    <w:basedOn w:val="a2"/>
    <w:uiPriority w:val="22"/>
    <w:qFormat/>
    <w:rsid w:val="00FC693F"/>
    <w:rPr>
      <w:b/>
      <w:bCs/>
    </w:rPr>
  </w:style>
  <w:style w:type="character" w:styleId="af7">
    <w:name w:val="Emphasis"/>
    <w:basedOn w:val="a2"/>
    <w:uiPriority w:val="20"/>
    <w:qFormat/>
    <w:rsid w:val="00FC693F"/>
    <w:rPr>
      <w:i/>
      <w:iCs/>
    </w:rPr>
  </w:style>
  <w:style w:type="paragraph" w:styleId="af8">
    <w:name w:val="Intense Quote"/>
    <w:basedOn w:val="a1"/>
    <w:next w:val="a1"/>
    <w:link w:val="af9"/>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af9">
    <w:name w:val="Выделенная цитата Знак"/>
    <w:basedOn w:val="a2"/>
    <w:link w:val="af8"/>
    <w:uiPriority w:val="30"/>
    <w:rsid w:val="00FC693F"/>
    <w:rPr>
      <w:b/>
      <w:bCs/>
      <w:i/>
      <w:iCs/>
      <w:color w:val="4F81BD" w:themeColor="accent1"/>
    </w:rPr>
  </w:style>
  <w:style w:type="character" w:styleId="afa">
    <w:name w:val="Subtle Emphasis"/>
    <w:basedOn w:val="a2"/>
    <w:uiPriority w:val="19"/>
    <w:qFormat/>
    <w:rsid w:val="00FC693F"/>
    <w:rPr>
      <w:i/>
      <w:iCs/>
      <w:color w:val="808080" w:themeColor="text1" w:themeTint="7F"/>
    </w:rPr>
  </w:style>
  <w:style w:type="character" w:styleId="afb">
    <w:name w:val="Intense Emphasis"/>
    <w:basedOn w:val="a2"/>
    <w:uiPriority w:val="21"/>
    <w:qFormat/>
    <w:rsid w:val="00FC693F"/>
    <w:rPr>
      <w:b/>
      <w:bCs/>
      <w:i/>
      <w:iCs/>
      <w:color w:val="4F81BD" w:themeColor="accent1"/>
    </w:rPr>
  </w:style>
  <w:style w:type="character" w:styleId="afc">
    <w:name w:val="Subtle Reference"/>
    <w:basedOn w:val="a2"/>
    <w:uiPriority w:val="31"/>
    <w:qFormat/>
    <w:rsid w:val="00FC693F"/>
    <w:rPr>
      <w:smallCaps/>
      <w:color w:val="C0504D" w:themeColor="accent2"/>
      <w:u w:val="single"/>
    </w:rPr>
  </w:style>
  <w:style w:type="character" w:styleId="afd">
    <w:name w:val="Intense Reference"/>
    <w:basedOn w:val="a2"/>
    <w:uiPriority w:val="32"/>
    <w:qFormat/>
    <w:rsid w:val="00FC693F"/>
    <w:rPr>
      <w:b/>
      <w:bCs/>
      <w:smallCaps/>
      <w:color w:val="C0504D" w:themeColor="accent2"/>
      <w:spacing w:val="5"/>
      <w:u w:val="single"/>
    </w:rPr>
  </w:style>
  <w:style w:type="character" w:styleId="afe">
    <w:name w:val="Book Title"/>
    <w:basedOn w:val="a2"/>
    <w:uiPriority w:val="33"/>
    <w:qFormat/>
    <w:rsid w:val="00FC693F"/>
    <w:rPr>
      <w:b/>
      <w:bCs/>
      <w:smallCaps/>
      <w:spacing w:val="5"/>
    </w:rPr>
  </w:style>
  <w:style w:type="paragraph" w:styleId="aff">
    <w:name w:val="TOC Heading"/>
    <w:basedOn w:val="1"/>
    <w:next w:val="a1"/>
    <w:uiPriority w:val="39"/>
    <w:semiHidden/>
    <w:unhideWhenUsed/>
    <w:qFormat/>
    <w:rsid w:val="00FC693F"/>
    <w:pPr>
      <w:outlineLvl w:val="9"/>
    </w:pPr>
  </w:style>
  <w:style w:type="table" w:styleId="aff0">
    <w:name w:val="Table Grid"/>
    <w:basedOn w:val="a3"/>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aff1">
    <w:name w:val="Light Shading"/>
    <w:basedOn w:val="a3"/>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
    <w:name w:val="Light Shading Accent 1"/>
    <w:basedOn w:val="a3"/>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3"/>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
    <w:name w:val="Light Shading Accent 3"/>
    <w:basedOn w:val="a3"/>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
    <w:name w:val="Light Shading Accent 4"/>
    <w:basedOn w:val="a3"/>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
    <w:name w:val="Light Shading Accent 5"/>
    <w:basedOn w:val="a3"/>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
    <w:name w:val="Light Shading Accent 6"/>
    <w:basedOn w:val="a3"/>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f2">
    <w:name w:val="Light List"/>
    <w:basedOn w:val="a3"/>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3"/>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0">
    <w:name w:val="Light List Accent 2"/>
    <w:basedOn w:val="a3"/>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0">
    <w:name w:val="Light List Accent 3"/>
    <w:basedOn w:val="a3"/>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0">
    <w:name w:val="Light List Accent 4"/>
    <w:basedOn w:val="a3"/>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0">
    <w:name w:val="Light List Accent 5"/>
    <w:basedOn w:val="a3"/>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0">
    <w:name w:val="Light List Accent 6"/>
    <w:basedOn w:val="a3"/>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f3">
    <w:name w:val="Light Grid"/>
    <w:basedOn w:val="a3"/>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1">
    <w:name w:val="Light Grid Accent 1"/>
    <w:basedOn w:val="a3"/>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1">
    <w:name w:val="Light Grid Accent 2"/>
    <w:basedOn w:val="a3"/>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1">
    <w:name w:val="Light Grid Accent 3"/>
    <w:basedOn w:val="a3"/>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1">
    <w:name w:val="Light Grid Accent 4"/>
    <w:basedOn w:val="a3"/>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1">
    <w:name w:val="Light Grid Accent 5"/>
    <w:basedOn w:val="a3"/>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1">
    <w:name w:val="Light Grid Accent 6"/>
    <w:basedOn w:val="a3"/>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1">
    <w:name w:val="Medium Shading 1"/>
    <w:basedOn w:val="a3"/>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3"/>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
    <w:name w:val="Medium Shading 1 Accent 2"/>
    <w:basedOn w:val="a3"/>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
    <w:name w:val="Medium Shading 1 Accent 3"/>
    <w:basedOn w:val="a3"/>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
    <w:name w:val="Medium Shading 1 Accent 4"/>
    <w:basedOn w:val="a3"/>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3"/>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3"/>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9">
    <w:name w:val="Medium Shading 2"/>
    <w:basedOn w:val="a3"/>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3"/>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3"/>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3"/>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3"/>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3"/>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3"/>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2">
    <w:name w:val="Medium List 1"/>
    <w:basedOn w:val="a3"/>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3"/>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3"/>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3"/>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3"/>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3"/>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3"/>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a">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3">
    <w:name w:val="Medium Grid 1"/>
    <w:basedOn w:val="a3"/>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1">
    <w:name w:val="Medium Grid 1 Accent 1"/>
    <w:basedOn w:val="a3"/>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1">
    <w:name w:val="Medium Grid 1 Accent 2"/>
    <w:basedOn w:val="a3"/>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Medium Grid 1 Accent 3"/>
    <w:basedOn w:val="a3"/>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1">
    <w:name w:val="Medium Grid 1 Accent 4"/>
    <w:basedOn w:val="a3"/>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3"/>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3"/>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b">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21">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31">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41">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51">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61">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7">
    <w:name w:val="Medium Grid 3"/>
    <w:basedOn w:val="a3"/>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
    <w:name w:val="Medium Grid 3 Accent 1"/>
    <w:basedOn w:val="a3"/>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2">
    <w:name w:val="Medium Grid 3 Accent 2"/>
    <w:basedOn w:val="a3"/>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3">
    <w:name w:val="Medium Grid 3 Accent 3"/>
    <w:basedOn w:val="a3"/>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4">
    <w:name w:val="Medium Grid 3 Accent 4"/>
    <w:basedOn w:val="a3"/>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5">
    <w:name w:val="Medium Grid 3 Accent 5"/>
    <w:basedOn w:val="a3"/>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6">
    <w:name w:val="Medium Grid 3 Accent 6"/>
    <w:basedOn w:val="a3"/>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aff4">
    <w:name w:val="Dark List"/>
    <w:basedOn w:val="a3"/>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3"/>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2">
    <w:name w:val="Dark List Accent 2"/>
    <w:basedOn w:val="a3"/>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2">
    <w:name w:val="Dark List Accent 3"/>
    <w:basedOn w:val="a3"/>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2">
    <w:name w:val="Dark List Accent 4"/>
    <w:basedOn w:val="a3"/>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3"/>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3"/>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f5">
    <w:name w:val="Colorful Shading"/>
    <w:basedOn w:val="a3"/>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3">
    <w:name w:val="Colorful Shading Accent 1"/>
    <w:basedOn w:val="a3"/>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3">
    <w:name w:val="Colorful Shading Accent 2"/>
    <w:basedOn w:val="a3"/>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3"/>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3">
    <w:name w:val="Colorful Shading Accent 4"/>
    <w:basedOn w:val="a3"/>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3">
    <w:name w:val="Colorful Shading Accent 5"/>
    <w:basedOn w:val="a3"/>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3">
    <w:name w:val="Colorful Shading Accent 6"/>
    <w:basedOn w:val="a3"/>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f6">
    <w:name w:val="Colorful List"/>
    <w:basedOn w:val="a3"/>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4">
    <w:name w:val="Colorful List Accent 1"/>
    <w:basedOn w:val="a3"/>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4">
    <w:name w:val="Colorful List Accent 2"/>
    <w:basedOn w:val="a3"/>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4">
    <w:name w:val="Colorful List Accent 3"/>
    <w:basedOn w:val="a3"/>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4">
    <w:name w:val="Colorful List Accent 4"/>
    <w:basedOn w:val="a3"/>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4">
    <w:name w:val="Colorful List Accent 5"/>
    <w:basedOn w:val="a3"/>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4">
    <w:name w:val="Colorful List Accent 6"/>
    <w:basedOn w:val="a3"/>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f7">
    <w:name w:val="Colorful Grid"/>
    <w:basedOn w:val="a3"/>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5">
    <w:name w:val="Colorful Grid Accent 1"/>
    <w:basedOn w:val="a3"/>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5">
    <w:name w:val="Colorful Grid Accent 2"/>
    <w:basedOn w:val="a3"/>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5">
    <w:name w:val="Colorful Grid Accent 3"/>
    <w:basedOn w:val="a3"/>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5">
    <w:name w:val="Colorful Grid Accent 4"/>
    <w:basedOn w:val="a3"/>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5">
    <w:name w:val="Colorful Grid Accent 5"/>
    <w:basedOn w:val="a3"/>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5">
    <w:name w:val="Colorful Grid Accent 6"/>
    <w:basedOn w:val="a3"/>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aff8">
    <w:name w:val="Balloon Text"/>
    <w:basedOn w:val="a1"/>
    <w:link w:val="aff9"/>
    <w:uiPriority w:val="99"/>
    <w:semiHidden/>
    <w:unhideWhenUsed/>
    <w:rsid w:val="008139A8"/>
    <w:pPr>
      <w:spacing w:after="0" w:line="240" w:lineRule="auto"/>
    </w:pPr>
    <w:rPr>
      <w:rFonts w:ascii="Segoe UI" w:hAnsi="Segoe UI" w:cs="Segoe UI"/>
      <w:sz w:val="18"/>
      <w:szCs w:val="18"/>
    </w:rPr>
  </w:style>
  <w:style w:type="character" w:customStyle="1" w:styleId="aff9">
    <w:name w:val="Текст выноски Знак"/>
    <w:basedOn w:val="a2"/>
    <w:link w:val="aff8"/>
    <w:uiPriority w:val="99"/>
    <w:semiHidden/>
    <w:rsid w:val="008139A8"/>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A352CC2-D1B9-43FE-BFB9-B6B1210D4A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413</TotalTime>
  <Pages>28</Pages>
  <Words>6561</Words>
  <Characters>37402</Characters>
  <Application>Microsoft Office Word</Application>
  <DocSecurity>0</DocSecurity>
  <Lines>311</Lines>
  <Paragraphs>87</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Проект постановления — Предоставление выписки из реестра муниципального имущества</vt:lpstr>
      <vt:lpstr/>
    </vt:vector>
  </TitlesOfParts>
  <Manager/>
  <Company/>
  <LinksUpToDate>false</LinksUpToDate>
  <CharactersWithSpaces>43876</CharactersWithSpaces>
  <SharedDoc>false</SharedDoc>
  <HyperlinkBase/>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Проект постановления — Предоставление выписки из реестра муниципального имущества</dc:title>
  <dc:subject/>
  <dc:creator>Администрация Новоджерелиевского сельского поселения</dc:creator>
  <cp:keywords/>
  <dc:description>generated by python-docx</dc:description>
  <cp:lastModifiedBy>Пользователь Windows</cp:lastModifiedBy>
  <cp:revision>16</cp:revision>
  <cp:lastPrinted>2026-09-03T09:30:00Z</cp:lastPrinted>
  <dcterms:created xsi:type="dcterms:W3CDTF">2013-12-23T23:15:00Z</dcterms:created>
  <dcterms:modified xsi:type="dcterms:W3CDTF">2026-09-03T09:31:00Z</dcterms:modified>
  <cp:category/>
</cp:coreProperties>
</file>