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43B" w:rsidRPr="000F6EE0" w:rsidRDefault="000F6EE0">
      <w:pPr>
        <w:spacing w:after="0" w:line="240" w:lineRule="auto"/>
        <w:jc w:val="right"/>
        <w:rPr>
          <w:lang w:val="ru-RU"/>
        </w:rPr>
      </w:pPr>
      <w:r w:rsidRPr="000F6EE0">
        <w:rPr>
          <w:rFonts w:eastAsia="Times New Roman"/>
          <w:b/>
          <w:lang w:val="ru-RU"/>
        </w:rPr>
        <w:t>ПРОЕКТ</w:t>
      </w:r>
    </w:p>
    <w:p w:rsidR="0047343B" w:rsidRPr="000F6EE0" w:rsidRDefault="000F6EE0">
      <w:pPr>
        <w:keepNext/>
        <w:spacing w:after="0" w:line="240" w:lineRule="auto"/>
        <w:jc w:val="center"/>
        <w:rPr>
          <w:lang w:val="ru-RU"/>
        </w:rPr>
      </w:pPr>
      <w:r w:rsidRPr="000F6EE0">
        <w:rPr>
          <w:rFonts w:eastAsia="Times New Roman"/>
          <w:b/>
          <w:lang w:val="ru-RU"/>
        </w:rPr>
        <w:t>АДМИНИСТРАЦИЯ</w:t>
      </w:r>
    </w:p>
    <w:p w:rsidR="0047343B" w:rsidRPr="000F6EE0" w:rsidRDefault="000F6EE0">
      <w:pPr>
        <w:keepNext/>
        <w:spacing w:after="0" w:line="240" w:lineRule="auto"/>
        <w:jc w:val="center"/>
        <w:rPr>
          <w:lang w:val="ru-RU"/>
        </w:rPr>
      </w:pPr>
      <w:r w:rsidRPr="000F6EE0">
        <w:rPr>
          <w:rFonts w:eastAsia="Times New Roman"/>
          <w:b/>
          <w:lang w:val="ru-RU"/>
        </w:rPr>
        <w:t>НОВОДЖЕРЕЛИЕВСКОГО СЕЛЬСКОГО ПОСЕЛЕНИЯ</w:t>
      </w:r>
    </w:p>
    <w:p w:rsidR="0047343B" w:rsidRPr="000F6EE0" w:rsidRDefault="000F6EE0">
      <w:pPr>
        <w:keepNext/>
        <w:spacing w:after="0" w:line="240" w:lineRule="auto"/>
        <w:jc w:val="center"/>
        <w:rPr>
          <w:lang w:val="ru-RU"/>
        </w:rPr>
      </w:pPr>
      <w:r w:rsidRPr="000F6EE0">
        <w:rPr>
          <w:rFonts w:eastAsia="Times New Roman"/>
          <w:b/>
          <w:lang w:val="ru-RU"/>
        </w:rPr>
        <w:t>БРЮХОВЕЦКОГО МУНИЦИПАЛЬНОГО РАЙОНА</w:t>
      </w:r>
    </w:p>
    <w:p w:rsidR="0047343B" w:rsidRPr="00B87CC8" w:rsidRDefault="000F6EE0">
      <w:pPr>
        <w:keepNext/>
        <w:spacing w:after="0" w:line="240" w:lineRule="auto"/>
        <w:jc w:val="center"/>
        <w:rPr>
          <w:lang w:val="ru-RU"/>
        </w:rPr>
      </w:pPr>
      <w:r w:rsidRPr="00B87CC8">
        <w:rPr>
          <w:rFonts w:eastAsia="Times New Roman"/>
          <w:b/>
          <w:lang w:val="ru-RU"/>
        </w:rPr>
        <w:t>КРАСНОДАРСКОГО КРАЯ</w:t>
      </w:r>
    </w:p>
    <w:p w:rsidR="000F6EE0" w:rsidRPr="00B87CC8" w:rsidRDefault="000F6EE0" w:rsidP="000F6EE0">
      <w:pPr>
        <w:keepNext/>
        <w:spacing w:after="0" w:line="240" w:lineRule="auto"/>
        <w:jc w:val="center"/>
        <w:rPr>
          <w:rFonts w:eastAsia="Times New Roman"/>
          <w:b/>
          <w:sz w:val="32"/>
          <w:lang w:val="ru-RU"/>
        </w:rPr>
      </w:pPr>
    </w:p>
    <w:p w:rsidR="0047343B" w:rsidRPr="00B87CC8" w:rsidRDefault="000F6EE0" w:rsidP="000F6EE0">
      <w:pPr>
        <w:keepNext/>
        <w:spacing w:after="0" w:line="240" w:lineRule="auto"/>
        <w:jc w:val="center"/>
        <w:rPr>
          <w:lang w:val="ru-RU"/>
        </w:rPr>
      </w:pPr>
      <w:r w:rsidRPr="00B87CC8">
        <w:rPr>
          <w:rFonts w:eastAsia="Times New Roman"/>
          <w:b/>
          <w:sz w:val="32"/>
          <w:lang w:val="ru-RU"/>
        </w:rPr>
        <w:t>ПОСТАНОВЛЕНИЕ</w:t>
      </w:r>
    </w:p>
    <w:p w:rsidR="0047343B" w:rsidRPr="00B87CC8" w:rsidRDefault="000F6EE0" w:rsidP="000F6EE0">
      <w:pPr>
        <w:spacing w:after="0" w:line="240" w:lineRule="auto"/>
        <w:rPr>
          <w:lang w:val="ru-RU"/>
        </w:rPr>
      </w:pPr>
      <w:r w:rsidRPr="00B87CC8">
        <w:rPr>
          <w:rFonts w:eastAsia="Times New Roman"/>
          <w:lang w:val="ru-RU"/>
        </w:rPr>
        <w:t xml:space="preserve">от _____________                      </w:t>
      </w:r>
      <w:r>
        <w:rPr>
          <w:rFonts w:eastAsia="Times New Roman"/>
          <w:lang w:val="ru-RU"/>
        </w:rPr>
        <w:t xml:space="preserve">                                                        </w:t>
      </w:r>
      <w:r w:rsidRPr="00B87CC8">
        <w:rPr>
          <w:rFonts w:eastAsia="Times New Roman"/>
          <w:lang w:val="ru-RU"/>
        </w:rPr>
        <w:t xml:space="preserve">                № ______</w:t>
      </w:r>
    </w:p>
    <w:p w:rsidR="0047343B" w:rsidRDefault="000F6EE0" w:rsidP="000F6EE0">
      <w:pPr>
        <w:spacing w:after="0" w:line="240" w:lineRule="auto"/>
        <w:jc w:val="center"/>
        <w:rPr>
          <w:rFonts w:eastAsia="Times New Roman"/>
          <w:sz w:val="24"/>
          <w:szCs w:val="24"/>
          <w:lang w:val="ru-RU"/>
        </w:rPr>
      </w:pPr>
      <w:r w:rsidRPr="000F6EE0">
        <w:rPr>
          <w:rFonts w:eastAsia="Times New Roman"/>
          <w:sz w:val="24"/>
          <w:szCs w:val="24"/>
          <w:lang w:val="ru-RU"/>
        </w:rPr>
        <w:t>ст-ца Новоджерелиевская</w:t>
      </w:r>
    </w:p>
    <w:p w:rsidR="000F6EE0" w:rsidRDefault="000F6EE0" w:rsidP="000F6EE0">
      <w:pPr>
        <w:spacing w:after="0" w:line="240" w:lineRule="auto"/>
        <w:jc w:val="center"/>
        <w:rPr>
          <w:rFonts w:eastAsia="Times New Roman"/>
          <w:sz w:val="24"/>
          <w:szCs w:val="24"/>
          <w:lang w:val="ru-RU"/>
        </w:rPr>
      </w:pPr>
    </w:p>
    <w:p w:rsidR="000F6EE0" w:rsidRPr="000F6EE0" w:rsidRDefault="000F6EE0" w:rsidP="000F6EE0">
      <w:pPr>
        <w:spacing w:after="0" w:line="240" w:lineRule="auto"/>
        <w:jc w:val="center"/>
        <w:rPr>
          <w:sz w:val="24"/>
          <w:szCs w:val="24"/>
          <w:lang w:val="ru-RU"/>
        </w:rPr>
      </w:pPr>
    </w:p>
    <w:p w:rsidR="0047343B" w:rsidRDefault="000F6EE0" w:rsidP="000F6EE0">
      <w:pPr>
        <w:keepNext/>
        <w:spacing w:after="0" w:line="240" w:lineRule="auto"/>
        <w:jc w:val="center"/>
        <w:rPr>
          <w:rFonts w:eastAsia="Times New Roman"/>
          <w:b/>
          <w:lang w:val="ru-RU"/>
        </w:rPr>
      </w:pPr>
      <w:r w:rsidRPr="000F6EE0">
        <w:rPr>
          <w:rFonts w:eastAsia="Times New Roman"/>
          <w:b/>
          <w:lang w:val="ru-RU"/>
        </w:rPr>
        <w:t>Об утверждении административного регламента предоставления муниципальной услуги «Выдача порубочного билета»</w:t>
      </w:r>
    </w:p>
    <w:p w:rsidR="000F6EE0" w:rsidRDefault="000F6EE0" w:rsidP="000F6EE0">
      <w:pPr>
        <w:keepNext/>
        <w:spacing w:after="0" w:line="240" w:lineRule="auto"/>
        <w:jc w:val="center"/>
        <w:rPr>
          <w:rFonts w:eastAsia="Times New Roman"/>
          <w:b/>
          <w:lang w:val="ru-RU"/>
        </w:rPr>
      </w:pPr>
    </w:p>
    <w:p w:rsidR="000F6EE0" w:rsidRDefault="000F6EE0" w:rsidP="000F6EE0">
      <w:pPr>
        <w:keepNext/>
        <w:spacing w:after="0" w:line="240" w:lineRule="auto"/>
        <w:jc w:val="center"/>
        <w:rPr>
          <w:rFonts w:eastAsia="Times New Roman"/>
          <w:b/>
          <w:lang w:val="ru-RU"/>
        </w:rPr>
      </w:pPr>
    </w:p>
    <w:p w:rsidR="000F6EE0" w:rsidRPr="000F6EE0" w:rsidRDefault="000F6EE0" w:rsidP="000F6EE0">
      <w:pPr>
        <w:keepNext/>
        <w:spacing w:after="0" w:line="240" w:lineRule="auto"/>
        <w:jc w:val="center"/>
        <w:rPr>
          <w:lang w:val="ru-RU"/>
        </w:rPr>
      </w:pPr>
    </w:p>
    <w:p w:rsidR="0047343B" w:rsidRPr="000F6EE0" w:rsidRDefault="000F6EE0">
      <w:pPr>
        <w:spacing w:after="0" w:line="240" w:lineRule="auto"/>
        <w:ind w:firstLine="709"/>
        <w:jc w:val="both"/>
        <w:rPr>
          <w:lang w:val="ru-RU"/>
        </w:rPr>
      </w:pPr>
      <w:r w:rsidRPr="000F6EE0">
        <w:rPr>
          <w:rFonts w:eastAsia="Times New Roman"/>
          <w:lang w:val="ru-RU"/>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Новоджерелиевского сельского поселения Брюховецкого муниципального района Краснодарского края от 4 августа 2026 года № 130 «Об утверждении Порядка разработки и утверждения административных регламентов предоставления муниципальных услуг администрацией Новоджерелиевского сельского поселения Брюховецкого муниципального района Краснодарского края», постановляю:</w:t>
      </w:r>
    </w:p>
    <w:p w:rsidR="0047343B" w:rsidRPr="000F6EE0" w:rsidRDefault="000F6EE0">
      <w:pPr>
        <w:spacing w:after="0" w:line="240" w:lineRule="auto"/>
        <w:ind w:firstLine="709"/>
        <w:jc w:val="both"/>
        <w:rPr>
          <w:lang w:val="ru-RU"/>
        </w:rPr>
      </w:pPr>
      <w:r w:rsidRPr="000F6EE0">
        <w:rPr>
          <w:rFonts w:eastAsia="Times New Roman"/>
          <w:lang w:val="ru-RU"/>
        </w:rPr>
        <w:t xml:space="preserve">1. Утвердить административный регламент предоставления муниципальной услуги </w:t>
      </w:r>
      <w:r>
        <w:rPr>
          <w:rFonts w:eastAsia="Times New Roman"/>
          <w:lang w:val="ru-RU"/>
        </w:rPr>
        <w:t>«</w:t>
      </w:r>
      <w:r w:rsidRPr="000F6EE0">
        <w:rPr>
          <w:rFonts w:eastAsia="Times New Roman"/>
          <w:lang w:val="ru-RU"/>
        </w:rPr>
        <w:t>Выдача порубочного билета</w:t>
      </w:r>
      <w:r>
        <w:rPr>
          <w:rFonts w:eastAsia="Times New Roman"/>
          <w:lang w:val="ru-RU"/>
        </w:rPr>
        <w:t>»</w:t>
      </w:r>
      <w:r w:rsidRPr="000F6EE0">
        <w:rPr>
          <w:rFonts w:eastAsia="Times New Roman"/>
          <w:lang w:val="ru-RU"/>
        </w:rPr>
        <w:t>, согласно приложению к настоящему постановлению</w:t>
      </w:r>
      <w:r>
        <w:rPr>
          <w:rFonts w:eastAsia="Times New Roman"/>
          <w:lang w:val="ru-RU"/>
        </w:rPr>
        <w:t xml:space="preserve"> (прилагается)</w:t>
      </w:r>
      <w:r w:rsidRPr="000F6EE0">
        <w:rPr>
          <w:rFonts w:eastAsia="Times New Roman"/>
          <w:lang w:val="ru-RU"/>
        </w:rPr>
        <w:t>.</w:t>
      </w:r>
    </w:p>
    <w:p w:rsidR="002355A1" w:rsidRDefault="000F6EE0">
      <w:pPr>
        <w:spacing w:after="0" w:line="240" w:lineRule="auto"/>
        <w:ind w:firstLine="709"/>
        <w:jc w:val="both"/>
        <w:rPr>
          <w:rFonts w:eastAsia="Times New Roman"/>
          <w:lang w:val="ru-RU"/>
        </w:rPr>
      </w:pPr>
      <w:r w:rsidRPr="000F6EE0">
        <w:rPr>
          <w:rFonts w:eastAsia="Times New Roman"/>
          <w:lang w:val="ru-RU"/>
        </w:rPr>
        <w:t>2. Признать утратившим</w:t>
      </w:r>
      <w:r w:rsidR="002355A1">
        <w:rPr>
          <w:rFonts w:eastAsia="Times New Roman"/>
          <w:lang w:val="ru-RU"/>
        </w:rPr>
        <w:t>и</w:t>
      </w:r>
      <w:r w:rsidRPr="000F6EE0">
        <w:rPr>
          <w:rFonts w:eastAsia="Times New Roman"/>
          <w:lang w:val="ru-RU"/>
        </w:rPr>
        <w:t xml:space="preserve"> силу</w:t>
      </w:r>
      <w:r w:rsidR="002355A1">
        <w:rPr>
          <w:rFonts w:eastAsia="Times New Roman"/>
          <w:lang w:val="ru-RU"/>
        </w:rPr>
        <w:t>:</w:t>
      </w:r>
    </w:p>
    <w:p w:rsidR="0047343B" w:rsidRDefault="002355A1">
      <w:pPr>
        <w:spacing w:after="0" w:line="240" w:lineRule="auto"/>
        <w:ind w:firstLine="709"/>
        <w:jc w:val="both"/>
        <w:rPr>
          <w:rFonts w:eastAsia="Times New Roman"/>
          <w:lang w:val="ru-RU"/>
        </w:rPr>
      </w:pPr>
      <w:r>
        <w:rPr>
          <w:rFonts w:eastAsia="Times New Roman"/>
          <w:lang w:val="ru-RU"/>
        </w:rPr>
        <w:t>1)</w:t>
      </w:r>
      <w:r w:rsidR="000F6EE0" w:rsidRPr="000F6EE0">
        <w:rPr>
          <w:rFonts w:eastAsia="Times New Roman"/>
          <w:lang w:val="ru-RU"/>
        </w:rPr>
        <w:t xml:space="preserve"> постановление администрации Новоджерелиевского сельского поселения Брюховецкого района </w:t>
      </w:r>
      <w:r>
        <w:rPr>
          <w:rFonts w:eastAsia="Times New Roman"/>
          <w:lang w:val="ru-RU"/>
        </w:rPr>
        <w:t xml:space="preserve">от 12 февраля 2016 года № 48 </w:t>
      </w:r>
      <w:r w:rsidR="000F6EE0" w:rsidRPr="000F6EE0">
        <w:rPr>
          <w:rFonts w:eastAsia="Times New Roman"/>
          <w:lang w:val="ru-RU"/>
        </w:rPr>
        <w:t>«Об утверждении административного регламента предоставления муниципальной услуги «Выдача порубочного билета</w:t>
      </w:r>
      <w:r>
        <w:rPr>
          <w:rFonts w:eastAsia="Times New Roman"/>
          <w:lang w:val="ru-RU"/>
        </w:rPr>
        <w:t xml:space="preserve"> на территории муниципального образования</w:t>
      </w:r>
      <w:r w:rsidR="000F6EE0" w:rsidRPr="000F6EE0">
        <w:rPr>
          <w:rFonts w:eastAsia="Times New Roman"/>
          <w:lang w:val="ru-RU"/>
        </w:rPr>
        <w:t>»</w:t>
      </w:r>
      <w:r>
        <w:rPr>
          <w:rFonts w:eastAsia="Times New Roman"/>
          <w:lang w:val="ru-RU"/>
        </w:rPr>
        <w:t>;</w:t>
      </w:r>
    </w:p>
    <w:p w:rsidR="002355A1" w:rsidRPr="002355A1" w:rsidRDefault="002355A1" w:rsidP="002355A1">
      <w:pPr>
        <w:spacing w:after="0" w:line="240" w:lineRule="auto"/>
        <w:ind w:firstLine="567"/>
        <w:jc w:val="both"/>
        <w:rPr>
          <w:lang w:val="ru-RU"/>
        </w:rPr>
      </w:pPr>
      <w:r w:rsidRPr="002355A1">
        <w:rPr>
          <w:rFonts w:eastAsia="Times New Roman"/>
          <w:lang w:val="ru-RU"/>
        </w:rPr>
        <w:t>2) постановление администрации Новоджерелиевского сельского поселения Брюховецкого района от 25 декабря 2017 года № 206 «</w:t>
      </w:r>
      <w:r w:rsidRPr="002355A1">
        <w:rPr>
          <w:lang w:val="ru-RU"/>
        </w:rPr>
        <w:t xml:space="preserve">О внесении изменения в постановление администрации </w:t>
      </w:r>
      <w:r w:rsidRPr="002355A1">
        <w:rPr>
          <w:lang w:val="ru-RU" w:eastAsia="ar-SA"/>
        </w:rPr>
        <w:t xml:space="preserve">Новоджерелиевского сельского поселения </w:t>
      </w:r>
      <w:r w:rsidRPr="002355A1">
        <w:rPr>
          <w:lang w:val="ru-RU" w:eastAsia="ar-SA"/>
        </w:rPr>
        <w:lastRenderedPageBreak/>
        <w:t>Брюховецкого района от 12 февраля 2016 года № 48 «</w:t>
      </w:r>
      <w:r w:rsidRPr="002355A1">
        <w:rPr>
          <w:lang w:val="ru-RU"/>
        </w:rPr>
        <w:t>Об утверждении административного регламента предоставления муниципальной услуги «</w:t>
      </w:r>
      <w:r w:rsidRPr="002355A1">
        <w:rPr>
          <w:bCs/>
          <w:lang w:val="ru-RU"/>
        </w:rPr>
        <w:t xml:space="preserve">Выдача порубочного билета </w:t>
      </w:r>
      <w:r w:rsidRPr="002355A1">
        <w:rPr>
          <w:bCs/>
          <w:color w:val="000000"/>
          <w:lang w:val="ru-RU"/>
        </w:rPr>
        <w:t>на территории муниципального образования</w:t>
      </w:r>
      <w:r w:rsidRPr="002355A1">
        <w:rPr>
          <w:lang w:val="ru-RU"/>
        </w:rPr>
        <w:t>»</w:t>
      </w:r>
      <w:r w:rsidR="003D1B10">
        <w:rPr>
          <w:lang w:val="ru-RU"/>
        </w:rPr>
        <w:t>.</w:t>
      </w:r>
    </w:p>
    <w:p w:rsidR="0047343B" w:rsidRPr="000F6EE0" w:rsidRDefault="000F6EE0">
      <w:pPr>
        <w:spacing w:after="0" w:line="240" w:lineRule="auto"/>
        <w:ind w:firstLine="709"/>
        <w:jc w:val="both"/>
        <w:rPr>
          <w:lang w:val="ru-RU"/>
        </w:rPr>
      </w:pPr>
      <w:r w:rsidRPr="000F6EE0">
        <w:rPr>
          <w:rFonts w:eastAsia="Times New Roman"/>
          <w:lang w:val="ru-RU"/>
        </w:rPr>
        <w:t>3. Главному специалисту администрации Новоджерелиевского сельского поселения Брюховецкого муниципального района Краснодарского края Г.Б.</w:t>
      </w:r>
      <w:r w:rsidR="003D1B10">
        <w:rPr>
          <w:rFonts w:eastAsia="Times New Roman"/>
          <w:lang w:val="ru-RU"/>
        </w:rPr>
        <w:t> </w:t>
      </w:r>
      <w:r w:rsidRPr="000F6EE0">
        <w:rPr>
          <w:rFonts w:eastAsia="Times New Roman"/>
          <w:lang w:val="ru-RU"/>
        </w:rPr>
        <w:t>Вельян обеспечить размещение (опубликование) настоящего постановления на официальном сайте администрации в информационно-телекоммуникационной сети «Интернет» и в сетевом издании «ВЕСТНИК-ИНФО».</w:t>
      </w:r>
    </w:p>
    <w:p w:rsidR="0047343B" w:rsidRPr="000F6EE0" w:rsidRDefault="000F6EE0">
      <w:pPr>
        <w:spacing w:after="0" w:line="240" w:lineRule="auto"/>
        <w:ind w:firstLine="709"/>
        <w:jc w:val="both"/>
        <w:rPr>
          <w:lang w:val="ru-RU"/>
        </w:rPr>
      </w:pPr>
      <w:r w:rsidRPr="000F6EE0">
        <w:rPr>
          <w:rFonts w:eastAsia="Times New Roman"/>
          <w:lang w:val="ru-RU"/>
        </w:rPr>
        <w:t xml:space="preserve">4. Постановление вступает в силу со дня его официального </w:t>
      </w:r>
      <w:r w:rsidR="003D1B10">
        <w:rPr>
          <w:rFonts w:eastAsia="Times New Roman"/>
          <w:lang w:val="ru-RU"/>
        </w:rPr>
        <w:t>опубликования</w:t>
      </w:r>
      <w:r w:rsidRPr="000F6EE0">
        <w:rPr>
          <w:rFonts w:eastAsia="Times New Roman"/>
          <w:lang w:val="ru-RU"/>
        </w:rPr>
        <w:t>.</w:t>
      </w:r>
    </w:p>
    <w:p w:rsidR="003D1B10" w:rsidRDefault="003D1B10">
      <w:pPr>
        <w:spacing w:after="0" w:line="240" w:lineRule="auto"/>
        <w:rPr>
          <w:rFonts w:eastAsia="Times New Roman"/>
          <w:lang w:val="ru-RU"/>
        </w:rPr>
      </w:pPr>
    </w:p>
    <w:p w:rsidR="003D1B10" w:rsidRDefault="003D1B10">
      <w:pPr>
        <w:spacing w:after="0" w:line="240" w:lineRule="auto"/>
        <w:rPr>
          <w:rFonts w:eastAsia="Times New Roman"/>
          <w:lang w:val="ru-RU"/>
        </w:rPr>
      </w:pPr>
    </w:p>
    <w:p w:rsidR="003D1B10" w:rsidRDefault="003D1B10">
      <w:pPr>
        <w:spacing w:after="0" w:line="240" w:lineRule="auto"/>
        <w:rPr>
          <w:rFonts w:eastAsia="Times New Roman"/>
          <w:lang w:val="ru-RU"/>
        </w:rPr>
      </w:pPr>
    </w:p>
    <w:p w:rsidR="0047343B" w:rsidRPr="000F6EE0" w:rsidRDefault="000F6EE0">
      <w:pPr>
        <w:spacing w:after="0" w:line="240" w:lineRule="auto"/>
        <w:rPr>
          <w:lang w:val="ru-RU"/>
        </w:rPr>
      </w:pPr>
      <w:r w:rsidRPr="000F6EE0">
        <w:rPr>
          <w:rFonts w:eastAsia="Times New Roman"/>
          <w:lang w:val="ru-RU"/>
        </w:rPr>
        <w:t>Глава</w:t>
      </w:r>
      <w:r w:rsidR="003D1B10">
        <w:rPr>
          <w:rFonts w:eastAsia="Times New Roman"/>
          <w:lang w:val="ru-RU"/>
        </w:rPr>
        <w:t xml:space="preserve"> </w:t>
      </w:r>
      <w:r w:rsidRPr="000F6EE0">
        <w:rPr>
          <w:rFonts w:eastAsia="Times New Roman"/>
          <w:lang w:val="ru-RU"/>
        </w:rPr>
        <w:t>Новоджерелиевского сельского поселения</w:t>
      </w:r>
    </w:p>
    <w:p w:rsidR="003D1B10" w:rsidRDefault="000F6EE0">
      <w:pPr>
        <w:spacing w:after="0" w:line="240" w:lineRule="auto"/>
        <w:rPr>
          <w:rFonts w:eastAsia="Times New Roman"/>
          <w:lang w:val="ru-RU"/>
        </w:rPr>
      </w:pPr>
      <w:r w:rsidRPr="000F6EE0">
        <w:rPr>
          <w:rFonts w:eastAsia="Times New Roman"/>
          <w:lang w:val="ru-RU"/>
        </w:rPr>
        <w:t>Брюховецкого муниципального района</w:t>
      </w:r>
    </w:p>
    <w:p w:rsidR="00F55E6E" w:rsidRDefault="000F6EE0">
      <w:pPr>
        <w:spacing w:after="0" w:line="240" w:lineRule="auto"/>
        <w:rPr>
          <w:rFonts w:eastAsia="Times New Roman"/>
          <w:lang w:val="ru-RU"/>
        </w:rPr>
        <w:sectPr w:rsidR="00F55E6E" w:rsidSect="00F55E6E">
          <w:headerReference w:type="default" r:id="rId8"/>
          <w:footerReference w:type="default" r:id="rId9"/>
          <w:pgSz w:w="12240" w:h="15840"/>
          <w:pgMar w:top="1134" w:right="567" w:bottom="1134" w:left="1701" w:header="709" w:footer="709" w:gutter="0"/>
          <w:pgNumType w:start="1"/>
          <w:cols w:space="720"/>
          <w:titlePg/>
          <w:docGrid w:linePitch="381"/>
        </w:sectPr>
      </w:pPr>
      <w:r w:rsidRPr="000F6EE0">
        <w:rPr>
          <w:rFonts w:eastAsia="Times New Roman"/>
          <w:lang w:val="ru-RU"/>
        </w:rPr>
        <w:t>Краснодарского края</w:t>
      </w:r>
      <w:r w:rsidR="003D1B10">
        <w:rPr>
          <w:rFonts w:eastAsia="Times New Roman"/>
          <w:lang w:val="ru-RU"/>
        </w:rPr>
        <w:t xml:space="preserve">                                                                                 О.В. Ткаченко</w:t>
      </w:r>
    </w:p>
    <w:p w:rsidR="0047343B" w:rsidRPr="000F6EE0" w:rsidRDefault="003D1B10" w:rsidP="003D1B10">
      <w:pPr>
        <w:keepNext/>
        <w:pageBreakBefore/>
        <w:spacing w:after="0" w:line="240" w:lineRule="auto"/>
        <w:ind w:left="5102"/>
        <w:rPr>
          <w:lang w:val="ru-RU"/>
        </w:rPr>
      </w:pPr>
      <w:r w:rsidRPr="000F6EE0">
        <w:rPr>
          <w:rFonts w:eastAsia="Times New Roman"/>
          <w:lang w:val="ru-RU"/>
        </w:rPr>
        <w:lastRenderedPageBreak/>
        <w:t>ПРИЛОЖЕНИЕ</w:t>
      </w:r>
    </w:p>
    <w:p w:rsidR="0047343B" w:rsidRPr="000F6EE0" w:rsidRDefault="000F6EE0">
      <w:pPr>
        <w:keepNext/>
        <w:spacing w:after="0" w:line="240" w:lineRule="auto"/>
        <w:ind w:left="5102"/>
        <w:rPr>
          <w:lang w:val="ru-RU"/>
        </w:rPr>
      </w:pPr>
      <w:r w:rsidRPr="000F6EE0">
        <w:rPr>
          <w:rFonts w:eastAsia="Times New Roman"/>
          <w:lang w:val="ru-RU"/>
        </w:rPr>
        <w:t>к постановлению администрации</w:t>
      </w:r>
    </w:p>
    <w:p w:rsidR="003D1B10" w:rsidRDefault="000F6EE0">
      <w:pPr>
        <w:keepNext/>
        <w:spacing w:after="0" w:line="240" w:lineRule="auto"/>
        <w:ind w:left="5102"/>
        <w:rPr>
          <w:rFonts w:eastAsia="Times New Roman"/>
          <w:lang w:val="ru-RU"/>
        </w:rPr>
      </w:pPr>
      <w:r w:rsidRPr="000F6EE0">
        <w:rPr>
          <w:rFonts w:eastAsia="Times New Roman"/>
          <w:lang w:val="ru-RU"/>
        </w:rPr>
        <w:t xml:space="preserve">Новоджерелиевского </w:t>
      </w:r>
    </w:p>
    <w:p w:rsidR="0047343B" w:rsidRPr="000F6EE0" w:rsidRDefault="000F6EE0">
      <w:pPr>
        <w:keepNext/>
        <w:spacing w:after="0" w:line="240" w:lineRule="auto"/>
        <w:ind w:left="5102"/>
        <w:rPr>
          <w:lang w:val="ru-RU"/>
        </w:rPr>
      </w:pPr>
      <w:r w:rsidRPr="000F6EE0">
        <w:rPr>
          <w:rFonts w:eastAsia="Times New Roman"/>
          <w:lang w:val="ru-RU"/>
        </w:rPr>
        <w:t>сельского поселения</w:t>
      </w:r>
    </w:p>
    <w:p w:rsidR="0047343B" w:rsidRPr="000F6EE0" w:rsidRDefault="000F6EE0">
      <w:pPr>
        <w:keepNext/>
        <w:spacing w:after="0" w:line="240" w:lineRule="auto"/>
        <w:ind w:left="5102"/>
        <w:rPr>
          <w:lang w:val="ru-RU"/>
        </w:rPr>
      </w:pPr>
      <w:r w:rsidRPr="000F6EE0">
        <w:rPr>
          <w:rFonts w:eastAsia="Times New Roman"/>
          <w:lang w:val="ru-RU"/>
        </w:rPr>
        <w:t>Брюховецкого муниципального района Краснодарского края</w:t>
      </w:r>
    </w:p>
    <w:p w:rsidR="0047343B" w:rsidRPr="000F6EE0" w:rsidRDefault="000F6EE0">
      <w:pPr>
        <w:keepNext/>
        <w:spacing w:after="0" w:line="240" w:lineRule="auto"/>
        <w:ind w:left="5102"/>
        <w:rPr>
          <w:lang w:val="ru-RU"/>
        </w:rPr>
      </w:pPr>
      <w:r w:rsidRPr="000F6EE0">
        <w:rPr>
          <w:rFonts w:eastAsia="Times New Roman"/>
          <w:lang w:val="ru-RU"/>
        </w:rPr>
        <w:t>от _____________ № ______</w:t>
      </w:r>
    </w:p>
    <w:p w:rsidR="003D1B10" w:rsidRDefault="003D1B10">
      <w:pPr>
        <w:pStyle w:val="RegTitle"/>
        <w:keepNext/>
        <w:spacing w:after="0" w:line="240" w:lineRule="auto"/>
        <w:jc w:val="center"/>
        <w:rPr>
          <w:rFonts w:eastAsia="Times New Roman"/>
          <w:lang w:val="ru-RU"/>
        </w:rPr>
      </w:pPr>
    </w:p>
    <w:p w:rsidR="003D1B10" w:rsidRDefault="003D1B10" w:rsidP="003D1B10">
      <w:pPr>
        <w:pStyle w:val="RegTitle"/>
        <w:keepNext/>
        <w:spacing w:after="0" w:line="240" w:lineRule="auto"/>
        <w:jc w:val="center"/>
        <w:rPr>
          <w:rFonts w:eastAsia="Times New Roman"/>
          <w:lang w:val="ru-RU"/>
        </w:rPr>
      </w:pPr>
    </w:p>
    <w:p w:rsidR="0047343B" w:rsidRPr="000F6EE0" w:rsidRDefault="000F6EE0" w:rsidP="003D1B10">
      <w:pPr>
        <w:pStyle w:val="RegTitle"/>
        <w:keepNext/>
        <w:spacing w:after="0" w:line="240" w:lineRule="auto"/>
        <w:jc w:val="center"/>
        <w:rPr>
          <w:lang w:val="ru-RU"/>
        </w:rPr>
      </w:pPr>
      <w:r w:rsidRPr="000F6EE0">
        <w:rPr>
          <w:rFonts w:eastAsia="Times New Roman"/>
          <w:lang w:val="ru-RU"/>
        </w:rPr>
        <w:t>АДМИНИСТРАТИВНЫЙ РЕГЛАМЕНТ</w:t>
      </w:r>
    </w:p>
    <w:p w:rsidR="0047343B" w:rsidRPr="000F6EE0" w:rsidRDefault="003D1B10" w:rsidP="003D1B10">
      <w:pPr>
        <w:keepNext/>
        <w:spacing w:after="0" w:line="240" w:lineRule="auto"/>
        <w:jc w:val="center"/>
        <w:rPr>
          <w:lang w:val="ru-RU"/>
        </w:rPr>
      </w:pPr>
      <w:r w:rsidRPr="000F6EE0">
        <w:rPr>
          <w:rFonts w:eastAsia="Times New Roman"/>
          <w:b/>
          <w:lang w:val="ru-RU"/>
        </w:rPr>
        <w:t xml:space="preserve">предоставления </w:t>
      </w:r>
      <w:r>
        <w:rPr>
          <w:rFonts w:eastAsia="Times New Roman"/>
          <w:b/>
          <w:lang w:val="ru-RU"/>
        </w:rPr>
        <w:t xml:space="preserve">администрацией Новоджерелиевского сельского поселения Брюховецкого муниципального района Краснодарского края </w:t>
      </w:r>
      <w:r w:rsidR="000F6EE0" w:rsidRPr="000F6EE0">
        <w:rPr>
          <w:rFonts w:eastAsia="Times New Roman"/>
          <w:b/>
          <w:lang w:val="ru-RU"/>
        </w:rPr>
        <w:t>муниципальной</w:t>
      </w:r>
      <w:r>
        <w:rPr>
          <w:rFonts w:eastAsia="Times New Roman"/>
          <w:b/>
          <w:lang w:val="ru-RU"/>
        </w:rPr>
        <w:t xml:space="preserve"> </w:t>
      </w:r>
      <w:r w:rsidR="000F6EE0" w:rsidRPr="000F6EE0">
        <w:rPr>
          <w:rFonts w:eastAsia="Times New Roman"/>
          <w:b/>
          <w:lang w:val="ru-RU"/>
        </w:rPr>
        <w:t>услуги</w:t>
      </w:r>
      <w:r>
        <w:rPr>
          <w:rFonts w:eastAsia="Times New Roman"/>
          <w:b/>
          <w:lang w:val="ru-RU"/>
        </w:rPr>
        <w:t xml:space="preserve"> «</w:t>
      </w:r>
      <w:r w:rsidR="000F6EE0" w:rsidRPr="000F6EE0">
        <w:rPr>
          <w:rFonts w:eastAsia="Times New Roman"/>
          <w:b/>
          <w:lang w:val="ru-RU"/>
        </w:rPr>
        <w:t>Выдача порубочного билета</w:t>
      </w:r>
      <w:r>
        <w:rPr>
          <w:rFonts w:eastAsia="Times New Roman"/>
          <w:b/>
          <w:lang w:val="ru-RU"/>
        </w:rPr>
        <w:t>»</w:t>
      </w:r>
    </w:p>
    <w:p w:rsidR="003D1B10" w:rsidRDefault="003D1B10" w:rsidP="003D1B10">
      <w:pPr>
        <w:pStyle w:val="RegSection"/>
        <w:keepNext/>
        <w:spacing w:after="0" w:line="240" w:lineRule="auto"/>
        <w:jc w:val="center"/>
        <w:rPr>
          <w:rFonts w:eastAsia="Times New Roman"/>
          <w:sz w:val="28"/>
          <w:lang w:val="ru-RU"/>
        </w:rPr>
      </w:pPr>
    </w:p>
    <w:p w:rsidR="0047343B" w:rsidRPr="000F6EE0" w:rsidRDefault="000F6EE0" w:rsidP="003D1B10">
      <w:pPr>
        <w:pStyle w:val="RegSection"/>
        <w:keepNext/>
        <w:spacing w:after="0" w:line="240" w:lineRule="auto"/>
        <w:jc w:val="center"/>
        <w:rPr>
          <w:lang w:val="ru-RU"/>
        </w:rPr>
      </w:pPr>
      <w:r w:rsidRPr="000F6EE0">
        <w:rPr>
          <w:rFonts w:eastAsia="Times New Roman"/>
          <w:sz w:val="28"/>
          <w:lang w:val="ru-RU"/>
        </w:rPr>
        <w:t>Раздел 1. Общие положения</w:t>
      </w:r>
    </w:p>
    <w:p w:rsidR="003D1B10" w:rsidRDefault="003D1B10" w:rsidP="003D1B10">
      <w:pPr>
        <w:pStyle w:val="RegSubsection"/>
        <w:keepNext/>
        <w:spacing w:after="0" w:line="240" w:lineRule="auto"/>
        <w:jc w:val="center"/>
        <w:rPr>
          <w:rFonts w:eastAsia="Times New Roman"/>
          <w:sz w:val="28"/>
          <w:lang w:val="ru-RU"/>
        </w:rPr>
      </w:pPr>
    </w:p>
    <w:p w:rsidR="0047343B" w:rsidRPr="003D1B10" w:rsidRDefault="000F6EE0" w:rsidP="003D1B10">
      <w:pPr>
        <w:pStyle w:val="RegSubsection"/>
        <w:keepNext/>
        <w:spacing w:after="0" w:line="240" w:lineRule="auto"/>
        <w:ind w:firstLine="709"/>
        <w:rPr>
          <w:b w:val="0"/>
          <w:lang w:val="ru-RU"/>
        </w:rPr>
      </w:pPr>
      <w:r w:rsidRPr="003D1B10">
        <w:rPr>
          <w:rFonts w:eastAsia="Times New Roman"/>
          <w:b w:val="0"/>
          <w:sz w:val="28"/>
          <w:lang w:val="ru-RU"/>
        </w:rPr>
        <w:t>Подраздел 1.1. Предмет регулирования</w:t>
      </w:r>
    </w:p>
    <w:p w:rsidR="003D1B10" w:rsidRPr="003D1B10" w:rsidRDefault="003D1B10" w:rsidP="003D1B10">
      <w:pPr>
        <w:spacing w:after="0" w:line="240" w:lineRule="auto"/>
        <w:ind w:firstLine="709"/>
        <w:jc w:val="both"/>
        <w:rPr>
          <w:rFonts w:eastAsia="Times New Roman"/>
          <w:lang w:val="ru-RU"/>
        </w:rPr>
      </w:pP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1.1.1. Предметом регулирования настоящего административного регламента предоставления муниципальной услуги </w:t>
      </w:r>
      <w:r w:rsidR="003D1B10">
        <w:rPr>
          <w:rFonts w:eastAsia="Times New Roman"/>
          <w:lang w:val="ru-RU"/>
        </w:rPr>
        <w:t>«</w:t>
      </w:r>
      <w:r w:rsidRPr="000F6EE0">
        <w:rPr>
          <w:rFonts w:eastAsia="Times New Roman"/>
          <w:lang w:val="ru-RU"/>
        </w:rPr>
        <w:t>Выдача порубочного билета</w:t>
      </w:r>
      <w:r w:rsidR="003D1B10">
        <w:rPr>
          <w:rFonts w:eastAsia="Times New Roman"/>
          <w:lang w:val="ru-RU"/>
        </w:rPr>
        <w:t>»</w:t>
      </w:r>
      <w:r w:rsidRPr="000F6EE0">
        <w:rPr>
          <w:rFonts w:eastAsia="Times New Roman"/>
          <w:lang w:val="ru-RU"/>
        </w:rPr>
        <w:t xml:space="preserve"> (далее - Административный регламент) является определение стандарта и порядка предоставления муниципальной услуги.</w:t>
      </w:r>
    </w:p>
    <w:p w:rsidR="0047343B" w:rsidRPr="000F6EE0" w:rsidRDefault="000F6EE0" w:rsidP="003D1B10">
      <w:pPr>
        <w:spacing w:after="0" w:line="240" w:lineRule="auto"/>
        <w:ind w:firstLine="709"/>
        <w:jc w:val="both"/>
        <w:rPr>
          <w:lang w:val="ru-RU"/>
        </w:rPr>
      </w:pPr>
      <w:r w:rsidRPr="000F6EE0">
        <w:rPr>
          <w:rFonts w:eastAsia="Times New Roman"/>
          <w:lang w:val="ru-RU"/>
        </w:rPr>
        <w:t>1.1.2. Настоящий Административный регламент распространяется на отношения в сфере охраны зелёных насаждений, расположенных на территориях Новоджерелиевского сельского поселения Брюховецкого муниципального района Краснодарского края,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населённых пунктов, отнесённых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Информирование жителей о проведении работ по санитарной рубке, санитарной, омолаживающей или формовочной обрезке, вырубке (уничтожению), пересадке зелёных насаждений, а также о проведении восстановительного озеленения осуществляется путём установки информационного щита, соответствующего требованиям, утверждаемым органами местного самоуправления Новоджерелиевского сельского поселения Брюховецкого муниципального района Краснодарского края (согласно приложению </w:t>
      </w:r>
      <w:r w:rsidR="003D1B10">
        <w:rPr>
          <w:rFonts w:eastAsia="Times New Roman"/>
          <w:lang w:val="ru-RU"/>
        </w:rPr>
        <w:t xml:space="preserve">№ </w:t>
      </w:r>
      <w:r w:rsidRPr="000F6EE0">
        <w:rPr>
          <w:rFonts w:eastAsia="Times New Roman"/>
          <w:lang w:val="ru-RU"/>
        </w:rPr>
        <w:t>9 к настоящему Административному регламенту).</w:t>
      </w:r>
    </w:p>
    <w:p w:rsidR="0047343B" w:rsidRPr="000F6EE0" w:rsidRDefault="000F6EE0" w:rsidP="003D1B10">
      <w:pPr>
        <w:spacing w:after="0" w:line="240" w:lineRule="auto"/>
        <w:ind w:firstLine="709"/>
        <w:jc w:val="both"/>
        <w:rPr>
          <w:lang w:val="ru-RU"/>
        </w:rPr>
      </w:pPr>
      <w:r w:rsidRPr="000F6EE0">
        <w:rPr>
          <w:rFonts w:eastAsia="Times New Roman"/>
          <w:lang w:val="ru-RU"/>
        </w:rPr>
        <w:lastRenderedPageBreak/>
        <w:t>Проведение работ по санитарной рубке, санитарной, омолаживающей или формовочной обрезке, вырубке (уничтожению), пересадке зелёных насаждений, а также проведение восстановительного озеленения без установки информационного щита не допускается. Для устранения чрезвычайных ситуаций обрезка, вырубка (уничтожение) зелёных насаждений может производиться без оформления порубочного билета, который должен быть оформлен в течение 5 дней со дня окончания произведённых работ.</w:t>
      </w:r>
    </w:p>
    <w:p w:rsidR="0047343B" w:rsidRPr="000F6EE0" w:rsidRDefault="000F6EE0" w:rsidP="003D1B10">
      <w:pPr>
        <w:spacing w:after="0" w:line="240" w:lineRule="auto"/>
        <w:ind w:firstLine="709"/>
        <w:jc w:val="both"/>
        <w:rPr>
          <w:lang w:val="ru-RU"/>
        </w:rPr>
      </w:pPr>
      <w:r w:rsidRPr="000F6EE0">
        <w:rPr>
          <w:rFonts w:eastAsia="Times New Roman"/>
          <w:lang w:val="ru-RU"/>
        </w:rPr>
        <w:t>1.1.3. Настоящий Административный регламент регулирует отношения, возникающие при оказании следующих услуг:</w:t>
      </w:r>
    </w:p>
    <w:p w:rsidR="0047343B" w:rsidRPr="000F6EE0" w:rsidRDefault="000F6EE0" w:rsidP="003D1B10">
      <w:pPr>
        <w:spacing w:after="0" w:line="240" w:lineRule="auto"/>
        <w:ind w:firstLine="709"/>
        <w:jc w:val="both"/>
        <w:rPr>
          <w:lang w:val="ru-RU"/>
        </w:rPr>
      </w:pPr>
      <w:r w:rsidRPr="000F6EE0">
        <w:rPr>
          <w:rFonts w:eastAsia="Times New Roman"/>
          <w:lang w:val="ru-RU"/>
        </w:rPr>
        <w:t>1. 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p>
    <w:p w:rsidR="0047343B" w:rsidRPr="000F6EE0" w:rsidRDefault="000F6EE0" w:rsidP="003D1B10">
      <w:pPr>
        <w:spacing w:after="0" w:line="240" w:lineRule="auto"/>
        <w:ind w:firstLine="709"/>
        <w:jc w:val="both"/>
        <w:rPr>
          <w:lang w:val="ru-RU"/>
        </w:rPr>
      </w:pPr>
      <w:r w:rsidRPr="000F6EE0">
        <w:rPr>
          <w:rFonts w:eastAsia="Times New Roman"/>
          <w:lang w:val="ru-RU"/>
        </w:rPr>
        <w:t>2. Выдача 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Перечень условных обозначений и сокращений закреплены в Приложении </w:t>
      </w:r>
      <w:r w:rsidR="003D1B10">
        <w:rPr>
          <w:rFonts w:eastAsia="Times New Roman"/>
          <w:lang w:val="ru-RU"/>
        </w:rPr>
        <w:t xml:space="preserve">№ </w:t>
      </w:r>
      <w:r w:rsidRPr="000F6EE0">
        <w:rPr>
          <w:rFonts w:eastAsia="Times New Roman"/>
          <w:lang w:val="ru-RU"/>
        </w:rPr>
        <w:t xml:space="preserve">5 к настоящему </w:t>
      </w:r>
      <w:r w:rsidR="003D1B10">
        <w:rPr>
          <w:rFonts w:eastAsia="Times New Roman"/>
          <w:lang w:val="ru-RU"/>
        </w:rPr>
        <w:t>А</w:t>
      </w:r>
      <w:r w:rsidRPr="000F6EE0">
        <w:rPr>
          <w:rFonts w:eastAsia="Times New Roman"/>
          <w:lang w:val="ru-RU"/>
        </w:rPr>
        <w:t>дминистративному регламенту.</w:t>
      </w:r>
    </w:p>
    <w:p w:rsidR="003D1B10" w:rsidRDefault="003D1B10" w:rsidP="003D1B10">
      <w:pPr>
        <w:pStyle w:val="RegSubsection"/>
        <w:keepNext/>
        <w:spacing w:after="0" w:line="240" w:lineRule="auto"/>
        <w:jc w:val="center"/>
        <w:rPr>
          <w:rFonts w:eastAsia="Times New Roman"/>
          <w:sz w:val="28"/>
          <w:lang w:val="ru-RU"/>
        </w:rPr>
      </w:pPr>
    </w:p>
    <w:p w:rsidR="0047343B" w:rsidRPr="003D1B10" w:rsidRDefault="000F6EE0" w:rsidP="003D1B10">
      <w:pPr>
        <w:pStyle w:val="RegSubsection"/>
        <w:keepNext/>
        <w:spacing w:after="0" w:line="240" w:lineRule="auto"/>
        <w:ind w:firstLine="709"/>
        <w:rPr>
          <w:b w:val="0"/>
          <w:lang w:val="ru-RU"/>
        </w:rPr>
      </w:pPr>
      <w:r w:rsidRPr="003D1B10">
        <w:rPr>
          <w:rFonts w:eastAsia="Times New Roman"/>
          <w:b w:val="0"/>
          <w:sz w:val="28"/>
          <w:lang w:val="ru-RU"/>
        </w:rPr>
        <w:t>Подраздел 1.2. Круг заявителей</w:t>
      </w:r>
    </w:p>
    <w:p w:rsidR="003D1B10" w:rsidRDefault="003D1B10" w:rsidP="003D1B10">
      <w:pPr>
        <w:spacing w:after="0" w:line="240" w:lineRule="auto"/>
        <w:ind w:firstLine="709"/>
        <w:jc w:val="both"/>
        <w:rPr>
          <w:rFonts w:eastAsia="Times New Roman"/>
          <w:lang w:val="ru-RU"/>
        </w:rPr>
      </w:pPr>
    </w:p>
    <w:p w:rsidR="0047343B" w:rsidRPr="000F6EE0" w:rsidRDefault="000F6EE0" w:rsidP="003D1B10">
      <w:pPr>
        <w:spacing w:after="0" w:line="240" w:lineRule="auto"/>
        <w:ind w:firstLine="709"/>
        <w:jc w:val="both"/>
        <w:rPr>
          <w:lang w:val="ru-RU"/>
        </w:rPr>
      </w:pPr>
      <w:r w:rsidRPr="000F6EE0">
        <w:rPr>
          <w:rFonts w:eastAsia="Times New Roman"/>
          <w:lang w:val="ru-RU"/>
        </w:rPr>
        <w:t>1.2.1. Заявителями на получение муниципальной услуги (далее - заявители) являются:</w:t>
      </w:r>
    </w:p>
    <w:p w:rsidR="0047343B" w:rsidRPr="000F6EE0" w:rsidRDefault="000F6EE0" w:rsidP="003D1B10">
      <w:pPr>
        <w:spacing w:after="0" w:line="240" w:lineRule="auto"/>
        <w:ind w:firstLine="709"/>
        <w:jc w:val="both"/>
        <w:rPr>
          <w:lang w:val="ru-RU"/>
        </w:rPr>
      </w:pPr>
      <w:r w:rsidRPr="000F6EE0">
        <w:rPr>
          <w:rFonts w:eastAsia="Times New Roman"/>
          <w:lang w:val="ru-RU"/>
        </w:rPr>
        <w:t>физические лица, в том числе зарегистрированные в качестве индивидуальных предпринимателей, и юридические лица, осуществляющие хозяйственную и иную деятельность на территории Новоджерелиевского сельского поселения Брюховецкого муниципального района Краснодарского края, за исключением земельных участков, указанных в абзацах первом и втором пункта 1 подраздела 1.1. раздела 1 Административного регламента, для которой требуется вырубка (уничтожение), санитарная, омолаживающая, формовочная обрезка;</w:t>
      </w:r>
    </w:p>
    <w:p w:rsidR="0047343B" w:rsidRPr="000F6EE0" w:rsidRDefault="000F6EE0" w:rsidP="003D1B10">
      <w:pPr>
        <w:spacing w:after="0" w:line="240" w:lineRule="auto"/>
        <w:ind w:firstLine="709"/>
        <w:jc w:val="both"/>
        <w:rPr>
          <w:lang w:val="ru-RU"/>
        </w:rPr>
      </w:pPr>
      <w:r w:rsidRPr="000F6EE0">
        <w:rPr>
          <w:rFonts w:eastAsia="Times New Roman"/>
          <w:lang w:val="ru-RU"/>
        </w:rPr>
        <w:t>от имени заявителя с заявлением о предоставлении муниципальной услуги вправе обратиться его представители, наделенные соответствующими полномочиями.</w:t>
      </w:r>
    </w:p>
    <w:p w:rsidR="003D1B10" w:rsidRDefault="003D1B10" w:rsidP="003D1B10">
      <w:pPr>
        <w:pStyle w:val="RegSubsection"/>
        <w:keepNext/>
        <w:spacing w:after="0" w:line="240" w:lineRule="auto"/>
        <w:jc w:val="center"/>
        <w:rPr>
          <w:rFonts w:eastAsia="Times New Roman"/>
          <w:sz w:val="28"/>
          <w:lang w:val="ru-RU"/>
        </w:rPr>
      </w:pPr>
    </w:p>
    <w:p w:rsidR="0047343B" w:rsidRPr="003D1B10" w:rsidRDefault="000F6EE0" w:rsidP="003D1B10">
      <w:pPr>
        <w:pStyle w:val="RegSubsection"/>
        <w:keepNext/>
        <w:spacing w:after="0" w:line="240" w:lineRule="auto"/>
        <w:ind w:firstLine="709"/>
        <w:jc w:val="both"/>
        <w:rPr>
          <w:b w:val="0"/>
          <w:lang w:val="ru-RU"/>
        </w:rPr>
      </w:pPr>
      <w:r w:rsidRPr="003D1B10">
        <w:rPr>
          <w:rFonts w:eastAsia="Times New Roman"/>
          <w:b w:val="0"/>
          <w:sz w:val="28"/>
          <w:lang w:val="ru-RU"/>
        </w:rPr>
        <w:t>Подраздел 1.3. Требование предоставления заявителю муниципальной услуги в соответствии с вариантом предоставления муниципальной услуги</w:t>
      </w:r>
    </w:p>
    <w:p w:rsidR="003D1B10" w:rsidRDefault="003D1B10" w:rsidP="003D1B10">
      <w:pPr>
        <w:spacing w:after="0" w:line="240" w:lineRule="auto"/>
        <w:ind w:firstLine="709"/>
        <w:jc w:val="both"/>
        <w:rPr>
          <w:rFonts w:eastAsia="Times New Roman"/>
          <w:lang w:val="ru-RU"/>
        </w:rPr>
      </w:pP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1.3.1.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Краснодарского края </w:t>
      </w:r>
      <w:r w:rsidR="003D1B10">
        <w:rPr>
          <w:rFonts w:eastAsia="Times New Roman"/>
          <w:lang w:val="ru-RU"/>
        </w:rPr>
        <w:t>«</w:t>
      </w:r>
      <w:r w:rsidRPr="000F6EE0">
        <w:rPr>
          <w:rFonts w:eastAsia="Times New Roman"/>
          <w:lang w:val="ru-RU"/>
        </w:rPr>
        <w:t>Многофункциональный центр предоставления государственных и муниципальных услуг</w:t>
      </w:r>
      <w:r w:rsidR="003D1B10">
        <w:rPr>
          <w:rFonts w:eastAsia="Times New Roman"/>
          <w:lang w:val="ru-RU"/>
        </w:rPr>
        <w:t>»</w:t>
      </w:r>
      <w:r w:rsidRPr="000F6EE0">
        <w:rPr>
          <w:rFonts w:eastAsia="Times New Roman"/>
          <w:lang w:val="ru-RU"/>
        </w:rPr>
        <w:t xml:space="preserve"> (далее - МФЦ), в региональном </w:t>
      </w:r>
      <w:r w:rsidRPr="000F6EE0">
        <w:rPr>
          <w:rFonts w:eastAsia="Times New Roman"/>
          <w:lang w:val="ru-RU"/>
        </w:rPr>
        <w:lastRenderedPageBreak/>
        <w:t xml:space="preserve">портале государственных и муниципальных услуг Краснодарского края (далее - РПГУ), в федеральной государственной информационной системе </w:t>
      </w:r>
      <w:r w:rsidR="003D1B10">
        <w:rPr>
          <w:rFonts w:eastAsia="Times New Roman"/>
          <w:lang w:val="ru-RU"/>
        </w:rPr>
        <w:t>«</w:t>
      </w:r>
      <w:r w:rsidRPr="000F6EE0">
        <w:rPr>
          <w:rFonts w:eastAsia="Times New Roman"/>
          <w:lang w:val="ru-RU"/>
        </w:rPr>
        <w:t>Единый портал государственных и муниципальных услуг (функций)</w:t>
      </w:r>
      <w:r w:rsidR="003D1B10">
        <w:rPr>
          <w:rFonts w:eastAsia="Times New Roman"/>
          <w:lang w:val="ru-RU"/>
        </w:rPr>
        <w:t>»</w:t>
      </w:r>
      <w:r w:rsidRPr="000F6EE0">
        <w:rPr>
          <w:rFonts w:eastAsia="Times New Roman"/>
          <w:lang w:val="ru-RU"/>
        </w:rPr>
        <w:t xml:space="preserve"> (далее - ЕПГУ), указано в приложении № 1 к настоящему административному регламенту.</w:t>
      </w:r>
    </w:p>
    <w:p w:rsidR="003D1B10" w:rsidRDefault="003D1B10" w:rsidP="003D1B10">
      <w:pPr>
        <w:pStyle w:val="RegSection"/>
        <w:keepNext/>
        <w:spacing w:after="0" w:line="240" w:lineRule="auto"/>
        <w:ind w:firstLine="709"/>
        <w:rPr>
          <w:rFonts w:eastAsia="Times New Roman"/>
          <w:sz w:val="28"/>
          <w:lang w:val="ru-RU"/>
        </w:rPr>
      </w:pPr>
    </w:p>
    <w:p w:rsidR="0047343B" w:rsidRPr="000F6EE0" w:rsidRDefault="000F6EE0" w:rsidP="003D1B10">
      <w:pPr>
        <w:pStyle w:val="RegSection"/>
        <w:keepNext/>
        <w:spacing w:after="0" w:line="240" w:lineRule="auto"/>
        <w:jc w:val="center"/>
        <w:rPr>
          <w:lang w:val="ru-RU"/>
        </w:rPr>
      </w:pPr>
      <w:r w:rsidRPr="000F6EE0">
        <w:rPr>
          <w:rFonts w:eastAsia="Times New Roman"/>
          <w:sz w:val="28"/>
          <w:lang w:val="ru-RU"/>
        </w:rPr>
        <w:t>Раздел 2. Стандарт предоставления муниципальной услуги</w:t>
      </w:r>
    </w:p>
    <w:p w:rsidR="003D1B10" w:rsidRDefault="003D1B10" w:rsidP="003D1B10">
      <w:pPr>
        <w:pStyle w:val="RegSubsection"/>
        <w:keepNext/>
        <w:spacing w:after="0" w:line="240" w:lineRule="auto"/>
        <w:jc w:val="center"/>
        <w:rPr>
          <w:rFonts w:eastAsia="Times New Roman"/>
          <w:sz w:val="28"/>
          <w:lang w:val="ru-RU"/>
        </w:rPr>
      </w:pPr>
    </w:p>
    <w:p w:rsidR="0047343B" w:rsidRPr="003D1B10" w:rsidRDefault="000F6EE0" w:rsidP="003D1B10">
      <w:pPr>
        <w:pStyle w:val="RegSubsection"/>
        <w:keepNext/>
        <w:spacing w:after="0" w:line="240" w:lineRule="auto"/>
        <w:ind w:firstLine="709"/>
        <w:rPr>
          <w:b w:val="0"/>
          <w:lang w:val="ru-RU"/>
        </w:rPr>
      </w:pPr>
      <w:r w:rsidRPr="003D1B10">
        <w:rPr>
          <w:rFonts w:eastAsia="Times New Roman"/>
          <w:b w:val="0"/>
          <w:sz w:val="28"/>
          <w:lang w:val="ru-RU"/>
        </w:rPr>
        <w:t>Подраздел 2.1. Наименование муниципальной услуги</w:t>
      </w:r>
    </w:p>
    <w:p w:rsidR="003D1B10" w:rsidRDefault="003D1B10" w:rsidP="003D1B10">
      <w:pPr>
        <w:spacing w:after="0" w:line="240" w:lineRule="auto"/>
        <w:ind w:firstLine="709"/>
        <w:jc w:val="both"/>
        <w:rPr>
          <w:rFonts w:eastAsia="Times New Roman"/>
          <w:lang w:val="ru-RU"/>
        </w:rPr>
      </w:pP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2.1.1. Наименование муниципальной услуги </w:t>
      </w:r>
      <w:r w:rsidR="003D1B10">
        <w:rPr>
          <w:rFonts w:eastAsia="Times New Roman"/>
          <w:lang w:val="ru-RU"/>
        </w:rPr>
        <w:t>–</w:t>
      </w:r>
      <w:r w:rsidRPr="000F6EE0">
        <w:rPr>
          <w:rFonts w:eastAsia="Times New Roman"/>
          <w:lang w:val="ru-RU"/>
        </w:rPr>
        <w:t xml:space="preserve"> </w:t>
      </w:r>
      <w:r w:rsidR="003D1B10">
        <w:rPr>
          <w:rFonts w:eastAsia="Times New Roman"/>
          <w:lang w:val="ru-RU"/>
        </w:rPr>
        <w:t>«</w:t>
      </w:r>
      <w:r w:rsidRPr="000F6EE0">
        <w:rPr>
          <w:rFonts w:eastAsia="Times New Roman"/>
          <w:lang w:val="ru-RU"/>
        </w:rPr>
        <w:t>Выдача порубочного билета</w:t>
      </w:r>
      <w:r w:rsidR="003D1B10">
        <w:rPr>
          <w:rFonts w:eastAsia="Times New Roman"/>
          <w:lang w:val="ru-RU"/>
        </w:rPr>
        <w:t>»</w:t>
      </w:r>
      <w:r w:rsidRPr="000F6EE0">
        <w:rPr>
          <w:rFonts w:eastAsia="Times New Roman"/>
          <w:lang w:val="ru-RU"/>
        </w:rPr>
        <w:t>.</w:t>
      </w:r>
    </w:p>
    <w:p w:rsidR="003D1B10" w:rsidRDefault="003D1B10" w:rsidP="003D1B10">
      <w:pPr>
        <w:pStyle w:val="RegSubsection"/>
        <w:keepNext/>
        <w:spacing w:after="0" w:line="240" w:lineRule="auto"/>
        <w:jc w:val="center"/>
        <w:rPr>
          <w:rFonts w:eastAsia="Times New Roman"/>
          <w:sz w:val="28"/>
          <w:lang w:val="ru-RU"/>
        </w:rPr>
      </w:pPr>
    </w:p>
    <w:p w:rsidR="0047343B" w:rsidRPr="003D1B10" w:rsidRDefault="000F6EE0" w:rsidP="003D1B10">
      <w:pPr>
        <w:pStyle w:val="RegSubsection"/>
        <w:keepNext/>
        <w:spacing w:after="0" w:line="240" w:lineRule="auto"/>
        <w:ind w:firstLine="709"/>
        <w:jc w:val="both"/>
        <w:rPr>
          <w:b w:val="0"/>
          <w:lang w:val="ru-RU"/>
        </w:rPr>
      </w:pPr>
      <w:r w:rsidRPr="003D1B10">
        <w:rPr>
          <w:rFonts w:eastAsia="Times New Roman"/>
          <w:b w:val="0"/>
          <w:sz w:val="28"/>
          <w:lang w:val="ru-RU"/>
        </w:rPr>
        <w:t>Подраздел 2.2. Наименование органа, предоставляющего муниципальную услугу</w:t>
      </w:r>
    </w:p>
    <w:p w:rsidR="003D1B10" w:rsidRDefault="003D1B10" w:rsidP="003D1B10">
      <w:pPr>
        <w:spacing w:after="0" w:line="240" w:lineRule="auto"/>
        <w:ind w:firstLine="709"/>
        <w:jc w:val="both"/>
        <w:rPr>
          <w:rFonts w:eastAsia="Times New Roman"/>
          <w:lang w:val="ru-RU"/>
        </w:rPr>
      </w:pPr>
    </w:p>
    <w:p w:rsidR="0047343B" w:rsidRPr="000F6EE0" w:rsidRDefault="000F6EE0" w:rsidP="003D1B10">
      <w:pPr>
        <w:spacing w:after="0" w:line="240" w:lineRule="auto"/>
        <w:ind w:firstLine="709"/>
        <w:jc w:val="both"/>
        <w:rPr>
          <w:lang w:val="ru-RU"/>
        </w:rPr>
      </w:pPr>
      <w:r w:rsidRPr="000F6EE0">
        <w:rPr>
          <w:rFonts w:eastAsia="Times New Roman"/>
          <w:lang w:val="ru-RU"/>
        </w:rPr>
        <w:t>2.2.1. Предоставление муниципальной услуги осуществляется администрацией Новоджерелиевского сельского поселения Брюховецкого муниципального района Краснодарского края, через ответственного специалиста администрации Новоджерелиевского сельского поселения Брюховецкого муниципального района Краснодарского края (далее - Уполномоченный орган/ Администрация).</w:t>
      </w:r>
    </w:p>
    <w:p w:rsidR="0047343B" w:rsidRPr="000F6EE0" w:rsidRDefault="000F6EE0" w:rsidP="003D1B10">
      <w:pPr>
        <w:spacing w:after="0" w:line="240" w:lineRule="auto"/>
        <w:ind w:firstLine="709"/>
        <w:jc w:val="both"/>
        <w:rPr>
          <w:lang w:val="ru-RU"/>
        </w:rPr>
      </w:pPr>
      <w:r w:rsidRPr="000F6EE0">
        <w:rPr>
          <w:rFonts w:eastAsia="Times New Roman"/>
          <w:lang w:val="ru-RU"/>
        </w:rPr>
        <w:t>2.2.2. В предоставлении муниципальной услуги участвуют:</w:t>
      </w: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Уполномоченный орган, государственное автономное учреждение Краснодарского края </w:t>
      </w:r>
      <w:r w:rsidR="003D1B10">
        <w:rPr>
          <w:rFonts w:eastAsia="Times New Roman"/>
          <w:lang w:val="ru-RU"/>
        </w:rPr>
        <w:t>«</w:t>
      </w:r>
      <w:r w:rsidRPr="000F6EE0">
        <w:rPr>
          <w:rFonts w:eastAsia="Times New Roman"/>
          <w:lang w:val="ru-RU"/>
        </w:rPr>
        <w:t>Многофункциональный центр предоставления государственных и муниципальных услуг Краснодарского края</w:t>
      </w:r>
      <w:r w:rsidR="003D1B10">
        <w:rPr>
          <w:rFonts w:eastAsia="Times New Roman"/>
          <w:lang w:val="ru-RU"/>
        </w:rPr>
        <w:t>»</w:t>
      </w:r>
      <w:r w:rsidRPr="000F6EE0">
        <w:rPr>
          <w:rFonts w:eastAsia="Times New Roman"/>
          <w:lang w:val="ru-RU"/>
        </w:rPr>
        <w:t xml:space="preserve"> (далее - МФЦ).</w:t>
      </w:r>
    </w:p>
    <w:p w:rsidR="0047343B" w:rsidRPr="000F6EE0" w:rsidRDefault="000F6EE0" w:rsidP="003D1B10">
      <w:pPr>
        <w:spacing w:after="0" w:line="240" w:lineRule="auto"/>
        <w:ind w:firstLine="709"/>
        <w:jc w:val="both"/>
        <w:rPr>
          <w:lang w:val="ru-RU"/>
        </w:rPr>
      </w:pPr>
      <w:r w:rsidRPr="000F6EE0">
        <w:rPr>
          <w:rFonts w:eastAsia="Times New Roman"/>
          <w:lang w:val="ru-RU"/>
        </w:rPr>
        <w:t>2.2.3.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47343B" w:rsidRPr="000F6EE0" w:rsidRDefault="000F6EE0" w:rsidP="003D1B10">
      <w:pPr>
        <w:spacing w:after="0" w:line="240" w:lineRule="auto"/>
        <w:ind w:firstLine="709"/>
        <w:jc w:val="both"/>
        <w:rPr>
          <w:lang w:val="ru-RU"/>
        </w:rPr>
      </w:pPr>
      <w:r w:rsidRPr="000F6EE0">
        <w:rPr>
          <w:rFonts w:eastAsia="Times New Roman"/>
          <w:lang w:val="ru-RU"/>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осуществляется на основании соглашений о взаимодействии, заключённых уполномоченным многофункциональным центром с органами местного самоуправления в Краснодарском крае.</w:t>
      </w:r>
    </w:p>
    <w:p w:rsidR="0047343B" w:rsidRPr="000F6EE0" w:rsidRDefault="000F6EE0" w:rsidP="003D1B10">
      <w:pPr>
        <w:spacing w:after="0" w:line="240" w:lineRule="auto"/>
        <w:ind w:firstLine="709"/>
        <w:jc w:val="both"/>
        <w:rPr>
          <w:lang w:val="ru-RU"/>
        </w:rPr>
      </w:pPr>
      <w:r w:rsidRPr="000F6EE0">
        <w:rPr>
          <w:rFonts w:eastAsia="Times New Roman"/>
          <w:lang w:val="ru-RU"/>
        </w:rPr>
        <w:t xml:space="preserve">При наличии технической возможности взаимодействие между МФЦ и Уполномоченным органом может осуществляться с использованием АИС </w:t>
      </w:r>
      <w:r w:rsidR="003D1B10">
        <w:rPr>
          <w:rFonts w:eastAsia="Times New Roman"/>
          <w:lang w:val="ru-RU"/>
        </w:rPr>
        <w:t>«</w:t>
      </w:r>
      <w:r w:rsidRPr="000F6EE0">
        <w:rPr>
          <w:rFonts w:eastAsia="Times New Roman"/>
          <w:lang w:val="ru-RU"/>
        </w:rPr>
        <w:t>Единый центр услуг</w:t>
      </w:r>
      <w:r w:rsidR="003D1B10">
        <w:rPr>
          <w:rFonts w:eastAsia="Times New Roman"/>
          <w:lang w:val="ru-RU"/>
        </w:rPr>
        <w:t>»</w:t>
      </w:r>
      <w:r w:rsidRPr="000F6EE0">
        <w:rPr>
          <w:rFonts w:eastAsia="Times New Roman"/>
          <w:lang w:val="ru-RU"/>
        </w:rPr>
        <w:t>, в том числе для приема и выдачи результата услуг.</w:t>
      </w:r>
    </w:p>
    <w:p w:rsidR="0047343B" w:rsidRPr="000F6EE0" w:rsidRDefault="000F6EE0" w:rsidP="003D1B10">
      <w:pPr>
        <w:spacing w:after="0" w:line="240" w:lineRule="auto"/>
        <w:ind w:firstLine="709"/>
        <w:jc w:val="both"/>
        <w:rPr>
          <w:lang w:val="ru-RU"/>
        </w:rPr>
      </w:pPr>
      <w:r w:rsidRPr="000F6EE0">
        <w:rPr>
          <w:rFonts w:eastAsia="Times New Roman"/>
          <w:lang w:val="ru-RU"/>
        </w:rPr>
        <w:lastRenderedPageBreak/>
        <w:t>2.2.4. В процессе предоставления муниципальной услуги Уполномоченный орган взаимодействует с:</w:t>
      </w:r>
    </w:p>
    <w:p w:rsidR="0047343B" w:rsidRPr="000F6EE0" w:rsidRDefault="000F6EE0" w:rsidP="003D1B10">
      <w:pPr>
        <w:spacing w:after="0" w:line="240" w:lineRule="auto"/>
        <w:ind w:firstLine="709"/>
        <w:jc w:val="both"/>
        <w:rPr>
          <w:lang w:val="ru-RU"/>
        </w:rPr>
      </w:pPr>
      <w:r w:rsidRPr="000F6EE0">
        <w:rPr>
          <w:rFonts w:eastAsia="Times New Roman"/>
          <w:lang w:val="ru-RU"/>
        </w:rPr>
        <w:t>Управлением Росреестра по Краснодарскому краю - в части предоставления сведений из государственного кадастра недвижимости и Единого государственного реестра недвижимости;</w:t>
      </w:r>
    </w:p>
    <w:p w:rsidR="0047343B" w:rsidRPr="000F6EE0" w:rsidRDefault="000F6EE0" w:rsidP="003D1B10">
      <w:pPr>
        <w:spacing w:after="0" w:line="240" w:lineRule="auto"/>
        <w:ind w:firstLine="709"/>
        <w:jc w:val="both"/>
        <w:rPr>
          <w:lang w:val="ru-RU"/>
        </w:rPr>
      </w:pPr>
      <w:r w:rsidRPr="000F6EE0">
        <w:rPr>
          <w:rFonts w:eastAsia="Times New Roman"/>
          <w:lang w:val="ru-RU"/>
        </w:rPr>
        <w:t>Федеральной налоговой службой Российской Федерации - в части представления выписки из Единого государственного реестра юридических лиц.</w:t>
      </w:r>
    </w:p>
    <w:p w:rsidR="0047343B" w:rsidRPr="000F6EE0" w:rsidRDefault="000F6EE0" w:rsidP="003D1B10">
      <w:pPr>
        <w:spacing w:after="0" w:line="240" w:lineRule="auto"/>
        <w:ind w:firstLine="709"/>
        <w:jc w:val="both"/>
        <w:rPr>
          <w:lang w:val="ru-RU"/>
        </w:rPr>
      </w:pPr>
      <w:r w:rsidRPr="000F6EE0">
        <w:rPr>
          <w:rFonts w:eastAsia="Times New Roman"/>
          <w:lang w:val="ru-RU"/>
        </w:rPr>
        <w:t>2.2.5.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Административным регламентом.</w:t>
      </w:r>
    </w:p>
    <w:p w:rsidR="003D1B10" w:rsidRDefault="003D1B10">
      <w:pPr>
        <w:pStyle w:val="RegSubsection"/>
        <w:keepNext/>
        <w:spacing w:before="80" w:after="40" w:line="240" w:lineRule="auto"/>
        <w:jc w:val="center"/>
        <w:rPr>
          <w:rFonts w:eastAsia="Times New Roman"/>
          <w:sz w:val="28"/>
          <w:lang w:val="ru-RU"/>
        </w:rPr>
      </w:pPr>
    </w:p>
    <w:p w:rsidR="0047343B" w:rsidRPr="003D1B10" w:rsidRDefault="000F6EE0" w:rsidP="003D1B10">
      <w:pPr>
        <w:pStyle w:val="RegSubsection"/>
        <w:keepNext/>
        <w:spacing w:before="80" w:after="40" w:line="240" w:lineRule="auto"/>
        <w:ind w:firstLine="709"/>
        <w:rPr>
          <w:b w:val="0"/>
          <w:lang w:val="ru-RU"/>
        </w:rPr>
      </w:pPr>
      <w:r w:rsidRPr="003D1B10">
        <w:rPr>
          <w:rFonts w:eastAsia="Times New Roman"/>
          <w:b w:val="0"/>
          <w:sz w:val="28"/>
          <w:lang w:val="ru-RU"/>
        </w:rPr>
        <w:t>Подраздел 2.3. Результат предоставления муниципальной услуги</w:t>
      </w:r>
    </w:p>
    <w:p w:rsidR="003D1B10" w:rsidRDefault="003D1B10">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2.3.1. Результатом предоставления муниципальной услуги является:</w:t>
      </w:r>
    </w:p>
    <w:p w:rsidR="0047343B" w:rsidRPr="000F6EE0" w:rsidRDefault="000F6EE0">
      <w:pPr>
        <w:spacing w:after="0" w:line="240" w:lineRule="auto"/>
        <w:ind w:firstLine="709"/>
        <w:jc w:val="both"/>
        <w:rPr>
          <w:lang w:val="ru-RU"/>
        </w:rPr>
      </w:pPr>
      <w:r w:rsidRPr="000F6EE0">
        <w:rPr>
          <w:rFonts w:eastAsia="Times New Roman"/>
          <w:lang w:val="ru-RU"/>
        </w:rPr>
        <w:t xml:space="preserve">2.3.1.1. Для варианта предоставления муниципальной услуги </w:t>
      </w:r>
      <w:r w:rsidR="003D1B10">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p>
    <w:p w:rsidR="0047343B" w:rsidRPr="000F6EE0" w:rsidRDefault="000F6EE0">
      <w:pPr>
        <w:spacing w:after="0" w:line="240" w:lineRule="auto"/>
        <w:ind w:firstLine="709"/>
        <w:jc w:val="both"/>
        <w:rPr>
          <w:lang w:val="ru-RU"/>
        </w:rPr>
      </w:pPr>
      <w:r w:rsidRPr="000F6EE0">
        <w:rPr>
          <w:rFonts w:eastAsia="Times New Roman"/>
          <w:lang w:val="ru-RU"/>
        </w:rPr>
        <w:t>решение о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2.3.1.2. Для варианта предоставления муниципальной услуги </w:t>
      </w:r>
      <w:r w:rsidR="003D1B10">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r w:rsidR="003D1B10">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решение о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2.3.1.3. Для варианта предоставления муниципальной услуги </w:t>
      </w:r>
      <w:r w:rsidR="003D1B10">
        <w:rPr>
          <w:rFonts w:eastAsia="Times New Roman"/>
          <w:lang w:val="ru-RU"/>
        </w:rPr>
        <w:t>«</w:t>
      </w:r>
      <w:r w:rsidRPr="000F6EE0">
        <w:rPr>
          <w:rFonts w:eastAsia="Times New Roman"/>
          <w:lang w:val="ru-RU"/>
        </w:rPr>
        <w:t>Исправление допущенных опечаток и ошибок в выданных в результате предоставления муниципальной услуги документах</w:t>
      </w:r>
      <w:r w:rsidR="003D1B10">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решение о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2.3.1.4. Для варианта предоставления муниципальной услуги </w:t>
      </w:r>
      <w:r w:rsidR="003D1B10">
        <w:rPr>
          <w:rFonts w:eastAsia="Times New Roman"/>
          <w:lang w:val="ru-RU"/>
        </w:rPr>
        <w:t>«</w:t>
      </w:r>
      <w:r w:rsidRPr="000F6EE0">
        <w:rPr>
          <w:rFonts w:eastAsia="Times New Roman"/>
          <w:lang w:val="ru-RU"/>
        </w:rPr>
        <w:t>Выдача дубликата документа, выданного по результату ранее предоставленной муниципальной услуги</w:t>
      </w:r>
      <w:r w:rsidR="003D1B10">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решение о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2.3.2. Наименование документа, содержащего решение о предоставлении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2.3.2.1. Для варианта предоставления муниципальной услуги </w:t>
      </w:r>
      <w:r w:rsidR="002A628C">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r w:rsidR="002A628C">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lastRenderedPageBreak/>
        <w:t xml:space="preserve">выдача порубочного билета установленной формы согласно приложению </w:t>
      </w:r>
      <w:r w:rsidR="002A628C">
        <w:rPr>
          <w:rFonts w:eastAsia="Times New Roman"/>
          <w:lang w:val="ru-RU"/>
        </w:rPr>
        <w:t>№ </w:t>
      </w:r>
      <w:r w:rsidRPr="000F6EE0">
        <w:rPr>
          <w:rFonts w:eastAsia="Times New Roman"/>
          <w:lang w:val="ru-RU"/>
        </w:rPr>
        <w:t>3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2.3.2.2. Для варианта предоставления муниципальной услуги </w:t>
      </w:r>
      <w:r w:rsidR="002A628C">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r w:rsidR="002A628C">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 xml:space="preserve">выдача акта обследования зелёных насаждений согласно приложению </w:t>
      </w:r>
      <w:r w:rsidR="002A628C">
        <w:rPr>
          <w:rFonts w:eastAsia="Times New Roman"/>
          <w:lang w:val="ru-RU"/>
        </w:rPr>
        <w:t xml:space="preserve">№ </w:t>
      </w:r>
      <w:r w:rsidRPr="000F6EE0">
        <w:rPr>
          <w:rFonts w:eastAsia="Times New Roman"/>
          <w:lang w:val="ru-RU"/>
        </w:rPr>
        <w:t>4 к Административному регламенту и расчёта размера платы за проведение компенсационного озеленения при уничтожении зеленых насаждений;</w:t>
      </w:r>
    </w:p>
    <w:p w:rsidR="0047343B" w:rsidRPr="000F6EE0" w:rsidRDefault="000F6EE0">
      <w:pPr>
        <w:spacing w:after="0" w:line="240" w:lineRule="auto"/>
        <w:ind w:firstLine="709"/>
        <w:jc w:val="both"/>
        <w:rPr>
          <w:lang w:val="ru-RU"/>
        </w:rPr>
      </w:pPr>
      <w:r w:rsidRPr="000F6EE0">
        <w:rPr>
          <w:rFonts w:eastAsia="Times New Roman"/>
          <w:lang w:val="ru-RU"/>
        </w:rPr>
        <w:t xml:space="preserve">выдача порубочного билета установленной формы согласно приложению </w:t>
      </w:r>
      <w:r w:rsidR="002A628C">
        <w:rPr>
          <w:rFonts w:eastAsia="Times New Roman"/>
          <w:lang w:val="ru-RU"/>
        </w:rPr>
        <w:t>№ </w:t>
      </w:r>
      <w:r w:rsidRPr="000F6EE0">
        <w:rPr>
          <w:rFonts w:eastAsia="Times New Roman"/>
          <w:lang w:val="ru-RU"/>
        </w:rPr>
        <w:t>3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2.3.2.3. Для варианта предоставления муниципальной услуги </w:t>
      </w:r>
      <w:r w:rsidR="002A628C">
        <w:rPr>
          <w:rFonts w:eastAsia="Times New Roman"/>
          <w:lang w:val="ru-RU"/>
        </w:rPr>
        <w:t>«</w:t>
      </w:r>
      <w:r w:rsidRPr="000F6EE0">
        <w:rPr>
          <w:rFonts w:eastAsia="Times New Roman"/>
          <w:lang w:val="ru-RU"/>
        </w:rPr>
        <w:t>Исправление допущенных опечаток и ошибок в выданных в результате предоставления муниципальной услуги документах</w:t>
      </w:r>
      <w:r w:rsidR="002A628C">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документ, выданный по результату ранее предоставленной муниципальной услуги, без опечаток и ошибок;</w:t>
      </w:r>
    </w:p>
    <w:p w:rsidR="0047343B" w:rsidRPr="000F6EE0" w:rsidRDefault="000F6EE0">
      <w:pPr>
        <w:spacing w:after="0" w:line="240" w:lineRule="auto"/>
        <w:ind w:firstLine="709"/>
        <w:jc w:val="both"/>
        <w:rPr>
          <w:lang w:val="ru-RU"/>
        </w:rPr>
      </w:pPr>
      <w:r w:rsidRPr="000F6EE0">
        <w:rPr>
          <w:rFonts w:eastAsia="Times New Roman"/>
          <w:lang w:val="ru-RU"/>
        </w:rPr>
        <w:t>уведомление администрации Новоджерелиевского сельского поселения Брюховецкого муниципального района Краснодарского края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2.3.2.4. Для варианта предоставления муниципальной услуги </w:t>
      </w:r>
      <w:r w:rsidR="002A628C">
        <w:rPr>
          <w:rFonts w:eastAsia="Times New Roman"/>
          <w:lang w:val="ru-RU"/>
        </w:rPr>
        <w:t>«</w:t>
      </w:r>
      <w:r w:rsidRPr="000F6EE0">
        <w:rPr>
          <w:rFonts w:eastAsia="Times New Roman"/>
          <w:lang w:val="ru-RU"/>
        </w:rPr>
        <w:t>Выдача дубликата документа, выданного по результату ранее предоставленной муниципальной услуги</w:t>
      </w:r>
      <w:r w:rsidR="002A628C">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дубликат документа, выданного по результату ранее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уведомление администрации Новоджерелиевского сельского поселения Брюховецкого муниципального района Краснодарского края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Уведомление администрации Новоджерелиевского сельского поселения Брюховецкого муниципального района Краснодарского края об отказе в предоставлении муниципальной услуги (для всех вариантов предоставления муниципальной услуги) должно содержать основания для отказа, предусмотренные Приложением </w:t>
      </w:r>
      <w:r w:rsidR="002A628C">
        <w:rPr>
          <w:rFonts w:eastAsia="Times New Roman"/>
          <w:lang w:val="ru-RU"/>
        </w:rPr>
        <w:t xml:space="preserve">№ </w:t>
      </w:r>
      <w:r w:rsidRPr="000F6EE0">
        <w:rPr>
          <w:rFonts w:eastAsia="Times New Roman"/>
          <w:lang w:val="ru-RU"/>
        </w:rPr>
        <w:t>8 настоящего Административного регламента, дату подписания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2.3.3. Формирование реестровой записи в качестве результата предоставления Услуги не предусмотрено.</w:t>
      </w:r>
    </w:p>
    <w:p w:rsidR="0047343B" w:rsidRPr="000F6EE0" w:rsidRDefault="000F6EE0">
      <w:pPr>
        <w:spacing w:after="0" w:line="240" w:lineRule="auto"/>
        <w:ind w:firstLine="709"/>
        <w:jc w:val="both"/>
        <w:rPr>
          <w:lang w:val="ru-RU"/>
        </w:rPr>
      </w:pPr>
      <w:r w:rsidRPr="000F6EE0">
        <w:rPr>
          <w:rFonts w:eastAsia="Times New Roman"/>
          <w:lang w:val="ru-RU"/>
        </w:rPr>
        <w:t>2.3.4. Заявитель вправе получить результат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1) в случае обращения за получением муниципальной услуги через МФЦ - непосредственно в МФЦ;</w:t>
      </w:r>
    </w:p>
    <w:p w:rsidR="0047343B" w:rsidRPr="000F6EE0" w:rsidRDefault="000F6EE0">
      <w:pPr>
        <w:spacing w:after="0" w:line="240" w:lineRule="auto"/>
        <w:ind w:firstLine="709"/>
        <w:jc w:val="both"/>
        <w:rPr>
          <w:lang w:val="ru-RU"/>
        </w:rPr>
      </w:pPr>
      <w:r w:rsidRPr="000F6EE0">
        <w:rPr>
          <w:rFonts w:eastAsia="Times New Roman"/>
          <w:lang w:val="ru-RU"/>
        </w:rPr>
        <w:lastRenderedPageBreak/>
        <w:t>2) в случае обращения заявителя за получением муниципальной услуги в уполномоченный орган - непосредственно в уполномоченном органе;</w:t>
      </w:r>
    </w:p>
    <w:p w:rsidR="0047343B" w:rsidRPr="000F6EE0" w:rsidRDefault="000F6EE0">
      <w:pPr>
        <w:spacing w:after="0" w:line="240" w:lineRule="auto"/>
        <w:ind w:firstLine="709"/>
        <w:jc w:val="both"/>
        <w:rPr>
          <w:lang w:val="ru-RU"/>
        </w:rPr>
      </w:pPr>
      <w:r w:rsidRPr="000F6EE0">
        <w:rPr>
          <w:rFonts w:eastAsia="Times New Roman"/>
          <w:lang w:val="ru-RU"/>
        </w:rPr>
        <w:t xml:space="preserve">3) в случае обращения за получением муниципальной услуги посредством Единого портала государственных и муниципальных услуг и (или) регионального портала государственных и муниципальных услуг Краснодарского края в информационно-телекоммуникационной сети </w:t>
      </w:r>
      <w:r w:rsidR="002A628C">
        <w:rPr>
          <w:rFonts w:eastAsia="Times New Roman"/>
          <w:lang w:val="ru-RU"/>
        </w:rPr>
        <w:t>«</w:t>
      </w:r>
      <w:r w:rsidRPr="000F6EE0">
        <w:rPr>
          <w:rFonts w:eastAsia="Times New Roman"/>
          <w:lang w:val="ru-RU"/>
        </w:rPr>
        <w:t>Интернет</w:t>
      </w:r>
      <w:r w:rsidR="002A628C">
        <w:rPr>
          <w:rFonts w:eastAsia="Times New Roman"/>
          <w:lang w:val="ru-RU"/>
        </w:rPr>
        <w:t>»</w:t>
      </w:r>
      <w:r w:rsidRPr="000F6EE0">
        <w:rPr>
          <w:rFonts w:eastAsia="Times New Roman"/>
          <w:lang w:val="ru-RU"/>
        </w:rPr>
        <w:t xml:space="preserve"> (далее - Портал) - непосредственно в уполномоченном органе.</w:t>
      </w:r>
    </w:p>
    <w:p w:rsidR="0047343B" w:rsidRPr="000F6EE0" w:rsidRDefault="000F6EE0">
      <w:pPr>
        <w:spacing w:after="0" w:line="240" w:lineRule="auto"/>
        <w:ind w:firstLine="709"/>
        <w:jc w:val="both"/>
        <w:rPr>
          <w:lang w:val="ru-RU"/>
        </w:rPr>
      </w:pPr>
      <w:r w:rsidRPr="000F6EE0">
        <w:rPr>
          <w:rFonts w:eastAsia="Times New Roman"/>
          <w:lang w:val="ru-RU"/>
        </w:rPr>
        <w:t>Сканированная копия результата предоставления муниципальной услуги направляется заявителю через Портал.</w:t>
      </w:r>
    </w:p>
    <w:p w:rsidR="0047343B" w:rsidRPr="000F6EE0" w:rsidRDefault="000F6EE0">
      <w:pPr>
        <w:spacing w:after="0" w:line="240" w:lineRule="auto"/>
        <w:ind w:firstLine="709"/>
        <w:jc w:val="both"/>
        <w:rPr>
          <w:lang w:val="ru-RU"/>
        </w:rPr>
      </w:pPr>
      <w:r w:rsidRPr="000F6EE0">
        <w:rPr>
          <w:rFonts w:eastAsia="Times New Roman"/>
          <w:lang w:val="ru-RU"/>
        </w:rPr>
        <w:t>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2A628C" w:rsidRDefault="002A628C">
      <w:pPr>
        <w:pStyle w:val="RegSubsection"/>
        <w:keepNext/>
        <w:spacing w:before="80" w:after="40" w:line="240" w:lineRule="auto"/>
        <w:jc w:val="center"/>
        <w:rPr>
          <w:rFonts w:eastAsia="Times New Roman"/>
          <w:sz w:val="28"/>
          <w:lang w:val="ru-RU"/>
        </w:rPr>
      </w:pPr>
    </w:p>
    <w:p w:rsidR="0047343B" w:rsidRPr="002A628C" w:rsidRDefault="000F6EE0" w:rsidP="002A628C">
      <w:pPr>
        <w:pStyle w:val="RegSubsection"/>
        <w:keepNext/>
        <w:spacing w:before="80" w:after="40" w:line="240" w:lineRule="auto"/>
        <w:ind w:firstLine="709"/>
        <w:rPr>
          <w:b w:val="0"/>
          <w:lang w:val="ru-RU"/>
        </w:rPr>
      </w:pPr>
      <w:r w:rsidRPr="002A628C">
        <w:rPr>
          <w:rFonts w:eastAsia="Times New Roman"/>
          <w:b w:val="0"/>
          <w:sz w:val="28"/>
          <w:lang w:val="ru-RU"/>
        </w:rPr>
        <w:t>Подраздел 2.4. Срок предоставления муниципальной услуги</w:t>
      </w:r>
    </w:p>
    <w:p w:rsidR="002A628C" w:rsidRDefault="002A628C">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2.4.1. Максимальный срок предоставления муниципальной услуги составляет:</w:t>
      </w:r>
    </w:p>
    <w:p w:rsidR="0047343B" w:rsidRPr="000F6EE0" w:rsidRDefault="000F6EE0">
      <w:pPr>
        <w:spacing w:after="0" w:line="240" w:lineRule="auto"/>
        <w:ind w:firstLine="709"/>
        <w:jc w:val="both"/>
        <w:rPr>
          <w:lang w:val="ru-RU"/>
        </w:rPr>
      </w:pPr>
      <w:r w:rsidRPr="000F6EE0">
        <w:rPr>
          <w:rFonts w:eastAsia="Times New Roman"/>
          <w:lang w:val="ru-RU"/>
        </w:rPr>
        <w:t xml:space="preserve">2.4.1.1. Для вариантов предоставления муниципальной услуги </w:t>
      </w:r>
      <w:r w:rsidR="002A628C">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r w:rsidR="002A628C">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1) не более 15 рабочих дней в случае, если заявление и прилагаемые документы, необходимые для предоставления муниципальной услуги, поданы заявителем в уполномоченный орган, а также если поданы заявителем посредством почтового отправления с уведомлением о вручении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2) не более 15 рабочих дней в случае, если заявление и прилагаемые документы, необходимые для предоставления муниципальной услуги, поданы заявителем посредством Портала;</w:t>
      </w:r>
    </w:p>
    <w:p w:rsidR="0047343B" w:rsidRPr="000F6EE0" w:rsidRDefault="000F6EE0">
      <w:pPr>
        <w:spacing w:after="0" w:line="240" w:lineRule="auto"/>
        <w:ind w:firstLine="709"/>
        <w:jc w:val="both"/>
        <w:rPr>
          <w:lang w:val="ru-RU"/>
        </w:rPr>
      </w:pPr>
      <w:r w:rsidRPr="000F6EE0">
        <w:rPr>
          <w:rFonts w:eastAsia="Times New Roman"/>
          <w:lang w:val="ru-RU"/>
        </w:rPr>
        <w:t>3) не более 15 рабочих дней в случае, если заявление и прилагаемые документы,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Уполномоченный орган и результатов предоставления муниципальной услуги в МФЦ.</w:t>
      </w:r>
    </w:p>
    <w:p w:rsidR="0047343B" w:rsidRPr="000F6EE0" w:rsidRDefault="000F6EE0">
      <w:pPr>
        <w:spacing w:after="0" w:line="240" w:lineRule="auto"/>
        <w:ind w:firstLine="709"/>
        <w:jc w:val="both"/>
        <w:rPr>
          <w:lang w:val="ru-RU"/>
        </w:rPr>
      </w:pPr>
      <w:r w:rsidRPr="000F6EE0">
        <w:rPr>
          <w:rFonts w:eastAsia="Times New Roman"/>
          <w:lang w:val="ru-RU"/>
        </w:rPr>
        <w:t xml:space="preserve">2.4.1.2. Для варианта предоставления муниципальной услуги </w:t>
      </w:r>
      <w:r w:rsidR="002A628C">
        <w:rPr>
          <w:rFonts w:eastAsia="Times New Roman"/>
          <w:lang w:val="ru-RU"/>
        </w:rPr>
        <w:t>«</w:t>
      </w:r>
      <w:r w:rsidRPr="000F6EE0">
        <w:rPr>
          <w:rFonts w:eastAsia="Times New Roman"/>
          <w:lang w:val="ru-RU"/>
        </w:rPr>
        <w:t xml:space="preserve">Выдача порубочного билета на вырубку (уничтожение) зелёных насаждений, находящихся </w:t>
      </w:r>
      <w:r w:rsidRPr="000F6EE0">
        <w:rPr>
          <w:rFonts w:eastAsia="Times New Roman"/>
          <w:lang w:val="ru-RU"/>
        </w:rPr>
        <w:lastRenderedPageBreak/>
        <w:t>в неаварийном состоянии при осуществлении градостроительной деятельности</w:t>
      </w:r>
      <w:r w:rsidR="002A628C">
        <w:rPr>
          <w:rFonts w:eastAsia="Times New Roman"/>
          <w:lang w:val="ru-RU"/>
        </w:rPr>
        <w:t>»</w:t>
      </w:r>
      <w:r w:rsidRPr="000F6EE0">
        <w:rPr>
          <w:rFonts w:eastAsia="Times New Roman"/>
          <w:lang w:val="ru-RU"/>
        </w:rPr>
        <w:t xml:space="preserve"> срок выдачи акта обследования зелёных насаждений и расчёта размера платы за проведение компенсационного озеленения при уничтожении зелёных насаждений:</w:t>
      </w:r>
    </w:p>
    <w:p w:rsidR="0047343B" w:rsidRPr="000F6EE0" w:rsidRDefault="000F6EE0">
      <w:pPr>
        <w:spacing w:after="0" w:line="240" w:lineRule="auto"/>
        <w:ind w:firstLine="709"/>
        <w:jc w:val="both"/>
        <w:rPr>
          <w:lang w:val="ru-RU"/>
        </w:rPr>
      </w:pPr>
      <w:r w:rsidRPr="000F6EE0">
        <w:rPr>
          <w:rFonts w:eastAsia="Times New Roman"/>
          <w:lang w:val="ru-RU"/>
        </w:rPr>
        <w:t>1) не более 15 рабочих дней, срок выдачи порубочного билета составляет 3 дня со дня получения платёжных документов, в случае, если заявление и прилагаемые документы, необходимые для предоставления муниципальной услуги, поданы заявителем в уполномоченный орган, а также если поданы заявителем посредством почтового отправления с уведомлением о вручении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2) не более 15 рабочих дней, срок выдачи порубочного билета составляет 3 дня со дня получения платёжных документов в случае, если заявление и прилагаемые документы, необходимые для предоставления муниципальной услуги, поданы заявителем посредством Портала;</w:t>
      </w:r>
    </w:p>
    <w:p w:rsidR="0047343B" w:rsidRPr="000F6EE0" w:rsidRDefault="000F6EE0">
      <w:pPr>
        <w:spacing w:after="0" w:line="240" w:lineRule="auto"/>
        <w:ind w:firstLine="709"/>
        <w:jc w:val="both"/>
        <w:rPr>
          <w:lang w:val="ru-RU"/>
        </w:rPr>
      </w:pPr>
      <w:r w:rsidRPr="000F6EE0">
        <w:rPr>
          <w:rFonts w:eastAsia="Times New Roman"/>
          <w:lang w:val="ru-RU"/>
        </w:rPr>
        <w:t>3) не более 15 рабочих дней, срок выдачи порубочного билета составляет 3 дня со дня получения платёжных документов в случае, если заявление и прилагаемые документы, необходимые для предоставления муниципальной услуги, поданы заявителем в МФЦ. В указанные сроки не включается 2 календарных дня, необходимых для передачи пакета документов в Уполномоченный орган и результатов предоставления муниципальной услуги в МФЦ.</w:t>
      </w:r>
    </w:p>
    <w:p w:rsidR="0047343B" w:rsidRPr="000F6EE0" w:rsidRDefault="000F6EE0">
      <w:pPr>
        <w:spacing w:after="0" w:line="240" w:lineRule="auto"/>
        <w:ind w:firstLine="709"/>
        <w:jc w:val="both"/>
        <w:rPr>
          <w:lang w:val="ru-RU"/>
        </w:rPr>
      </w:pPr>
      <w:r w:rsidRPr="000F6EE0">
        <w:rPr>
          <w:rFonts w:eastAsia="Times New Roman"/>
          <w:lang w:val="ru-RU"/>
        </w:rPr>
        <w:t xml:space="preserve">2.4.1.3. Для варианта предоставления муниципальной услуги </w:t>
      </w:r>
      <w:r w:rsidR="002A628C">
        <w:rPr>
          <w:rFonts w:eastAsia="Times New Roman"/>
          <w:lang w:val="ru-RU"/>
        </w:rPr>
        <w:t>«</w:t>
      </w:r>
      <w:r w:rsidRPr="000F6EE0">
        <w:rPr>
          <w:rFonts w:eastAsia="Times New Roman"/>
          <w:lang w:val="ru-RU"/>
        </w:rPr>
        <w:t>Исправление допущенных опечаток и ошибок в выданных в результате предоставления муниципальной услуги документах</w:t>
      </w:r>
      <w:r w:rsidR="002A628C">
        <w:rPr>
          <w:rFonts w:eastAsia="Times New Roman"/>
          <w:lang w:val="ru-RU"/>
        </w:rPr>
        <w:t>»</w:t>
      </w:r>
      <w:r w:rsidRPr="000F6EE0">
        <w:rPr>
          <w:rFonts w:eastAsia="Times New Roman"/>
          <w:lang w:val="ru-RU"/>
        </w:rPr>
        <w:t xml:space="preserve"> - не более 5 рабочих дней.</w:t>
      </w:r>
    </w:p>
    <w:p w:rsidR="0047343B" w:rsidRPr="000F6EE0" w:rsidRDefault="000F6EE0">
      <w:pPr>
        <w:spacing w:after="0" w:line="240" w:lineRule="auto"/>
        <w:ind w:firstLine="709"/>
        <w:jc w:val="both"/>
        <w:rPr>
          <w:lang w:val="ru-RU"/>
        </w:rPr>
      </w:pPr>
      <w:r w:rsidRPr="000F6EE0">
        <w:rPr>
          <w:rFonts w:eastAsia="Times New Roman"/>
          <w:lang w:val="ru-RU"/>
        </w:rPr>
        <w:t xml:space="preserve">2.4.1.4. Для варианта предоставления муниципальной услуги </w:t>
      </w:r>
      <w:r w:rsidR="002A628C">
        <w:rPr>
          <w:rFonts w:eastAsia="Times New Roman"/>
          <w:lang w:val="ru-RU"/>
        </w:rPr>
        <w:t>«</w:t>
      </w:r>
      <w:r w:rsidRPr="000F6EE0">
        <w:rPr>
          <w:rFonts w:eastAsia="Times New Roman"/>
          <w:lang w:val="ru-RU"/>
        </w:rPr>
        <w:t>Выдача дубликата документа, выданного по результату ранее предоставленной муниципальной услуги</w:t>
      </w:r>
      <w:r w:rsidR="002A628C">
        <w:rPr>
          <w:rFonts w:eastAsia="Times New Roman"/>
          <w:lang w:val="ru-RU"/>
        </w:rPr>
        <w:t>»</w:t>
      </w:r>
      <w:r w:rsidRPr="000F6EE0">
        <w:rPr>
          <w:rFonts w:eastAsia="Times New Roman"/>
          <w:lang w:val="ru-RU"/>
        </w:rPr>
        <w:t xml:space="preserve"> - не более 5 рабочих дней.</w:t>
      </w:r>
    </w:p>
    <w:p w:rsidR="0047343B" w:rsidRPr="000F6EE0" w:rsidRDefault="000F6EE0">
      <w:pPr>
        <w:spacing w:after="0" w:line="240" w:lineRule="auto"/>
        <w:ind w:firstLine="709"/>
        <w:jc w:val="both"/>
        <w:rPr>
          <w:lang w:val="ru-RU"/>
        </w:rPr>
      </w:pPr>
      <w:r w:rsidRPr="000F6EE0">
        <w:rPr>
          <w:rFonts w:eastAsia="Times New Roman"/>
          <w:lang w:val="ru-RU"/>
        </w:rPr>
        <w:t>2.4.4. Срок предоставления муниципальной услуги в отношении всех вариантов предоставления муниципальной услуги исчисляется:</w:t>
      </w:r>
    </w:p>
    <w:p w:rsidR="0047343B" w:rsidRPr="000F6EE0" w:rsidRDefault="000F6EE0">
      <w:pPr>
        <w:spacing w:after="0" w:line="240" w:lineRule="auto"/>
        <w:ind w:firstLine="709"/>
        <w:jc w:val="both"/>
        <w:rPr>
          <w:lang w:val="ru-RU"/>
        </w:rPr>
      </w:pPr>
      <w:r w:rsidRPr="000F6EE0">
        <w:rPr>
          <w:rFonts w:eastAsia="Times New Roman"/>
          <w:lang w:val="ru-RU"/>
        </w:rPr>
        <w:t>со дня регистрации заявления и прилагаемых документов, необходимых для предоставления муниципальной услуги в уполномоченном органе, в том числе в случае, если заявление и прилагаемые документы,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47343B" w:rsidRPr="000F6EE0" w:rsidRDefault="000F6EE0">
      <w:pPr>
        <w:spacing w:after="0" w:line="240" w:lineRule="auto"/>
        <w:ind w:firstLine="709"/>
        <w:jc w:val="both"/>
        <w:rPr>
          <w:lang w:val="ru-RU"/>
        </w:rPr>
      </w:pPr>
      <w:r w:rsidRPr="000F6EE0">
        <w:rPr>
          <w:rFonts w:eastAsia="Times New Roman"/>
          <w:lang w:val="ru-RU"/>
        </w:rPr>
        <w:t>со дня регистрации заявления и прилагаемых документов, необходимых для предоставления муниципальной услуги на Портале, на официальном Интернет-сайте администрации Новоджерелиевского сельского поселения Брюховецкого муниципального района Краснодарского края;</w:t>
      </w:r>
    </w:p>
    <w:p w:rsidR="0047343B" w:rsidRPr="000F6EE0" w:rsidRDefault="000F6EE0">
      <w:pPr>
        <w:spacing w:after="0" w:line="240" w:lineRule="auto"/>
        <w:ind w:firstLine="709"/>
        <w:jc w:val="both"/>
        <w:rPr>
          <w:lang w:val="ru-RU"/>
        </w:rPr>
      </w:pPr>
      <w:r w:rsidRPr="000F6EE0">
        <w:rPr>
          <w:rFonts w:eastAsia="Times New Roman"/>
          <w:lang w:val="ru-RU"/>
        </w:rPr>
        <w:t>со дня передачи МФЦ заявления и прилагаемых документов в уполномоченный орган в случае, если заявление и прилагаемые документы, необходимые для предоставления муниципальной услуги, поданы заявителем в МФЦ.</w:t>
      </w:r>
    </w:p>
    <w:p w:rsidR="0047343B" w:rsidRPr="000F6EE0" w:rsidRDefault="000F6EE0">
      <w:pPr>
        <w:spacing w:after="0" w:line="240" w:lineRule="auto"/>
        <w:ind w:firstLine="709"/>
        <w:jc w:val="both"/>
        <w:rPr>
          <w:lang w:val="ru-RU"/>
        </w:rPr>
      </w:pPr>
      <w:r w:rsidRPr="000F6EE0">
        <w:rPr>
          <w:rFonts w:eastAsia="Times New Roman"/>
          <w:lang w:val="ru-RU"/>
        </w:rPr>
        <w:lastRenderedPageBreak/>
        <w:t>2.4.5. Срок приостановления предоставления муниципальной услуги не предусмотрен.</w:t>
      </w:r>
    </w:p>
    <w:p w:rsidR="0047343B" w:rsidRPr="000F6EE0" w:rsidRDefault="000F6EE0">
      <w:pPr>
        <w:spacing w:after="0" w:line="240" w:lineRule="auto"/>
        <w:ind w:firstLine="709"/>
        <w:jc w:val="both"/>
        <w:rPr>
          <w:lang w:val="ru-RU"/>
        </w:rPr>
      </w:pPr>
      <w:r w:rsidRPr="000F6EE0">
        <w:rPr>
          <w:rFonts w:eastAsia="Times New Roman"/>
          <w:lang w:val="ru-RU"/>
        </w:rPr>
        <w:t>2.4.6. Возврат заявления о выдаче порубочного билета без рассмотрения действующим законодательством Российской Федерации не предусмотрен.</w:t>
      </w:r>
    </w:p>
    <w:p w:rsidR="00F55E6E" w:rsidRDefault="00F55E6E" w:rsidP="002A628C">
      <w:pPr>
        <w:pStyle w:val="RegSubsection"/>
        <w:keepNext/>
        <w:spacing w:before="80" w:after="40" w:line="240" w:lineRule="auto"/>
        <w:ind w:firstLine="709"/>
        <w:jc w:val="both"/>
        <w:rPr>
          <w:rFonts w:eastAsia="Times New Roman"/>
          <w:b w:val="0"/>
          <w:sz w:val="28"/>
          <w:lang w:val="ru-RU"/>
        </w:rPr>
      </w:pPr>
    </w:p>
    <w:p w:rsidR="0047343B" w:rsidRPr="002A628C" w:rsidRDefault="000F6EE0" w:rsidP="002A628C">
      <w:pPr>
        <w:pStyle w:val="RegSubsection"/>
        <w:keepNext/>
        <w:spacing w:before="80" w:after="40" w:line="240" w:lineRule="auto"/>
        <w:ind w:firstLine="709"/>
        <w:jc w:val="both"/>
        <w:rPr>
          <w:b w:val="0"/>
          <w:lang w:val="ru-RU"/>
        </w:rPr>
      </w:pPr>
      <w:r w:rsidRPr="002A628C">
        <w:rPr>
          <w:rFonts w:eastAsia="Times New Roman"/>
          <w:b w:val="0"/>
          <w:sz w:val="28"/>
          <w:lang w:val="ru-RU"/>
        </w:rPr>
        <w:t>Подраздел 2.5. Размер платы, взимаемой с заявителя при предоставлении муниципальной услуги, и способы ее взимания.</w:t>
      </w:r>
    </w:p>
    <w:p w:rsidR="002A628C" w:rsidRDefault="002A628C">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2.5.1. Государственная пошлина за предоставление муниципальной услуги не взимается.</w:t>
      </w:r>
      <w:r w:rsidR="002A628C">
        <w:rPr>
          <w:rFonts w:eastAsia="Times New Roman"/>
          <w:lang w:val="ru-RU"/>
        </w:rPr>
        <w:t xml:space="preserve"> </w:t>
      </w:r>
      <w:r w:rsidRPr="000F6EE0">
        <w:rPr>
          <w:rFonts w:eastAsia="Times New Roman"/>
          <w:lang w:val="ru-RU"/>
        </w:rPr>
        <w:t>Предоставление муниципальной услуги осуществляется бесплатно.</w:t>
      </w:r>
    </w:p>
    <w:p w:rsidR="0047343B" w:rsidRPr="000F6EE0" w:rsidRDefault="000F6EE0">
      <w:pPr>
        <w:spacing w:after="0" w:line="240" w:lineRule="auto"/>
        <w:ind w:firstLine="709"/>
        <w:jc w:val="both"/>
        <w:rPr>
          <w:lang w:val="ru-RU"/>
        </w:rPr>
      </w:pPr>
      <w:r w:rsidRPr="000F6EE0">
        <w:rPr>
          <w:rFonts w:eastAsia="Times New Roman"/>
          <w:lang w:val="ru-RU"/>
        </w:rPr>
        <w:t>2.5.2. 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Новоджерелиевского сельского поселения Брюховецкого муниципального района Краснодарского края (далее - плата), которая исчисляется в порядке, определённом Законом Краснодарского края от 23</w:t>
      </w:r>
      <w:r w:rsidR="002A628C">
        <w:rPr>
          <w:rFonts w:eastAsia="Times New Roman"/>
          <w:lang w:val="ru-RU"/>
        </w:rPr>
        <w:t xml:space="preserve">  </w:t>
      </w:r>
      <w:r w:rsidRPr="000F6EE0">
        <w:rPr>
          <w:rFonts w:eastAsia="Times New Roman"/>
          <w:lang w:val="ru-RU"/>
        </w:rPr>
        <w:t xml:space="preserve">апреля 2013 года </w:t>
      </w:r>
      <w:r w:rsidR="002A628C">
        <w:rPr>
          <w:rFonts w:eastAsia="Times New Roman"/>
          <w:lang w:val="ru-RU"/>
        </w:rPr>
        <w:t>№</w:t>
      </w:r>
      <w:r w:rsidRPr="000F6EE0">
        <w:rPr>
          <w:rFonts w:eastAsia="Times New Roman"/>
          <w:lang w:val="ru-RU"/>
        </w:rPr>
        <w:t xml:space="preserve"> 2695-КЗ </w:t>
      </w:r>
      <w:r w:rsidR="002A628C">
        <w:rPr>
          <w:rFonts w:eastAsia="Times New Roman"/>
          <w:lang w:val="ru-RU"/>
        </w:rPr>
        <w:t>«</w:t>
      </w:r>
      <w:r w:rsidRPr="000F6EE0">
        <w:rPr>
          <w:rFonts w:eastAsia="Times New Roman"/>
          <w:lang w:val="ru-RU"/>
        </w:rPr>
        <w:t>Об охране зелёных насаждений в Краснодарском крае</w:t>
      </w:r>
      <w:r w:rsidR="002A628C">
        <w:rPr>
          <w:rFonts w:eastAsia="Times New Roman"/>
          <w:lang w:val="ru-RU"/>
        </w:rPr>
        <w:t>»</w:t>
      </w:r>
      <w:r w:rsidRPr="000F6EE0">
        <w:rPr>
          <w:rFonts w:eastAsia="Times New Roman"/>
          <w:lang w:val="ru-RU"/>
        </w:rPr>
        <w:t xml:space="preserve"> (далее - Порядок). При несанкционированной вырубке (уничтожении) зеленых насаждений плата рассчитывается в пятикратном размере.</w:t>
      </w:r>
    </w:p>
    <w:p w:rsidR="0047343B" w:rsidRPr="000F6EE0" w:rsidRDefault="000F6EE0">
      <w:pPr>
        <w:spacing w:after="0" w:line="240" w:lineRule="auto"/>
        <w:ind w:firstLine="709"/>
        <w:jc w:val="both"/>
        <w:rPr>
          <w:lang w:val="ru-RU"/>
        </w:rPr>
      </w:pPr>
      <w:r w:rsidRPr="000F6EE0">
        <w:rPr>
          <w:rFonts w:eastAsia="Times New Roman"/>
          <w:lang w:val="ru-RU"/>
        </w:rPr>
        <w:t>2.5.3. При несанкционированном повреждении деревьев и кустарников (в том числе при обрезке) плата рассчитывается в соответствии с Порядком: в двукратном размере - при повреждении до 30 процентов (включительно) зеленого насаждения, в пятикратном размере - при повреждении более 30 процентов зеленого насаждения.</w:t>
      </w:r>
    </w:p>
    <w:p w:rsidR="0047343B" w:rsidRPr="000F6EE0" w:rsidRDefault="000F6EE0">
      <w:pPr>
        <w:spacing w:after="0" w:line="240" w:lineRule="auto"/>
        <w:ind w:firstLine="709"/>
        <w:jc w:val="both"/>
        <w:rPr>
          <w:lang w:val="ru-RU"/>
        </w:rPr>
      </w:pPr>
      <w:r w:rsidRPr="000F6EE0">
        <w:rPr>
          <w:rFonts w:eastAsia="Times New Roman"/>
          <w:lang w:val="ru-RU"/>
        </w:rPr>
        <w:t>2.5.4. Плата вносится на единый счет местного бюджета с указанием назначения платежа.</w:t>
      </w:r>
    </w:p>
    <w:p w:rsidR="0047343B" w:rsidRPr="000F6EE0" w:rsidRDefault="000F6EE0">
      <w:pPr>
        <w:spacing w:after="0" w:line="240" w:lineRule="auto"/>
        <w:ind w:firstLine="709"/>
        <w:jc w:val="both"/>
        <w:rPr>
          <w:lang w:val="ru-RU"/>
        </w:rPr>
      </w:pPr>
      <w:r w:rsidRPr="000F6EE0">
        <w:rPr>
          <w:rFonts w:eastAsia="Times New Roman"/>
          <w:lang w:val="ru-RU"/>
        </w:rPr>
        <w:t>2.5.5. Субъект хозяйственной деятельности освобождается от обязанности платы в случае:</w:t>
      </w:r>
    </w:p>
    <w:p w:rsidR="0047343B" w:rsidRPr="000F6EE0" w:rsidRDefault="000F6EE0">
      <w:pPr>
        <w:spacing w:after="0" w:line="240" w:lineRule="auto"/>
        <w:ind w:firstLine="709"/>
        <w:jc w:val="both"/>
        <w:rPr>
          <w:lang w:val="ru-RU"/>
        </w:rPr>
      </w:pPr>
      <w:r w:rsidRPr="000F6EE0">
        <w:rPr>
          <w:rFonts w:eastAsia="Times New Roman"/>
          <w:lang w:val="ru-RU"/>
        </w:rPr>
        <w:t>1) если вырубка (уничтожение) зеленых насаждений производится на земельном участке, отнесенном к территориальной зоне сельскохозяйственного использования и предоставленном в пользование гражданину или юридическому лицу для сельскохозяйственного производства;</w:t>
      </w:r>
    </w:p>
    <w:p w:rsidR="0047343B" w:rsidRPr="000F6EE0" w:rsidRDefault="000F6EE0">
      <w:pPr>
        <w:spacing w:after="0" w:line="240" w:lineRule="auto"/>
        <w:ind w:firstLine="709"/>
        <w:jc w:val="both"/>
        <w:rPr>
          <w:lang w:val="ru-RU"/>
        </w:rPr>
      </w:pPr>
      <w:r w:rsidRPr="000F6EE0">
        <w:rPr>
          <w:rFonts w:eastAsia="Times New Roman"/>
          <w:lang w:val="ru-RU"/>
        </w:rPr>
        <w:t>2) если вырубка (уничтожение) зеленых насаждений производится на земельном участке, расположенном за границами населенного пункта;</w:t>
      </w:r>
    </w:p>
    <w:p w:rsidR="0047343B" w:rsidRPr="000F6EE0" w:rsidRDefault="000F6EE0">
      <w:pPr>
        <w:spacing w:after="0" w:line="240" w:lineRule="auto"/>
        <w:ind w:firstLine="709"/>
        <w:jc w:val="both"/>
        <w:rPr>
          <w:lang w:val="ru-RU"/>
        </w:rPr>
      </w:pPr>
      <w:r w:rsidRPr="000F6EE0">
        <w:rPr>
          <w:rFonts w:eastAsia="Times New Roman"/>
          <w:lang w:val="ru-RU"/>
        </w:rPr>
        <w:t>3) если вырубка (уничтожение) зеленых насаждений производится на земельном участке, отнесенном к территориальной зоне специального назначения.</w:t>
      </w:r>
    </w:p>
    <w:p w:rsidR="0047343B" w:rsidRPr="000F6EE0" w:rsidRDefault="000F6EE0">
      <w:pPr>
        <w:spacing w:after="0" w:line="240" w:lineRule="auto"/>
        <w:ind w:firstLine="709"/>
        <w:jc w:val="both"/>
        <w:rPr>
          <w:lang w:val="ru-RU"/>
        </w:rPr>
      </w:pPr>
      <w:r w:rsidRPr="000F6EE0">
        <w:rPr>
          <w:rFonts w:eastAsia="Times New Roman"/>
          <w:lang w:val="ru-RU"/>
        </w:rPr>
        <w:t>4)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чрезвычайных ситуаций;</w:t>
      </w:r>
    </w:p>
    <w:p w:rsidR="0047343B" w:rsidRPr="000F6EE0" w:rsidRDefault="000F6EE0">
      <w:pPr>
        <w:spacing w:after="0" w:line="240" w:lineRule="auto"/>
        <w:ind w:firstLine="709"/>
        <w:jc w:val="both"/>
        <w:rPr>
          <w:lang w:val="ru-RU"/>
        </w:rPr>
      </w:pPr>
      <w:r w:rsidRPr="000F6EE0">
        <w:rPr>
          <w:rFonts w:eastAsia="Times New Roman"/>
          <w:lang w:val="ru-RU"/>
        </w:rPr>
        <w:lastRenderedPageBreak/>
        <w:t>5) если вырубка (уничтожение) или повреждение зеленых насаждений связаны с санитарной рубкой, санитарной, омолаживающей или формовочной обрезкой.</w:t>
      </w:r>
    </w:p>
    <w:p w:rsidR="0047343B" w:rsidRPr="000F6EE0" w:rsidRDefault="000F6EE0">
      <w:pPr>
        <w:spacing w:after="0" w:line="240" w:lineRule="auto"/>
        <w:ind w:firstLine="709"/>
        <w:jc w:val="both"/>
        <w:rPr>
          <w:lang w:val="ru-RU"/>
        </w:rPr>
      </w:pPr>
      <w:r w:rsidRPr="000F6EE0">
        <w:rPr>
          <w:rFonts w:eastAsia="Times New Roman"/>
          <w:lang w:val="ru-RU"/>
        </w:rPr>
        <w:t>2.5.6. В случае, если вырубка (уничтожение) насаждений производится на земельных участках в границах населенного пункта в целях строительства, реконструкции, капитального ремонта, ремонта автомобильных дорог и проектной документацией предусмотрено озеленение в пределах полосы отвода данных автомобильных дорог, размер платы уменьшается на сумму вычета, который рассчитывается в соответствии с Порядком.</w:t>
      </w:r>
    </w:p>
    <w:p w:rsidR="0047343B" w:rsidRPr="002A628C" w:rsidRDefault="000F6EE0" w:rsidP="002A628C">
      <w:pPr>
        <w:pStyle w:val="RegSubsection"/>
        <w:keepNext/>
        <w:spacing w:before="80" w:after="40" w:line="240" w:lineRule="auto"/>
        <w:ind w:firstLine="709"/>
        <w:jc w:val="both"/>
        <w:rPr>
          <w:b w:val="0"/>
          <w:lang w:val="ru-RU"/>
        </w:rPr>
      </w:pPr>
      <w:r w:rsidRPr="002A628C">
        <w:rPr>
          <w:rFonts w:eastAsia="Times New Roman"/>
          <w:b w:val="0"/>
          <w:sz w:val="28"/>
          <w:lang w:val="ru-RU"/>
        </w:rPr>
        <w:t>Подраздел 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2A628C" w:rsidRDefault="002A628C">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2.6.1.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 составляет не более 15 минут.</w:t>
      </w:r>
    </w:p>
    <w:p w:rsidR="002A628C" w:rsidRDefault="002A628C">
      <w:pPr>
        <w:pStyle w:val="RegSubsection"/>
        <w:keepNext/>
        <w:spacing w:before="80" w:after="40" w:line="240" w:lineRule="auto"/>
        <w:jc w:val="center"/>
        <w:rPr>
          <w:rFonts w:eastAsia="Times New Roman"/>
          <w:b w:val="0"/>
          <w:sz w:val="28"/>
          <w:lang w:val="ru-RU"/>
        </w:rPr>
      </w:pPr>
    </w:p>
    <w:p w:rsidR="0047343B" w:rsidRPr="002A628C" w:rsidRDefault="000F6EE0" w:rsidP="002A628C">
      <w:pPr>
        <w:pStyle w:val="RegSubsection"/>
        <w:keepNext/>
        <w:spacing w:before="80" w:after="40" w:line="240" w:lineRule="auto"/>
        <w:ind w:firstLine="709"/>
        <w:jc w:val="both"/>
        <w:rPr>
          <w:b w:val="0"/>
          <w:lang w:val="ru-RU"/>
        </w:rPr>
      </w:pPr>
      <w:r w:rsidRPr="002A628C">
        <w:rPr>
          <w:rFonts w:eastAsia="Times New Roman"/>
          <w:b w:val="0"/>
          <w:sz w:val="28"/>
          <w:lang w:val="ru-RU"/>
        </w:rPr>
        <w:t>Подраздел 2.7. Срок регистрации заявления о предоставлении муниципальной услуги.</w:t>
      </w:r>
    </w:p>
    <w:p w:rsidR="002A628C" w:rsidRDefault="002A628C">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2.7.1. Заявление о предоставлении муниципальной услуги, поступившее в уполномоченный орган при личном обращении заявителя, регистрируется специалистом уполномоченного органа в установленном порядке в день поступления.</w:t>
      </w:r>
    </w:p>
    <w:p w:rsidR="0047343B" w:rsidRPr="000F6EE0" w:rsidRDefault="000F6EE0">
      <w:pPr>
        <w:spacing w:after="0" w:line="240" w:lineRule="auto"/>
        <w:ind w:firstLine="709"/>
        <w:jc w:val="both"/>
        <w:rPr>
          <w:lang w:val="ru-RU"/>
        </w:rPr>
      </w:pPr>
      <w:r w:rsidRPr="000F6EE0">
        <w:rPr>
          <w:rFonts w:eastAsia="Times New Roman"/>
          <w:lang w:val="ru-RU"/>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47343B" w:rsidRPr="000F6EE0" w:rsidRDefault="000F6EE0">
      <w:pPr>
        <w:spacing w:after="0" w:line="240" w:lineRule="auto"/>
        <w:ind w:firstLine="709"/>
        <w:jc w:val="both"/>
        <w:rPr>
          <w:lang w:val="ru-RU"/>
        </w:rPr>
      </w:pPr>
      <w:r w:rsidRPr="000F6EE0">
        <w:rPr>
          <w:rFonts w:eastAsia="Times New Roman"/>
          <w:lang w:val="ru-RU"/>
        </w:rPr>
        <w:t>Заявление о предоставлении муниципальной услуги, поступившее в уполномоченный орган через МФЦ, регистрируется специалистом уполномоченного органа в день поступления из МФЦ.</w:t>
      </w:r>
    </w:p>
    <w:p w:rsidR="0047343B" w:rsidRPr="000F6EE0" w:rsidRDefault="000F6EE0">
      <w:pPr>
        <w:spacing w:after="0" w:line="240" w:lineRule="auto"/>
        <w:ind w:firstLine="709"/>
        <w:jc w:val="both"/>
        <w:rPr>
          <w:lang w:val="ru-RU"/>
        </w:rPr>
      </w:pPr>
      <w:r w:rsidRPr="000F6EE0">
        <w:rPr>
          <w:rFonts w:eastAsia="Times New Roman"/>
          <w:lang w:val="ru-RU"/>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rsidR="0047343B" w:rsidRPr="000F6EE0" w:rsidRDefault="000F6EE0">
      <w:pPr>
        <w:spacing w:after="0" w:line="240" w:lineRule="auto"/>
        <w:ind w:firstLine="709"/>
        <w:jc w:val="both"/>
        <w:rPr>
          <w:lang w:val="ru-RU"/>
        </w:rPr>
      </w:pPr>
      <w:r w:rsidRPr="000F6EE0">
        <w:rPr>
          <w:rFonts w:eastAsia="Times New Roman"/>
          <w:lang w:val="ru-RU"/>
        </w:rPr>
        <w:t>Заявление о предоставлении муниципальной услуги, поступившее в нерабочее время, регистрируется в первый рабочий день.</w:t>
      </w:r>
    </w:p>
    <w:p w:rsidR="0047343B" w:rsidRPr="00750611" w:rsidRDefault="000F6EE0" w:rsidP="00750611">
      <w:pPr>
        <w:pStyle w:val="RegSubsection"/>
        <w:keepNext/>
        <w:spacing w:before="80" w:after="40" w:line="240" w:lineRule="auto"/>
        <w:ind w:firstLine="709"/>
        <w:jc w:val="both"/>
        <w:rPr>
          <w:b w:val="0"/>
          <w:lang w:val="ru-RU"/>
        </w:rPr>
      </w:pPr>
      <w:r w:rsidRPr="00750611">
        <w:rPr>
          <w:rFonts w:eastAsia="Times New Roman"/>
          <w:b w:val="0"/>
          <w:sz w:val="28"/>
          <w:lang w:val="ru-RU"/>
        </w:rPr>
        <w:lastRenderedPageBreak/>
        <w:t>Подраздел 2.8. Требования к помещениям, в которых предоставляется муниципальная услуга.</w:t>
      </w:r>
    </w:p>
    <w:p w:rsidR="00750611" w:rsidRDefault="00750611">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2.8.1. Требования, которым должны соответствовать помещения, в которых предоставляется муниципальная услуга, размещаются на официальном сайте администрации Новоджерелиевского сельского поселения (</w:t>
      </w:r>
      <w:r>
        <w:rPr>
          <w:rFonts w:eastAsia="Times New Roman"/>
        </w:rPr>
        <w:t>https</w:t>
      </w:r>
      <w:r w:rsidRPr="000F6EE0">
        <w:rPr>
          <w:rFonts w:eastAsia="Times New Roman"/>
          <w:lang w:val="ru-RU"/>
        </w:rPr>
        <w:t xml:space="preserve">://новоджерелиевская.рф/) в информационно-телекоммуникационной сети </w:t>
      </w:r>
      <w:r w:rsidR="005B73F2">
        <w:rPr>
          <w:rFonts w:eastAsia="Times New Roman"/>
          <w:lang w:val="ru-RU"/>
        </w:rPr>
        <w:t>«</w:t>
      </w:r>
      <w:r w:rsidRPr="000F6EE0">
        <w:rPr>
          <w:rFonts w:eastAsia="Times New Roman"/>
          <w:lang w:val="ru-RU"/>
        </w:rPr>
        <w:t>Интернет</w:t>
      </w:r>
      <w:r w:rsidR="005B73F2">
        <w:rPr>
          <w:rFonts w:eastAsia="Times New Roman"/>
          <w:lang w:val="ru-RU"/>
        </w:rPr>
        <w:t>»</w:t>
      </w:r>
      <w:r w:rsidRPr="000F6EE0">
        <w:rPr>
          <w:rFonts w:eastAsia="Times New Roman"/>
          <w:lang w:val="ru-RU"/>
        </w:rPr>
        <w:t xml:space="preserve"> в соответствующих разделах уполномоченного органа (далее - официальный сайт) и на ЕПГУ, РПГУ.</w:t>
      </w:r>
    </w:p>
    <w:p w:rsidR="005B73F2" w:rsidRDefault="005B73F2">
      <w:pPr>
        <w:pStyle w:val="RegSubsection"/>
        <w:keepNext/>
        <w:spacing w:before="80" w:after="40" w:line="240" w:lineRule="auto"/>
        <w:jc w:val="center"/>
        <w:rPr>
          <w:rFonts w:eastAsia="Times New Roman"/>
          <w:sz w:val="28"/>
          <w:lang w:val="ru-RU"/>
        </w:rPr>
      </w:pPr>
    </w:p>
    <w:p w:rsidR="0047343B" w:rsidRPr="005B73F2" w:rsidRDefault="000F6EE0" w:rsidP="005B73F2">
      <w:pPr>
        <w:pStyle w:val="RegSubsection"/>
        <w:keepNext/>
        <w:spacing w:before="80" w:after="40" w:line="240" w:lineRule="auto"/>
        <w:ind w:firstLine="709"/>
        <w:jc w:val="both"/>
        <w:rPr>
          <w:b w:val="0"/>
          <w:lang w:val="ru-RU"/>
        </w:rPr>
      </w:pPr>
      <w:r w:rsidRPr="005B73F2">
        <w:rPr>
          <w:rFonts w:eastAsia="Times New Roman"/>
          <w:b w:val="0"/>
          <w:sz w:val="28"/>
          <w:lang w:val="ru-RU"/>
        </w:rPr>
        <w:t>Подраздел 2.9. Показатели доступности и качества муниципальной услуги.</w:t>
      </w:r>
    </w:p>
    <w:p w:rsidR="005B73F2" w:rsidRDefault="005B73F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2.9.1. Перечень показателей качества и доступности муниципальной услуги размещается на официальном сайте, а также на ЕПГУ, РПГУ.</w:t>
      </w:r>
    </w:p>
    <w:p w:rsidR="005B73F2" w:rsidRDefault="005B73F2">
      <w:pPr>
        <w:pStyle w:val="RegSubsection"/>
        <w:keepNext/>
        <w:spacing w:before="80" w:after="40" w:line="240" w:lineRule="auto"/>
        <w:jc w:val="center"/>
        <w:rPr>
          <w:rFonts w:eastAsia="Times New Roman"/>
          <w:sz w:val="28"/>
          <w:lang w:val="ru-RU"/>
        </w:rPr>
      </w:pPr>
    </w:p>
    <w:p w:rsidR="0047343B" w:rsidRPr="005B73F2" w:rsidRDefault="000F6EE0" w:rsidP="005B73F2">
      <w:pPr>
        <w:pStyle w:val="RegSubsection"/>
        <w:keepNext/>
        <w:spacing w:before="80" w:after="40" w:line="240" w:lineRule="auto"/>
        <w:ind w:firstLine="709"/>
        <w:jc w:val="both"/>
        <w:rPr>
          <w:b w:val="0"/>
          <w:lang w:val="ru-RU"/>
        </w:rPr>
      </w:pPr>
      <w:r w:rsidRPr="005B73F2">
        <w:rPr>
          <w:rFonts w:eastAsia="Times New Roman"/>
          <w:b w:val="0"/>
          <w:sz w:val="28"/>
          <w:lang w:val="ru-RU"/>
        </w:rPr>
        <w:t>Подраздел 2.10. Иные требования к предоставлению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2.10.1. Перечень услуг, которые являются необходимыми и обязательными для предоставления муниципальной услуги, отсутствуют.</w:t>
      </w:r>
    </w:p>
    <w:p w:rsidR="0047343B" w:rsidRPr="000F6EE0" w:rsidRDefault="000F6EE0">
      <w:pPr>
        <w:spacing w:after="0" w:line="240" w:lineRule="auto"/>
        <w:ind w:firstLine="709"/>
        <w:jc w:val="both"/>
        <w:rPr>
          <w:lang w:val="ru-RU"/>
        </w:rPr>
      </w:pPr>
      <w:r w:rsidRPr="000F6EE0">
        <w:rPr>
          <w:rFonts w:eastAsia="Times New Roman"/>
          <w:lang w:val="ru-RU"/>
        </w:rPr>
        <w:t>2.10.2.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p>
    <w:p w:rsidR="0047343B" w:rsidRPr="000F6EE0" w:rsidRDefault="000F6EE0">
      <w:pPr>
        <w:spacing w:after="0" w:line="240" w:lineRule="auto"/>
        <w:ind w:firstLine="709"/>
        <w:jc w:val="both"/>
        <w:rPr>
          <w:lang w:val="ru-RU"/>
        </w:rPr>
      </w:pPr>
      <w:r w:rsidRPr="000F6EE0">
        <w:rPr>
          <w:rFonts w:eastAsia="Times New Roman"/>
          <w:lang w:val="ru-RU"/>
        </w:rPr>
        <w:t>2.10.3. Перечень информационных систем, используемых для предоставления муниципальной услуги: ЕПГУ, РПГУ.</w:t>
      </w:r>
    </w:p>
    <w:p w:rsidR="0047343B" w:rsidRPr="000F6EE0" w:rsidRDefault="000F6EE0">
      <w:pPr>
        <w:spacing w:after="0" w:line="240" w:lineRule="auto"/>
        <w:ind w:firstLine="709"/>
        <w:jc w:val="both"/>
        <w:rPr>
          <w:lang w:val="ru-RU"/>
        </w:rPr>
      </w:pPr>
      <w:r w:rsidRPr="000F6EE0">
        <w:rPr>
          <w:rFonts w:eastAsia="Times New Roman"/>
          <w:lang w:val="ru-RU"/>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47343B" w:rsidRPr="000F6EE0" w:rsidRDefault="000F6EE0">
      <w:pPr>
        <w:spacing w:after="0" w:line="240" w:lineRule="auto"/>
        <w:ind w:firstLine="709"/>
        <w:jc w:val="both"/>
        <w:rPr>
          <w:lang w:val="ru-RU"/>
        </w:rPr>
      </w:pPr>
      <w:r w:rsidRPr="000F6EE0">
        <w:rPr>
          <w:rFonts w:eastAsia="Times New Roman"/>
          <w:lang w:val="ru-RU"/>
        </w:rPr>
        <w:t>2.10.5.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47343B" w:rsidRPr="000F6EE0" w:rsidRDefault="000F6EE0">
      <w:pPr>
        <w:spacing w:after="0" w:line="240" w:lineRule="auto"/>
        <w:ind w:firstLine="709"/>
        <w:jc w:val="both"/>
        <w:rPr>
          <w:lang w:val="ru-RU"/>
        </w:rPr>
      </w:pPr>
      <w:r w:rsidRPr="000F6EE0">
        <w:rPr>
          <w:rFonts w:eastAsia="Times New Roman"/>
          <w:lang w:val="ru-RU"/>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47343B" w:rsidRPr="000F6EE0" w:rsidRDefault="000F6EE0">
      <w:pPr>
        <w:spacing w:after="0" w:line="240" w:lineRule="auto"/>
        <w:ind w:firstLine="709"/>
        <w:jc w:val="both"/>
        <w:rPr>
          <w:lang w:val="ru-RU"/>
        </w:rPr>
      </w:pPr>
      <w:r w:rsidRPr="000F6EE0">
        <w:rPr>
          <w:rFonts w:eastAsia="Times New Roman"/>
          <w:lang w:val="ru-RU"/>
        </w:rPr>
        <w:lastRenderedPageBreak/>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2.10.5.2.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rsidR="0047343B" w:rsidRPr="000F6EE0" w:rsidRDefault="000F6EE0">
      <w:pPr>
        <w:spacing w:after="0" w:line="240" w:lineRule="auto"/>
        <w:ind w:firstLine="709"/>
        <w:jc w:val="both"/>
        <w:rPr>
          <w:lang w:val="ru-RU"/>
        </w:rPr>
      </w:pPr>
      <w:r w:rsidRPr="000F6EE0">
        <w:rPr>
          <w:rFonts w:eastAsia="Times New Roman"/>
          <w:lang w:val="ru-RU"/>
        </w:rPr>
        <w:t>2.10.6. Предоставление муниципальной услуги в МФЦ возможно при наличии заключенного соглашения о взаимодействии между администрацией и МФЦ.</w:t>
      </w:r>
    </w:p>
    <w:p w:rsidR="0047343B" w:rsidRPr="000F6EE0" w:rsidRDefault="000F6EE0">
      <w:pPr>
        <w:spacing w:after="0" w:line="240" w:lineRule="auto"/>
        <w:ind w:firstLine="709"/>
        <w:jc w:val="both"/>
        <w:rPr>
          <w:lang w:val="ru-RU"/>
        </w:rPr>
      </w:pPr>
      <w:r w:rsidRPr="000F6EE0">
        <w:rPr>
          <w:rFonts w:eastAsia="Times New Roman"/>
          <w:lang w:val="ru-RU"/>
        </w:rPr>
        <w:t>МФЦ участвует в предоставлении муниципальной услуги (в соответствии с соглашением о взаимодействии между МФЦ и администрацией) в части:</w:t>
      </w:r>
    </w:p>
    <w:p w:rsidR="0047343B" w:rsidRPr="000F6EE0" w:rsidRDefault="000F6EE0">
      <w:pPr>
        <w:spacing w:after="0" w:line="240" w:lineRule="auto"/>
        <w:ind w:firstLine="709"/>
        <w:jc w:val="both"/>
        <w:rPr>
          <w:lang w:val="ru-RU"/>
        </w:rPr>
      </w:pPr>
      <w:r w:rsidRPr="000F6EE0">
        <w:rPr>
          <w:rFonts w:eastAsia="Times New Roman"/>
          <w:lang w:val="ru-RU"/>
        </w:rPr>
        <w:t>информирования о порядке и ходе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выдачи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rsidR="0047343B" w:rsidRPr="000F6EE0" w:rsidRDefault="000F6EE0">
      <w:pPr>
        <w:spacing w:after="0" w:line="240" w:lineRule="auto"/>
        <w:ind w:firstLine="709"/>
        <w:jc w:val="both"/>
        <w:rPr>
          <w:lang w:val="ru-RU"/>
        </w:rPr>
      </w:pPr>
      <w:r w:rsidRPr="000F6EE0">
        <w:rPr>
          <w:rFonts w:eastAsia="Times New Roman"/>
          <w:lang w:val="ru-RU"/>
        </w:rPr>
        <w:t>2.10.7.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rsidR="005B73F2" w:rsidRDefault="005B73F2" w:rsidP="005B73F2">
      <w:pPr>
        <w:pStyle w:val="RegSubsection"/>
        <w:keepNext/>
        <w:spacing w:before="80" w:after="40" w:line="240" w:lineRule="auto"/>
        <w:ind w:firstLine="709"/>
        <w:jc w:val="both"/>
        <w:rPr>
          <w:rFonts w:eastAsia="Times New Roman"/>
          <w:b w:val="0"/>
          <w:sz w:val="28"/>
          <w:lang w:val="ru-RU"/>
        </w:rPr>
      </w:pPr>
    </w:p>
    <w:p w:rsidR="0047343B" w:rsidRPr="005B73F2" w:rsidRDefault="000F6EE0" w:rsidP="005B73F2">
      <w:pPr>
        <w:pStyle w:val="RegSubsection"/>
        <w:keepNext/>
        <w:spacing w:before="80" w:after="40" w:line="240" w:lineRule="auto"/>
        <w:ind w:firstLine="709"/>
        <w:jc w:val="both"/>
        <w:rPr>
          <w:b w:val="0"/>
          <w:lang w:val="ru-RU"/>
        </w:rPr>
      </w:pPr>
      <w:r w:rsidRPr="005B73F2">
        <w:rPr>
          <w:rFonts w:eastAsia="Times New Roman"/>
          <w:b w:val="0"/>
          <w:sz w:val="28"/>
          <w:lang w:val="ru-RU"/>
        </w:rPr>
        <w:t>Подраздел 2.11. Исчерпывающий перечень документов, необходимых для предоставления муниципальной услуги.</w:t>
      </w:r>
    </w:p>
    <w:p w:rsidR="005B73F2" w:rsidRDefault="005B73F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таблицах 1, 2 приложения № 7 к настоящему административному регламенту.</w:t>
      </w:r>
    </w:p>
    <w:p w:rsidR="0047343B" w:rsidRPr="005B73F2" w:rsidRDefault="000F6EE0" w:rsidP="005B73F2">
      <w:pPr>
        <w:pStyle w:val="RegSubsection"/>
        <w:keepNext/>
        <w:spacing w:before="80" w:after="40" w:line="240" w:lineRule="auto"/>
        <w:ind w:firstLine="709"/>
        <w:jc w:val="both"/>
        <w:rPr>
          <w:b w:val="0"/>
          <w:lang w:val="ru-RU"/>
        </w:rPr>
      </w:pPr>
      <w:r w:rsidRPr="005B73F2">
        <w:rPr>
          <w:rFonts w:eastAsia="Times New Roman"/>
          <w:b w:val="0"/>
          <w:sz w:val="28"/>
          <w:lang w:val="ru-RU"/>
        </w:rPr>
        <w:lastRenderedPageBreak/>
        <w:t>Подраздел 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B73F2" w:rsidRDefault="005B73F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2.12.1. Исчерпывающий перечень оснований для отказа в приеме заявления о предоставлении муниципальной услуги приведен в приложении № 8 к настоящему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rsidR="0047343B" w:rsidRPr="000F6EE0" w:rsidRDefault="000F6EE0">
      <w:pPr>
        <w:spacing w:after="0" w:line="240" w:lineRule="auto"/>
        <w:ind w:firstLine="709"/>
        <w:jc w:val="both"/>
        <w:rPr>
          <w:lang w:val="ru-RU"/>
        </w:rPr>
      </w:pPr>
      <w:r w:rsidRPr="000F6EE0">
        <w:rPr>
          <w:rFonts w:eastAsia="Times New Roman"/>
          <w:lang w:val="ru-RU"/>
        </w:rPr>
        <w:t>2.12.3. Исчерпывающий перечень оснований для отказа в предоставлении муниципальной услуги приведен в приложении № 8 к настоящему административному регламенту.</w:t>
      </w:r>
    </w:p>
    <w:p w:rsidR="0047343B" w:rsidRPr="000F6EE0" w:rsidRDefault="000F6EE0">
      <w:pPr>
        <w:pStyle w:val="RegSection"/>
        <w:keepNext/>
        <w:spacing w:before="120" w:after="80" w:line="240" w:lineRule="auto"/>
        <w:jc w:val="center"/>
        <w:rPr>
          <w:lang w:val="ru-RU"/>
        </w:rPr>
      </w:pPr>
      <w:r w:rsidRPr="000F6EE0">
        <w:rPr>
          <w:rFonts w:eastAsia="Times New Roman"/>
          <w:sz w:val="28"/>
          <w:lang w:val="ru-RU"/>
        </w:rPr>
        <w:t>Раздел 3. Состав, последовательность и сроки выполнения административных процедур</w:t>
      </w:r>
    </w:p>
    <w:p w:rsidR="005B73F2" w:rsidRDefault="005B73F2">
      <w:pPr>
        <w:pStyle w:val="RegSubsection"/>
        <w:keepNext/>
        <w:spacing w:before="80" w:after="40" w:line="240" w:lineRule="auto"/>
        <w:jc w:val="center"/>
        <w:rPr>
          <w:rFonts w:eastAsia="Times New Roman"/>
          <w:sz w:val="28"/>
          <w:lang w:val="ru-RU"/>
        </w:rPr>
      </w:pPr>
    </w:p>
    <w:p w:rsidR="0047343B" w:rsidRPr="005B73F2" w:rsidRDefault="000F6EE0" w:rsidP="005B73F2">
      <w:pPr>
        <w:pStyle w:val="RegSubsection"/>
        <w:keepNext/>
        <w:spacing w:before="80" w:after="40" w:line="240" w:lineRule="auto"/>
        <w:ind w:firstLine="709"/>
        <w:jc w:val="center"/>
        <w:rPr>
          <w:b w:val="0"/>
          <w:lang w:val="ru-RU"/>
        </w:rPr>
      </w:pPr>
      <w:r w:rsidRPr="005B73F2">
        <w:rPr>
          <w:rFonts w:eastAsia="Times New Roman"/>
          <w:b w:val="0"/>
          <w:sz w:val="28"/>
          <w:lang w:val="ru-RU"/>
        </w:rPr>
        <w:t>Подраздел 3.1. Перечень вариантов предоставления муниципальной услуги</w:t>
      </w:r>
    </w:p>
    <w:p w:rsidR="005B73F2" w:rsidRDefault="005B73F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3.1.1. Вариантами предоставления данной муниципальной услуги являются:</w:t>
      </w:r>
    </w:p>
    <w:p w:rsidR="0047343B" w:rsidRPr="000F6EE0" w:rsidRDefault="000F6EE0">
      <w:pPr>
        <w:spacing w:after="0" w:line="240" w:lineRule="auto"/>
        <w:ind w:firstLine="709"/>
        <w:jc w:val="both"/>
        <w:rPr>
          <w:lang w:val="ru-RU"/>
        </w:rPr>
      </w:pPr>
      <w:r w:rsidRPr="000F6EE0">
        <w:rPr>
          <w:rFonts w:eastAsia="Times New Roman"/>
          <w:lang w:val="ru-RU"/>
        </w:rPr>
        <w:t>1) 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p>
    <w:p w:rsidR="0047343B" w:rsidRPr="000F6EE0" w:rsidRDefault="000F6EE0">
      <w:pPr>
        <w:spacing w:after="0" w:line="240" w:lineRule="auto"/>
        <w:ind w:firstLine="709"/>
        <w:jc w:val="both"/>
        <w:rPr>
          <w:lang w:val="ru-RU"/>
        </w:rPr>
      </w:pPr>
      <w:r w:rsidRPr="000F6EE0">
        <w:rPr>
          <w:rFonts w:eastAsia="Times New Roman"/>
          <w:lang w:val="ru-RU"/>
        </w:rPr>
        <w:t>2) выдача 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p>
    <w:p w:rsidR="0047343B" w:rsidRPr="000F6EE0" w:rsidRDefault="000F6EE0">
      <w:pPr>
        <w:spacing w:after="0" w:line="240" w:lineRule="auto"/>
        <w:ind w:firstLine="709"/>
        <w:jc w:val="both"/>
        <w:rPr>
          <w:lang w:val="ru-RU"/>
        </w:rPr>
      </w:pPr>
      <w:r w:rsidRPr="000F6EE0">
        <w:rPr>
          <w:rFonts w:eastAsia="Times New Roman"/>
          <w:lang w:val="ru-RU"/>
        </w:rPr>
        <w:t>3) исправление допущенных опечаток и ошибок в выданных в результате предоставления муниципальной услуги документах.</w:t>
      </w:r>
    </w:p>
    <w:p w:rsidR="0047343B" w:rsidRPr="000F6EE0" w:rsidRDefault="000F6EE0">
      <w:pPr>
        <w:spacing w:after="0" w:line="240" w:lineRule="auto"/>
        <w:ind w:firstLine="709"/>
        <w:jc w:val="both"/>
        <w:rPr>
          <w:lang w:val="ru-RU"/>
        </w:rPr>
      </w:pPr>
      <w:r w:rsidRPr="000F6EE0">
        <w:rPr>
          <w:rFonts w:eastAsia="Times New Roman"/>
          <w:lang w:val="ru-RU"/>
        </w:rPr>
        <w:t>4) выдача дубликата документа, выданного по результату ранее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3.1.2. Основаниями для отказа в предоставлении муниципальной услуги для всех вариантов предоставления муниципального услуги указаны в подразделе 2.7 Административного регламента.</w:t>
      </w:r>
    </w:p>
    <w:p w:rsidR="0047343B" w:rsidRPr="000F6EE0" w:rsidRDefault="000F6EE0">
      <w:pPr>
        <w:spacing w:after="0" w:line="240" w:lineRule="auto"/>
        <w:ind w:firstLine="709"/>
        <w:jc w:val="both"/>
        <w:rPr>
          <w:lang w:val="ru-RU"/>
        </w:rPr>
      </w:pPr>
      <w:r w:rsidRPr="000F6EE0">
        <w:rPr>
          <w:rFonts w:eastAsia="Times New Roman"/>
          <w:lang w:val="ru-RU"/>
        </w:rPr>
        <w:t>3.1.3. Законодательством Российской Федерации не предусмотрены следующие административные процедуры:</w:t>
      </w:r>
    </w:p>
    <w:p w:rsidR="0047343B" w:rsidRPr="000F6EE0" w:rsidRDefault="000F6EE0">
      <w:pPr>
        <w:spacing w:after="0" w:line="240" w:lineRule="auto"/>
        <w:ind w:firstLine="709"/>
        <w:jc w:val="both"/>
        <w:rPr>
          <w:lang w:val="ru-RU"/>
        </w:rPr>
      </w:pPr>
      <w:r w:rsidRPr="000F6EE0">
        <w:rPr>
          <w:rFonts w:eastAsia="Times New Roman"/>
          <w:lang w:val="ru-RU"/>
        </w:rPr>
        <w:t>приостановление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оценка сведений о заявителе и (или) объектах, принадлежащих заявителю, и (или) иных объектах, а также знаний (навыков) заявителя на предмет их </w:t>
      </w:r>
      <w:r w:rsidRPr="000F6EE0">
        <w:rPr>
          <w:rFonts w:eastAsia="Times New Roman"/>
          <w:lang w:val="ru-RU"/>
        </w:rPr>
        <w:lastRenderedPageBreak/>
        <w:t>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3.1.4.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МФЦ.</w:t>
      </w:r>
    </w:p>
    <w:p w:rsidR="0047343B" w:rsidRPr="000F6EE0" w:rsidRDefault="000F6EE0">
      <w:pPr>
        <w:spacing w:after="0" w:line="240" w:lineRule="auto"/>
        <w:ind w:firstLine="709"/>
        <w:jc w:val="both"/>
        <w:rPr>
          <w:lang w:val="ru-RU"/>
        </w:rPr>
      </w:pPr>
      <w:r w:rsidRPr="000F6EE0">
        <w:rPr>
          <w:rFonts w:eastAsia="Times New Roman"/>
          <w:lang w:val="ru-RU"/>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приложении № 6 к настоящему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Профилирование осуществляется:</w:t>
      </w:r>
    </w:p>
    <w:p w:rsidR="0047343B" w:rsidRPr="000F6EE0" w:rsidRDefault="000F6EE0">
      <w:pPr>
        <w:spacing w:after="0" w:line="240" w:lineRule="auto"/>
        <w:ind w:firstLine="709"/>
        <w:jc w:val="both"/>
        <w:rPr>
          <w:lang w:val="ru-RU"/>
        </w:rPr>
      </w:pPr>
      <w:r w:rsidRPr="000F6EE0">
        <w:rPr>
          <w:rFonts w:eastAsia="Times New Roman"/>
          <w:lang w:val="ru-RU"/>
        </w:rPr>
        <w:t>1) в уполномоченном органе при личном обращении;</w:t>
      </w:r>
    </w:p>
    <w:p w:rsidR="0047343B" w:rsidRPr="000F6EE0" w:rsidRDefault="000F6EE0">
      <w:pPr>
        <w:spacing w:after="0" w:line="240" w:lineRule="auto"/>
        <w:ind w:firstLine="709"/>
        <w:jc w:val="both"/>
        <w:rPr>
          <w:lang w:val="ru-RU"/>
        </w:rPr>
      </w:pPr>
      <w:r w:rsidRPr="000F6EE0">
        <w:rPr>
          <w:rFonts w:eastAsia="Times New Roman"/>
          <w:lang w:val="ru-RU"/>
        </w:rPr>
        <w:t>2) в МФЦ при личном обращении;</w:t>
      </w:r>
    </w:p>
    <w:p w:rsidR="0047343B" w:rsidRPr="000F6EE0" w:rsidRDefault="000F6EE0">
      <w:pPr>
        <w:spacing w:after="0" w:line="240" w:lineRule="auto"/>
        <w:ind w:firstLine="709"/>
        <w:jc w:val="both"/>
        <w:rPr>
          <w:lang w:val="ru-RU"/>
        </w:rPr>
      </w:pPr>
      <w:r w:rsidRPr="000F6EE0">
        <w:rPr>
          <w:rFonts w:eastAsia="Times New Roman"/>
          <w:lang w:val="ru-RU"/>
        </w:rPr>
        <w:t>3) с использованием ЕПГУ, РПГУ (при наличии технической возможности).</w:t>
      </w:r>
    </w:p>
    <w:p w:rsidR="0047343B" w:rsidRPr="000F6EE0" w:rsidRDefault="000F6EE0">
      <w:pPr>
        <w:spacing w:after="0" w:line="240" w:lineRule="auto"/>
        <w:ind w:firstLine="709"/>
        <w:jc w:val="both"/>
        <w:rPr>
          <w:lang w:val="ru-RU"/>
        </w:rPr>
      </w:pPr>
      <w:r w:rsidRPr="000F6EE0">
        <w:rPr>
          <w:rFonts w:eastAsia="Times New Roman"/>
          <w:lang w:val="ru-RU"/>
        </w:rPr>
        <w:t>3.1.5. Муниципальная услуга не оказывается в упреждающем (</w:t>
      </w:r>
      <w:proofErr w:type="spellStart"/>
      <w:r w:rsidRPr="000F6EE0">
        <w:rPr>
          <w:rFonts w:eastAsia="Times New Roman"/>
          <w:lang w:val="ru-RU"/>
        </w:rPr>
        <w:t>проактивном</w:t>
      </w:r>
      <w:proofErr w:type="spellEnd"/>
      <w:r w:rsidRPr="000F6EE0">
        <w:rPr>
          <w:rFonts w:eastAsia="Times New Roman"/>
          <w:lang w:val="ru-RU"/>
        </w:rPr>
        <w:t>) режиме.</w:t>
      </w:r>
    </w:p>
    <w:p w:rsidR="005B73F2" w:rsidRDefault="005B73F2">
      <w:pPr>
        <w:pStyle w:val="RegSubsection"/>
        <w:keepNext/>
        <w:spacing w:before="80" w:after="40" w:line="240" w:lineRule="auto"/>
        <w:jc w:val="center"/>
        <w:rPr>
          <w:rFonts w:eastAsia="Times New Roman"/>
          <w:sz w:val="28"/>
          <w:lang w:val="ru-RU"/>
        </w:rPr>
      </w:pPr>
    </w:p>
    <w:p w:rsidR="0047343B" w:rsidRPr="005B73F2" w:rsidRDefault="000F6EE0" w:rsidP="005B73F2">
      <w:pPr>
        <w:pStyle w:val="RegSubsection"/>
        <w:keepNext/>
        <w:spacing w:before="80" w:after="40" w:line="240" w:lineRule="auto"/>
        <w:ind w:firstLine="709"/>
        <w:jc w:val="both"/>
        <w:rPr>
          <w:b w:val="0"/>
          <w:lang w:val="ru-RU"/>
        </w:rPr>
      </w:pPr>
      <w:r w:rsidRPr="005B73F2">
        <w:rPr>
          <w:rFonts w:eastAsia="Times New Roman"/>
          <w:b w:val="0"/>
          <w:sz w:val="28"/>
          <w:lang w:val="ru-RU"/>
        </w:rPr>
        <w:t>Подраздел 3.2. Административная процедура профилирования заявителя</w:t>
      </w:r>
    </w:p>
    <w:p w:rsidR="005B73F2" w:rsidRPr="005B73F2" w:rsidRDefault="005B73F2" w:rsidP="005B73F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3.2.1. Вариант предоставления муниципальной услуги определяется путём анкетирования заявителя.</w:t>
      </w:r>
    </w:p>
    <w:p w:rsidR="0047343B" w:rsidRPr="000F6EE0" w:rsidRDefault="000F6EE0">
      <w:pPr>
        <w:spacing w:after="0" w:line="240" w:lineRule="auto"/>
        <w:ind w:firstLine="709"/>
        <w:jc w:val="both"/>
        <w:rPr>
          <w:lang w:val="ru-RU"/>
        </w:rPr>
      </w:pPr>
      <w:r w:rsidRPr="000F6EE0">
        <w:rPr>
          <w:rFonts w:eastAsia="Times New Roman"/>
          <w:lang w:val="ru-RU"/>
        </w:rPr>
        <w:t>3.2.2. Способы определения и предъявления необходимого заявителю варианта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в уполномоченном органе (в том числе посредством почтового отправления);</w:t>
      </w:r>
    </w:p>
    <w:p w:rsidR="0047343B" w:rsidRPr="000F6EE0" w:rsidRDefault="000F6EE0">
      <w:pPr>
        <w:spacing w:after="0" w:line="240" w:lineRule="auto"/>
        <w:ind w:firstLine="709"/>
        <w:jc w:val="both"/>
        <w:rPr>
          <w:lang w:val="ru-RU"/>
        </w:rPr>
      </w:pPr>
      <w:r w:rsidRPr="000F6EE0">
        <w:rPr>
          <w:rFonts w:eastAsia="Times New Roman"/>
          <w:lang w:val="ru-RU"/>
        </w:rPr>
        <w:t>через МФЦ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 xml:space="preserve">посредством использования информационно-телекоммуникационных технологий включая использование Портала и соответствующих информационных систем с применением электронной подписи, вид которой должен соответствовать требованиям постановления Правительства Российской Федерации от 25 июня 2012 года </w:t>
      </w:r>
      <w:r w:rsidR="005B73F2">
        <w:rPr>
          <w:rFonts w:eastAsia="Times New Roman"/>
          <w:lang w:val="ru-RU"/>
        </w:rPr>
        <w:t xml:space="preserve">№ </w:t>
      </w:r>
      <w:r w:rsidRPr="000F6EE0">
        <w:rPr>
          <w:rFonts w:eastAsia="Times New Roman"/>
          <w:lang w:val="ru-RU"/>
        </w:rPr>
        <w:t xml:space="preserve">634 </w:t>
      </w:r>
      <w:r w:rsidR="005B73F2">
        <w:rPr>
          <w:rFonts w:eastAsia="Times New Roman"/>
          <w:lang w:val="ru-RU"/>
        </w:rPr>
        <w:t>«</w:t>
      </w:r>
      <w:r w:rsidRPr="000F6EE0">
        <w:rPr>
          <w:rFonts w:eastAsia="Times New Roman"/>
          <w:lang w:val="ru-RU"/>
        </w:rPr>
        <w:t>О видах электронной подписи, использование которых допускается при обращении за получением государственных и муниципальных услуг</w:t>
      </w:r>
      <w:r w:rsidR="005B73F2">
        <w:rPr>
          <w:rFonts w:eastAsia="Times New Roman"/>
          <w:lang w:val="ru-RU"/>
        </w:rPr>
        <w:t>»</w:t>
      </w:r>
      <w:r w:rsidRPr="000F6EE0">
        <w:rPr>
          <w:rFonts w:eastAsia="Times New Roman"/>
          <w:lang w:val="ru-RU"/>
        </w:rPr>
        <w:t xml:space="preserve"> (далее - электронная подпись);</w:t>
      </w:r>
    </w:p>
    <w:p w:rsidR="0047343B" w:rsidRPr="000F6EE0" w:rsidRDefault="000F6EE0">
      <w:pPr>
        <w:spacing w:after="0" w:line="240" w:lineRule="auto"/>
        <w:ind w:firstLine="709"/>
        <w:jc w:val="both"/>
        <w:rPr>
          <w:lang w:val="ru-RU"/>
        </w:rPr>
      </w:pPr>
      <w:r w:rsidRPr="000F6EE0">
        <w:rPr>
          <w:rFonts w:eastAsia="Times New Roman"/>
          <w:lang w:val="ru-RU"/>
        </w:rPr>
        <w:t>3.2.3. Порядок определения и предъявления необходимого заявителю варианта предоставления услуги:</w:t>
      </w:r>
    </w:p>
    <w:p w:rsidR="0047343B" w:rsidRPr="000F6EE0" w:rsidRDefault="000F6EE0">
      <w:pPr>
        <w:spacing w:after="0" w:line="240" w:lineRule="auto"/>
        <w:ind w:firstLine="709"/>
        <w:jc w:val="both"/>
        <w:rPr>
          <w:lang w:val="ru-RU"/>
        </w:rPr>
      </w:pPr>
      <w:r w:rsidRPr="000F6EE0">
        <w:rPr>
          <w:rFonts w:eastAsia="Times New Roman"/>
          <w:lang w:val="ru-RU"/>
        </w:rPr>
        <w:t>посредством ответов на вопросы экспертной системы Портала;</w:t>
      </w:r>
    </w:p>
    <w:p w:rsidR="0047343B" w:rsidRPr="000F6EE0" w:rsidRDefault="000F6EE0">
      <w:pPr>
        <w:spacing w:after="0" w:line="240" w:lineRule="auto"/>
        <w:ind w:firstLine="709"/>
        <w:jc w:val="both"/>
        <w:rPr>
          <w:lang w:val="ru-RU"/>
        </w:rPr>
      </w:pPr>
      <w:r w:rsidRPr="000F6EE0">
        <w:rPr>
          <w:rFonts w:eastAsia="Times New Roman"/>
          <w:lang w:val="ru-RU"/>
        </w:rPr>
        <w:lastRenderedPageBreak/>
        <w:t>посредством опроса в уполномоченном органе, МФЦ.</w:t>
      </w:r>
    </w:p>
    <w:p w:rsidR="0047343B" w:rsidRPr="000F6EE0" w:rsidRDefault="000F6EE0">
      <w:pPr>
        <w:spacing w:after="0" w:line="240" w:lineRule="auto"/>
        <w:ind w:firstLine="709"/>
        <w:jc w:val="both"/>
        <w:rPr>
          <w:lang w:val="ru-RU"/>
        </w:rPr>
      </w:pPr>
      <w:r w:rsidRPr="000F6EE0">
        <w:rPr>
          <w:rFonts w:eastAsia="Times New Roman"/>
          <w:lang w:val="ru-RU"/>
        </w:rPr>
        <w:t>На основании ответов заявителя на вопросы анкетирования определяется вариант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3.2.4.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w:t>
      </w:r>
      <w:r w:rsidR="005B73F2">
        <w:rPr>
          <w:rFonts w:eastAsia="Times New Roman"/>
          <w:lang w:val="ru-RU"/>
        </w:rPr>
        <w:t xml:space="preserve">№ </w:t>
      </w:r>
      <w:r w:rsidRPr="000F6EE0">
        <w:rPr>
          <w:rFonts w:eastAsia="Times New Roman"/>
          <w:lang w:val="ru-RU"/>
        </w:rPr>
        <w:t>1 к Административному регламенту.</w:t>
      </w:r>
    </w:p>
    <w:p w:rsidR="0047343B" w:rsidRPr="005B73F2" w:rsidRDefault="000F6EE0" w:rsidP="005B73F2">
      <w:pPr>
        <w:pStyle w:val="RegSubsection"/>
        <w:keepNext/>
        <w:spacing w:before="80" w:after="40" w:line="240" w:lineRule="auto"/>
        <w:ind w:firstLine="709"/>
        <w:jc w:val="both"/>
        <w:rPr>
          <w:b w:val="0"/>
          <w:lang w:val="ru-RU"/>
        </w:rPr>
      </w:pPr>
      <w:r w:rsidRPr="005B73F2">
        <w:rPr>
          <w:rFonts w:eastAsia="Times New Roman"/>
          <w:b w:val="0"/>
          <w:sz w:val="28"/>
          <w:lang w:val="ru-RU"/>
        </w:rPr>
        <w:t xml:space="preserve">Подраздел 3.3. Описание варианта предоставления муниципальной услуги </w:t>
      </w:r>
      <w:r w:rsidR="005B73F2">
        <w:rPr>
          <w:rFonts w:eastAsia="Times New Roman"/>
          <w:b w:val="0"/>
          <w:sz w:val="28"/>
          <w:lang w:val="ru-RU"/>
        </w:rPr>
        <w:t>«</w:t>
      </w:r>
      <w:r w:rsidRPr="005B73F2">
        <w:rPr>
          <w:rFonts w:eastAsia="Times New Roman"/>
          <w:b w:val="0"/>
          <w:sz w:val="28"/>
          <w:lang w:val="ru-RU"/>
        </w:rP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r w:rsidR="005B73F2">
        <w:rPr>
          <w:rFonts w:eastAsia="Times New Roman"/>
          <w:b w:val="0"/>
          <w:sz w:val="28"/>
          <w:lang w:val="ru-RU"/>
        </w:rPr>
        <w:t>»</w:t>
      </w:r>
    </w:p>
    <w:p w:rsidR="005B73F2" w:rsidRDefault="005B73F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3.3.1. Результатом предоставления муниципальной услуги через уполномоченный орган, почтовым отправлением, МФЦ и через Портал является:</w:t>
      </w:r>
    </w:p>
    <w:p w:rsidR="0047343B" w:rsidRPr="000F6EE0" w:rsidRDefault="000F6EE0">
      <w:pPr>
        <w:spacing w:after="0" w:line="240" w:lineRule="auto"/>
        <w:ind w:firstLine="709"/>
        <w:jc w:val="both"/>
        <w:rPr>
          <w:lang w:val="ru-RU"/>
        </w:rPr>
      </w:pPr>
      <w:r w:rsidRPr="000F6EE0">
        <w:rPr>
          <w:rFonts w:eastAsia="Times New Roman"/>
          <w:lang w:val="ru-RU"/>
        </w:rPr>
        <w:t xml:space="preserve">выдача порубочного билета установленной формы согласно приложению </w:t>
      </w:r>
      <w:r w:rsidR="00F55E6E">
        <w:rPr>
          <w:rFonts w:eastAsia="Times New Roman"/>
          <w:lang w:val="ru-RU"/>
        </w:rPr>
        <w:t>№ </w:t>
      </w:r>
      <w:r w:rsidRPr="000F6EE0">
        <w:rPr>
          <w:rFonts w:eastAsia="Times New Roman"/>
          <w:lang w:val="ru-RU"/>
        </w:rPr>
        <w:t>3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3.3.2. В процессе предоставления муниципальной услуги в соответствии с вариантом выполняются следующие административные процедуры:</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47343B" w:rsidRPr="000F6EE0" w:rsidRDefault="000F6EE0">
      <w:pPr>
        <w:spacing w:after="0" w:line="240" w:lineRule="auto"/>
        <w:ind w:firstLine="709"/>
        <w:jc w:val="both"/>
        <w:rPr>
          <w:lang w:val="ru-RU"/>
        </w:rPr>
      </w:pPr>
      <w:r w:rsidRPr="000F6EE0">
        <w:rPr>
          <w:rFonts w:eastAsia="Times New Roman"/>
          <w:lang w:val="ru-RU"/>
        </w:rPr>
        <w:t>рассмотрение заявления и прилагаемых документов, направление межведомственных запросов;</w:t>
      </w:r>
    </w:p>
    <w:p w:rsidR="0047343B" w:rsidRPr="000F6EE0" w:rsidRDefault="000F6EE0">
      <w:pPr>
        <w:spacing w:after="0" w:line="240" w:lineRule="auto"/>
        <w:ind w:firstLine="709"/>
        <w:jc w:val="both"/>
        <w:rPr>
          <w:lang w:val="ru-RU"/>
        </w:rPr>
      </w:pPr>
      <w:r w:rsidRPr="000F6EE0">
        <w:rPr>
          <w:rFonts w:eastAsia="Times New Roman"/>
          <w:lang w:val="ru-RU"/>
        </w:rPr>
        <w:t>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Перечень административных процедур (действий) при предоставлении муниципальной услуги в электронной форме:</w:t>
      </w:r>
    </w:p>
    <w:p w:rsidR="0047343B" w:rsidRPr="000F6EE0" w:rsidRDefault="000F6EE0">
      <w:pPr>
        <w:spacing w:after="0" w:line="240" w:lineRule="auto"/>
        <w:ind w:firstLine="709"/>
        <w:jc w:val="both"/>
        <w:rPr>
          <w:lang w:val="ru-RU"/>
        </w:rPr>
      </w:pPr>
      <w:r w:rsidRPr="000F6EE0">
        <w:rPr>
          <w:rFonts w:eastAsia="Times New Roman"/>
          <w:lang w:val="ru-RU"/>
        </w:rPr>
        <w:t>прием заявления и прилагаемых документов посредством Портала, иных информационных систем;</w:t>
      </w:r>
    </w:p>
    <w:p w:rsidR="0047343B" w:rsidRPr="000F6EE0" w:rsidRDefault="000F6EE0">
      <w:pPr>
        <w:spacing w:after="0" w:line="240" w:lineRule="auto"/>
        <w:ind w:firstLine="709"/>
        <w:jc w:val="both"/>
        <w:rPr>
          <w:lang w:val="ru-RU"/>
        </w:rPr>
      </w:pPr>
      <w:r w:rsidRPr="000F6EE0">
        <w:rPr>
          <w:rFonts w:eastAsia="Times New Roman"/>
          <w:lang w:val="ru-RU"/>
        </w:rPr>
        <w:t>рассмотрение заявления и прилагаемых документов, направление межведомственных запросов;</w:t>
      </w:r>
    </w:p>
    <w:p w:rsidR="0047343B" w:rsidRPr="000F6EE0" w:rsidRDefault="000F6EE0">
      <w:pPr>
        <w:spacing w:after="0" w:line="240" w:lineRule="auto"/>
        <w:ind w:firstLine="709"/>
        <w:jc w:val="both"/>
        <w:rPr>
          <w:lang w:val="ru-RU"/>
        </w:rPr>
      </w:pPr>
      <w:r w:rsidRPr="000F6EE0">
        <w:rPr>
          <w:rFonts w:eastAsia="Times New Roman"/>
          <w:lang w:val="ru-RU"/>
        </w:rPr>
        <w:t>принятие решения о предоставлении (об отказе в предоставлении) муниципальной услуги уполномоченным органом;</w:t>
      </w:r>
    </w:p>
    <w:p w:rsidR="0047343B" w:rsidRPr="000F6EE0" w:rsidRDefault="000F6EE0">
      <w:pPr>
        <w:spacing w:after="0" w:line="240" w:lineRule="auto"/>
        <w:ind w:firstLine="709"/>
        <w:jc w:val="both"/>
        <w:rPr>
          <w:lang w:val="ru-RU"/>
        </w:rPr>
      </w:pPr>
      <w:r w:rsidRPr="000F6EE0">
        <w:rPr>
          <w:rFonts w:eastAsia="Times New Roman"/>
          <w:lang w:val="ru-RU"/>
        </w:rPr>
        <w:t xml:space="preserve">выдача результата предоставления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и (или) </w:t>
      </w:r>
      <w:r w:rsidRPr="000F6EE0">
        <w:rPr>
          <w:rFonts w:eastAsia="Times New Roman"/>
          <w:lang w:val="ru-RU"/>
        </w:rPr>
        <w:lastRenderedPageBreak/>
        <w:t>выдача оригинала результата предоставления муниципальной услуги в Уполномоченном органе или МФЦ.</w:t>
      </w:r>
    </w:p>
    <w:p w:rsidR="0047343B" w:rsidRPr="000F6EE0" w:rsidRDefault="000F6EE0">
      <w:pPr>
        <w:spacing w:after="0" w:line="240" w:lineRule="auto"/>
        <w:ind w:firstLine="709"/>
        <w:jc w:val="both"/>
        <w:rPr>
          <w:lang w:val="ru-RU"/>
        </w:rPr>
      </w:pPr>
      <w:r w:rsidRPr="000F6EE0">
        <w:rPr>
          <w:rFonts w:eastAsia="Times New Roman"/>
          <w:lang w:val="ru-RU"/>
        </w:rPr>
        <w:t>3.3.2.1. 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47343B" w:rsidRPr="000F6EE0" w:rsidRDefault="000F6EE0">
      <w:pPr>
        <w:spacing w:after="0" w:line="240" w:lineRule="auto"/>
        <w:ind w:firstLine="709"/>
        <w:jc w:val="both"/>
        <w:rPr>
          <w:lang w:val="ru-RU"/>
        </w:rPr>
      </w:pPr>
      <w:r w:rsidRPr="000F6EE0">
        <w:rPr>
          <w:rFonts w:eastAsia="Times New Roman"/>
          <w:lang w:val="ru-RU"/>
        </w:rPr>
        <w:t>1) при приеме заявления и прилагаемых к нему документов работник МФЦ:</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 в том числе проверяет документ, удостоверяющий личность либо иного документа, удостоверяющего личность, в соответствии с законодательством Российской Федерации, проверяет полномочия заявителя, в том числе полномочия представителя действовать от его имени;</w:t>
      </w:r>
    </w:p>
    <w:p w:rsidR="0047343B" w:rsidRPr="000F6EE0" w:rsidRDefault="000F6EE0">
      <w:pPr>
        <w:spacing w:after="0" w:line="240" w:lineRule="auto"/>
        <w:ind w:firstLine="709"/>
        <w:jc w:val="both"/>
        <w:rPr>
          <w:lang w:val="ru-RU"/>
        </w:rPr>
      </w:pPr>
      <w:r w:rsidRPr="000F6EE0">
        <w:rPr>
          <w:rFonts w:eastAsia="Times New Roman"/>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проверяет соответствие представленных документов установленным требованиям, удостоверяясь, что:</w:t>
      </w:r>
    </w:p>
    <w:p w:rsidR="0047343B" w:rsidRPr="000F6EE0" w:rsidRDefault="000F6EE0">
      <w:pPr>
        <w:spacing w:after="0" w:line="240" w:lineRule="auto"/>
        <w:ind w:firstLine="709"/>
        <w:jc w:val="both"/>
        <w:rPr>
          <w:lang w:val="ru-RU"/>
        </w:rPr>
      </w:pPr>
      <w:r w:rsidRPr="000F6EE0">
        <w:rPr>
          <w:rFonts w:eastAsia="Times New Roman"/>
          <w:lang w:val="ru-RU"/>
        </w:rPr>
        <w:t>а) документы в установленных законодательством Российской Федерации случаях нотариально удостоверены, скреплены печатями (при наличии печати), имеют надлежащие подписи сторон или определенных законодательством Российской Федерации должностных лиц;</w:t>
      </w:r>
    </w:p>
    <w:p w:rsidR="0047343B" w:rsidRPr="000F6EE0" w:rsidRDefault="000F6EE0">
      <w:pPr>
        <w:spacing w:after="0" w:line="240" w:lineRule="auto"/>
        <w:ind w:firstLine="709"/>
        <w:jc w:val="both"/>
        <w:rPr>
          <w:lang w:val="ru-RU"/>
        </w:rPr>
      </w:pPr>
      <w:r w:rsidRPr="000F6EE0">
        <w:rPr>
          <w:rFonts w:eastAsia="Times New Roman"/>
          <w:lang w:val="ru-RU"/>
        </w:rPr>
        <w:t>б) тексты документов написаны разборчиво;</w:t>
      </w:r>
    </w:p>
    <w:p w:rsidR="0047343B" w:rsidRPr="000F6EE0" w:rsidRDefault="000F6EE0">
      <w:pPr>
        <w:spacing w:after="0" w:line="240" w:lineRule="auto"/>
        <w:ind w:firstLine="709"/>
        <w:jc w:val="both"/>
        <w:rPr>
          <w:lang w:val="ru-RU"/>
        </w:rPr>
      </w:pPr>
      <w:r w:rsidRPr="000F6EE0">
        <w:rPr>
          <w:rFonts w:eastAsia="Times New Roman"/>
          <w:lang w:val="ru-RU"/>
        </w:rPr>
        <w:t>в) фамилии, имена и отчества физических лиц, адреса их мест жительства написаны полностью;</w:t>
      </w:r>
    </w:p>
    <w:p w:rsidR="0047343B" w:rsidRPr="000F6EE0" w:rsidRDefault="000F6EE0">
      <w:pPr>
        <w:spacing w:after="0" w:line="240" w:lineRule="auto"/>
        <w:ind w:firstLine="709"/>
        <w:jc w:val="both"/>
        <w:rPr>
          <w:lang w:val="ru-RU"/>
        </w:rPr>
      </w:pPr>
      <w:r w:rsidRPr="000F6EE0">
        <w:rPr>
          <w:rFonts w:eastAsia="Times New Roman"/>
          <w:lang w:val="ru-RU"/>
        </w:rPr>
        <w:t>г) в документах нет подчисток, приписок, зачеркнутых слов и иных не оговоренных в них исправлений;</w:t>
      </w:r>
    </w:p>
    <w:p w:rsidR="0047343B" w:rsidRPr="000F6EE0" w:rsidRDefault="000F6EE0">
      <w:pPr>
        <w:spacing w:after="0" w:line="240" w:lineRule="auto"/>
        <w:ind w:firstLine="709"/>
        <w:jc w:val="both"/>
        <w:rPr>
          <w:lang w:val="ru-RU"/>
        </w:rPr>
      </w:pPr>
      <w:r w:rsidRPr="000F6EE0">
        <w:rPr>
          <w:rFonts w:eastAsia="Times New Roman"/>
          <w:lang w:val="ru-RU"/>
        </w:rPr>
        <w:t>д) документы не исполнены карандашом;</w:t>
      </w:r>
    </w:p>
    <w:p w:rsidR="0047343B" w:rsidRPr="000F6EE0" w:rsidRDefault="000F6EE0">
      <w:pPr>
        <w:spacing w:after="0" w:line="240" w:lineRule="auto"/>
        <w:ind w:firstLine="709"/>
        <w:jc w:val="both"/>
        <w:rPr>
          <w:lang w:val="ru-RU"/>
        </w:rPr>
      </w:pPr>
      <w:r w:rsidRPr="000F6EE0">
        <w:rPr>
          <w:rFonts w:eastAsia="Times New Roman"/>
          <w:lang w:val="ru-RU"/>
        </w:rPr>
        <w:t>е) документы не имеют серьезных повреждений, наличие которых не позволяет однозначно истолковать их содержание;</w:t>
      </w:r>
    </w:p>
    <w:p w:rsidR="0047343B" w:rsidRPr="000F6EE0" w:rsidRDefault="000F6EE0">
      <w:pPr>
        <w:spacing w:after="0" w:line="240" w:lineRule="auto"/>
        <w:ind w:firstLine="709"/>
        <w:jc w:val="both"/>
        <w:rPr>
          <w:lang w:val="ru-RU"/>
        </w:rPr>
      </w:pPr>
      <w:r w:rsidRPr="000F6EE0">
        <w:rPr>
          <w:rFonts w:eastAsia="Times New Roman"/>
          <w:lang w:val="ru-RU"/>
        </w:rPr>
        <w:t>ж) срок действия документов не истек;</w:t>
      </w:r>
    </w:p>
    <w:p w:rsidR="0047343B" w:rsidRPr="000F6EE0" w:rsidRDefault="000F6EE0">
      <w:pPr>
        <w:spacing w:after="0" w:line="240" w:lineRule="auto"/>
        <w:ind w:firstLine="709"/>
        <w:jc w:val="both"/>
        <w:rPr>
          <w:lang w:val="ru-RU"/>
        </w:rPr>
      </w:pPr>
      <w:r w:rsidRPr="000F6EE0">
        <w:rPr>
          <w:rFonts w:eastAsia="Times New Roman"/>
          <w:lang w:val="ru-RU"/>
        </w:rPr>
        <w:t>з) документы содержат информацию, необходимую для предоставления муниципальной услуги, указанной в заявлении;</w:t>
      </w:r>
    </w:p>
    <w:p w:rsidR="0047343B" w:rsidRPr="000F6EE0" w:rsidRDefault="000F6EE0">
      <w:pPr>
        <w:spacing w:after="0" w:line="240" w:lineRule="auto"/>
        <w:ind w:firstLine="709"/>
        <w:jc w:val="both"/>
        <w:rPr>
          <w:lang w:val="ru-RU"/>
        </w:rPr>
      </w:pPr>
      <w:r w:rsidRPr="000F6EE0">
        <w:rPr>
          <w:rFonts w:eastAsia="Times New Roman"/>
          <w:lang w:val="ru-RU"/>
        </w:rPr>
        <w:t>д) документы представлены в полном объеме;</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представления документов, предусмотренных пунктами 1 - 7, 9, 10, 14, 17 и 18 части 6 статьи 7 Федерального закона от 27 июля 2010 года </w:t>
      </w:r>
      <w:r w:rsidR="008B1697" w:rsidRPr="008B1697">
        <w:rPr>
          <w:rFonts w:eastAsia="Times New Roman"/>
          <w:lang w:val="ru-RU"/>
        </w:rPr>
        <w:t>№</w:t>
      </w:r>
      <w:r w:rsidRPr="000F6EE0">
        <w:rPr>
          <w:rFonts w:eastAsia="Times New Roman"/>
          <w:lang w:val="ru-RU"/>
        </w:rPr>
        <w:t xml:space="preserve"> 210-ФЗ </w:t>
      </w:r>
      <w:r w:rsidR="005B73F2">
        <w:rPr>
          <w:rFonts w:eastAsia="Times New Roman"/>
          <w:lang w:val="ru-RU"/>
        </w:rPr>
        <w:t>«</w:t>
      </w:r>
      <w:r w:rsidRPr="000F6EE0">
        <w:rPr>
          <w:rFonts w:eastAsia="Times New Roman"/>
          <w:lang w:val="ru-RU"/>
        </w:rPr>
        <w:t>Об организации предоставления государственных и муниципальных услуг</w:t>
      </w:r>
      <w:r w:rsidR="005B73F2">
        <w:rPr>
          <w:rFonts w:eastAsia="Times New Roman"/>
          <w:lang w:val="ru-RU"/>
        </w:rPr>
        <w:t>»</w:t>
      </w:r>
      <w:r w:rsidRPr="000F6EE0">
        <w:rPr>
          <w:rFonts w:eastAsia="Times New Roman"/>
          <w:lang w:val="ru-RU"/>
        </w:rPr>
        <w:t xml:space="preserve"> (далее - Закон </w:t>
      </w:r>
      <w:r w:rsidR="008B1697" w:rsidRPr="008B1697">
        <w:rPr>
          <w:rFonts w:eastAsia="Times New Roman"/>
          <w:lang w:val="ru-RU"/>
        </w:rPr>
        <w:t>№</w:t>
      </w:r>
      <w:r w:rsidRPr="000F6EE0">
        <w:rPr>
          <w:rFonts w:eastAsia="Times New Roman"/>
          <w:lang w:val="ru-RU"/>
        </w:rPr>
        <w:t xml:space="preserve"> 210-ФЗ), осуществляет их бесплатное ксерокопирование, сличает представленные заявителем экземпляры оригиналов и копий (ксерокопий) документов (в том числе нотариально удостоверенные) друг с другом. Если представленные копии (ксерокопии)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5B73F2">
        <w:rPr>
          <w:rFonts w:eastAsia="Times New Roman"/>
          <w:lang w:val="ru-RU"/>
        </w:rPr>
        <w:t>«</w:t>
      </w:r>
      <w:r w:rsidRPr="000F6EE0">
        <w:rPr>
          <w:rFonts w:eastAsia="Times New Roman"/>
          <w:lang w:val="ru-RU"/>
        </w:rPr>
        <w:t>Копия верна</w:t>
      </w:r>
      <w:r w:rsidR="005B73F2">
        <w:rPr>
          <w:rFonts w:eastAsia="Times New Roman"/>
          <w:lang w:val="ru-RU"/>
        </w:rPr>
        <w:t>»</w:t>
      </w:r>
      <w:r w:rsidRPr="000F6EE0">
        <w:rPr>
          <w:rFonts w:eastAsia="Times New Roman"/>
          <w:lang w:val="ru-RU"/>
        </w:rPr>
        <w:t xml:space="preserve"> на каждой странице.</w:t>
      </w:r>
    </w:p>
    <w:p w:rsidR="0047343B" w:rsidRPr="000F6EE0" w:rsidRDefault="000F6EE0">
      <w:pPr>
        <w:spacing w:after="0" w:line="240" w:lineRule="auto"/>
        <w:ind w:firstLine="709"/>
        <w:jc w:val="both"/>
        <w:rPr>
          <w:lang w:val="ru-RU"/>
        </w:rPr>
      </w:pPr>
      <w:r w:rsidRPr="000F6EE0">
        <w:rPr>
          <w:rFonts w:eastAsia="Times New Roman"/>
          <w:lang w:val="ru-RU"/>
        </w:rPr>
        <w:lastRenderedPageBreak/>
        <w:t xml:space="preserve">При приеме запросов о предоставлении муниципальной услуги либо комплексных запросов и выдаче документов сотрудник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Закона </w:t>
      </w:r>
      <w:r w:rsidR="008B1697" w:rsidRPr="008B1697">
        <w:rPr>
          <w:rFonts w:eastAsia="Times New Roman"/>
          <w:lang w:val="ru-RU"/>
        </w:rPr>
        <w:t>№</w:t>
      </w:r>
      <w:r w:rsidRPr="000F6EE0">
        <w:rPr>
          <w:rFonts w:eastAsia="Times New Roman"/>
          <w:lang w:val="ru-RU"/>
        </w:rPr>
        <w:t xml:space="preserve"> 210-ФЗ.</w:t>
      </w:r>
    </w:p>
    <w:p w:rsidR="0047343B" w:rsidRPr="000F6EE0" w:rsidRDefault="000F6EE0">
      <w:pPr>
        <w:spacing w:after="0" w:line="240" w:lineRule="auto"/>
        <w:ind w:firstLine="709"/>
        <w:jc w:val="both"/>
        <w:rPr>
          <w:lang w:val="ru-RU"/>
        </w:rPr>
      </w:pPr>
      <w:r w:rsidRPr="000F6EE0">
        <w:rPr>
          <w:rFonts w:eastAsia="Times New Roman"/>
          <w:lang w:val="ru-RU"/>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 экземплярах, а при наличии таких оснований - расписку об отказе в приёме документов.</w:t>
      </w:r>
    </w:p>
    <w:p w:rsidR="0047343B" w:rsidRPr="000F6EE0" w:rsidRDefault="000F6EE0">
      <w:pPr>
        <w:spacing w:after="0" w:line="240" w:lineRule="auto"/>
        <w:ind w:firstLine="709"/>
        <w:jc w:val="both"/>
        <w:rPr>
          <w:lang w:val="ru-RU"/>
        </w:rPr>
      </w:pPr>
      <w:r w:rsidRPr="000F6EE0">
        <w:rPr>
          <w:rFonts w:eastAsia="Times New Roman"/>
          <w:lang w:val="ru-RU"/>
        </w:rPr>
        <w:t>Далее работник МФЦ передаёт заявителю первый экземпляр расписки, второй - помещает в пакет принятых документов.</w:t>
      </w:r>
    </w:p>
    <w:p w:rsidR="0047343B" w:rsidRPr="000F6EE0" w:rsidRDefault="000F6EE0">
      <w:pPr>
        <w:spacing w:after="0" w:line="240" w:lineRule="auto"/>
        <w:ind w:firstLine="709"/>
        <w:jc w:val="both"/>
        <w:rPr>
          <w:lang w:val="ru-RU"/>
        </w:rPr>
      </w:pPr>
      <w:r w:rsidRPr="000F6EE0">
        <w:rPr>
          <w:rFonts w:eastAsia="Times New Roman"/>
          <w:lang w:val="ru-RU"/>
        </w:rPr>
        <w:t xml:space="preserve">При отсутствии оснований для отказа в приёме документов работник уполномоченного органа оформляет расписку о приеме документов (с указанием их перечня и даты получения уполномоченным органом) по форме согласно приложению 5 к Административному регламенту, а при наличии таких оснований - расписку об отказе в приёме документов по форме согласно приложению </w:t>
      </w:r>
      <w:r w:rsidR="005B73F2">
        <w:rPr>
          <w:rFonts w:eastAsia="Times New Roman"/>
          <w:lang w:val="ru-RU"/>
        </w:rPr>
        <w:t xml:space="preserve">№ </w:t>
      </w:r>
      <w:r w:rsidRPr="000F6EE0">
        <w:rPr>
          <w:rFonts w:eastAsia="Times New Roman"/>
          <w:lang w:val="ru-RU"/>
        </w:rPr>
        <w:t>6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Заявитель, представивший документы для получения муниципальной услуги, в обязательном порядке информируется работником МФЦ:</w:t>
      </w:r>
    </w:p>
    <w:p w:rsidR="0047343B" w:rsidRPr="000F6EE0" w:rsidRDefault="000F6EE0">
      <w:pPr>
        <w:spacing w:after="0" w:line="240" w:lineRule="auto"/>
        <w:ind w:firstLine="709"/>
        <w:jc w:val="both"/>
        <w:rPr>
          <w:lang w:val="ru-RU"/>
        </w:rPr>
      </w:pPr>
      <w:r w:rsidRPr="000F6EE0">
        <w:rPr>
          <w:rFonts w:eastAsia="Times New Roman"/>
          <w:lang w:val="ru-RU"/>
        </w:rPr>
        <w:t>о сроке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 возможности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 при предоставлении муниципальной услуги по экстерриториальному принципу работник МФЦ:</w:t>
      </w:r>
    </w:p>
    <w:p w:rsidR="0047343B" w:rsidRPr="000F6EE0" w:rsidRDefault="000F6EE0">
      <w:pPr>
        <w:spacing w:after="0" w:line="240" w:lineRule="auto"/>
        <w:ind w:firstLine="709"/>
        <w:jc w:val="both"/>
        <w:rPr>
          <w:lang w:val="ru-RU"/>
        </w:rPr>
      </w:pPr>
      <w:r w:rsidRPr="000F6EE0">
        <w:rPr>
          <w:rFonts w:eastAsia="Times New Roman"/>
          <w:lang w:val="ru-RU"/>
        </w:rPr>
        <w:t>принимает от заявителя (представителя) заявление и прилагаемые документы;</w:t>
      </w:r>
    </w:p>
    <w:p w:rsidR="0047343B" w:rsidRPr="000F6EE0" w:rsidRDefault="000F6EE0">
      <w:pPr>
        <w:spacing w:after="0" w:line="240" w:lineRule="auto"/>
        <w:ind w:firstLine="709"/>
        <w:jc w:val="both"/>
        <w:rPr>
          <w:lang w:val="ru-RU"/>
        </w:rPr>
      </w:pPr>
      <w:r w:rsidRPr="000F6EE0">
        <w:rPr>
          <w:rFonts w:eastAsia="Times New Roman"/>
          <w:lang w:val="ru-RU"/>
        </w:rPr>
        <w:t xml:space="preserve">осуществляет копирование (сканирование) документов, предусмотренных пунктами 1 - 7, 9, 10, 14, 17 и 18 части 6 статьи 7 Закона </w:t>
      </w:r>
      <w:r w:rsidR="005B73F2">
        <w:rPr>
          <w:rFonts w:eastAsia="Times New Roman"/>
          <w:lang w:val="ru-RU"/>
        </w:rPr>
        <w:t>№</w:t>
      </w:r>
      <w:r w:rsidRPr="000F6EE0">
        <w:rPr>
          <w:rFonts w:eastAsia="Times New Roman"/>
          <w:lang w:val="ru-RU"/>
        </w:rPr>
        <w:t xml:space="preserve"> 210-ФЗ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7343B" w:rsidRPr="000F6EE0" w:rsidRDefault="000F6EE0">
      <w:pPr>
        <w:spacing w:after="0" w:line="240" w:lineRule="auto"/>
        <w:ind w:firstLine="709"/>
        <w:jc w:val="both"/>
        <w:rPr>
          <w:lang w:val="ru-RU"/>
        </w:rPr>
      </w:pPr>
      <w:r w:rsidRPr="000F6EE0">
        <w:rPr>
          <w:rFonts w:eastAsia="Times New Roman"/>
          <w:lang w:val="ru-RU"/>
        </w:rPr>
        <w:t>формирует электронные документы и (или) электронные образы заявления,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rsidR="0047343B" w:rsidRPr="000F6EE0" w:rsidRDefault="000F6EE0">
      <w:pPr>
        <w:spacing w:after="0" w:line="240" w:lineRule="auto"/>
        <w:ind w:firstLine="709"/>
        <w:jc w:val="both"/>
        <w:rPr>
          <w:lang w:val="ru-RU"/>
        </w:rPr>
      </w:pPr>
      <w:r w:rsidRPr="000F6EE0">
        <w:rPr>
          <w:rFonts w:eastAsia="Times New Roman"/>
          <w:lang w:val="ru-RU"/>
        </w:rPr>
        <w:lastRenderedPageBreak/>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3) при предоставлении муниципальной услуги посредством комплексного запроса работник МФЦ:</w:t>
      </w:r>
    </w:p>
    <w:p w:rsidR="0047343B" w:rsidRPr="000F6EE0" w:rsidRDefault="000F6EE0">
      <w:pPr>
        <w:spacing w:after="0" w:line="240" w:lineRule="auto"/>
        <w:ind w:firstLine="709"/>
        <w:jc w:val="both"/>
        <w:rPr>
          <w:lang w:val="ru-RU"/>
        </w:rPr>
      </w:pPr>
      <w:r w:rsidRPr="000F6EE0">
        <w:rPr>
          <w:rFonts w:eastAsia="Times New Roman"/>
          <w:lang w:val="ru-RU"/>
        </w:rPr>
        <w:t>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муниципальной услуги посредством комплексного запроса.</w:t>
      </w:r>
    </w:p>
    <w:p w:rsidR="0047343B" w:rsidRPr="000F6EE0" w:rsidRDefault="000F6EE0">
      <w:pPr>
        <w:spacing w:after="0" w:line="240" w:lineRule="auto"/>
        <w:ind w:firstLine="709"/>
        <w:jc w:val="both"/>
        <w:rPr>
          <w:lang w:val="ru-RU"/>
        </w:rPr>
      </w:pPr>
      <w:r w:rsidRPr="000F6EE0">
        <w:rPr>
          <w:rFonts w:eastAsia="Times New Roman"/>
          <w:lang w:val="ru-RU"/>
        </w:rPr>
        <w:t>В этом случае МФЦ для обеспечения получения заявителем муниципальной услуги, указанной в комплексном запросе, действует в интересах заявителя без доверенности и направляет в Уполномоченный орган заявление, подписанное уполномоченным работником МФЦ и скрепленное печатью МФЦ, а также сведения, документы и (или) информацию, необходимые для предоставления указанной в комплексном запросе муниципальной услуги, с приложением заверенной МФЦ копии комплексного запроса. При этом не требуются составление и подписание таких заявлений заявителем.</w:t>
      </w:r>
    </w:p>
    <w:p w:rsidR="0047343B" w:rsidRPr="000F6EE0" w:rsidRDefault="000F6EE0">
      <w:pPr>
        <w:spacing w:after="0" w:line="240" w:lineRule="auto"/>
        <w:ind w:firstLine="709"/>
        <w:jc w:val="both"/>
        <w:rPr>
          <w:lang w:val="ru-RU"/>
        </w:rPr>
      </w:pPr>
      <w:r w:rsidRPr="000F6EE0">
        <w:rPr>
          <w:rFonts w:eastAsia="Times New Roman"/>
          <w:lang w:val="ru-RU"/>
        </w:rPr>
        <w:t>Комплексный запрос должен содержать указание на муниципальную услугу, за предоставлением которой обратился заявитель, а также согласие заявителя на осуществление МФЦ от его имени действий, необходимых для ее предоставления.</w:t>
      </w:r>
    </w:p>
    <w:p w:rsidR="0047343B" w:rsidRPr="000F6EE0" w:rsidRDefault="000F6EE0">
      <w:pPr>
        <w:spacing w:after="0" w:line="240" w:lineRule="auto"/>
        <w:ind w:firstLine="709"/>
        <w:jc w:val="both"/>
        <w:rPr>
          <w:lang w:val="ru-RU"/>
        </w:rPr>
      </w:pPr>
      <w:r w:rsidRPr="000F6EE0">
        <w:rPr>
          <w:rFonts w:eastAsia="Times New Roman"/>
          <w:lang w:val="ru-RU"/>
        </w:rPr>
        <w:t>При приеме комплексного запроса у заявителя работники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муниципальной услуги, указанной в комплексном запросе.</w:t>
      </w:r>
    </w:p>
    <w:p w:rsidR="0047343B" w:rsidRPr="000F6EE0" w:rsidRDefault="000F6EE0">
      <w:pPr>
        <w:spacing w:after="0" w:line="240" w:lineRule="auto"/>
        <w:ind w:firstLine="709"/>
        <w:jc w:val="both"/>
        <w:rPr>
          <w:lang w:val="ru-RU"/>
        </w:rPr>
      </w:pPr>
      <w:r w:rsidRPr="000F6EE0">
        <w:rPr>
          <w:rFonts w:eastAsia="Times New Roman"/>
          <w:lang w:val="ru-RU"/>
        </w:rPr>
        <w:t xml:space="preserve">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Закона </w:t>
      </w:r>
      <w:r w:rsidR="005B73F2">
        <w:rPr>
          <w:rFonts w:eastAsia="Times New Roman"/>
          <w:lang w:val="ru-RU"/>
        </w:rPr>
        <w:t>№</w:t>
      </w:r>
      <w:r w:rsidRPr="000F6EE0">
        <w:rPr>
          <w:rFonts w:eastAsia="Times New Roman"/>
          <w:lang w:val="ru-RU"/>
        </w:rPr>
        <w:t xml:space="preserve">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Закона </w:t>
      </w:r>
      <w:r w:rsidR="005B73F2">
        <w:rPr>
          <w:rFonts w:eastAsia="Times New Roman"/>
          <w:lang w:val="ru-RU"/>
        </w:rPr>
        <w:t>№</w:t>
      </w:r>
      <w:r w:rsidRPr="000F6EE0">
        <w:rPr>
          <w:rFonts w:eastAsia="Times New Roman"/>
          <w:lang w:val="ru-RU"/>
        </w:rPr>
        <w:t xml:space="preserve"> 210-ФЗ, в результате оказания услуг, которые являются необходимыми и обязательными для предоставления государственных и </w:t>
      </w:r>
      <w:r w:rsidRPr="000F6EE0">
        <w:rPr>
          <w:rFonts w:eastAsia="Times New Roman"/>
          <w:lang w:val="ru-RU"/>
        </w:rPr>
        <w:lastRenderedPageBreak/>
        <w:t>муниципальных услуг, заявитель подает в многофункциональный центр одновременно с комплексным запросом самостоятельно.</w:t>
      </w:r>
    </w:p>
    <w:p w:rsidR="0047343B" w:rsidRPr="000F6EE0" w:rsidRDefault="000F6EE0">
      <w:pPr>
        <w:spacing w:after="0" w:line="240" w:lineRule="auto"/>
        <w:ind w:firstLine="709"/>
        <w:jc w:val="both"/>
        <w:rPr>
          <w:lang w:val="ru-RU"/>
        </w:rPr>
      </w:pPr>
      <w:r w:rsidRPr="000F6EE0">
        <w:rPr>
          <w:rFonts w:eastAsia="Times New Roman"/>
          <w:lang w:val="ru-RU"/>
        </w:rPr>
        <w:t xml:space="preserve">Примерная форма комплексного запроса, а также порядок хранения МФЦ комплексного запроса установлены приказом Министерства экономического развития Российской Федерации от 21 марта 2018 года </w:t>
      </w:r>
      <w:r w:rsidR="005B73F2">
        <w:rPr>
          <w:rFonts w:eastAsia="Times New Roman"/>
          <w:lang w:val="ru-RU"/>
        </w:rPr>
        <w:t>№</w:t>
      </w:r>
      <w:r w:rsidRPr="000F6EE0">
        <w:rPr>
          <w:rFonts w:eastAsia="Times New Roman"/>
          <w:lang w:val="ru-RU"/>
        </w:rPr>
        <w:t xml:space="preserve"> 137 </w:t>
      </w:r>
      <w:r w:rsidR="005B73F2">
        <w:rPr>
          <w:rFonts w:eastAsia="Times New Roman"/>
          <w:lang w:val="ru-RU"/>
        </w:rPr>
        <w:t>«</w:t>
      </w:r>
      <w:r w:rsidRPr="000F6EE0">
        <w:rPr>
          <w:rFonts w:eastAsia="Times New Roman"/>
          <w:lang w:val="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5B73F2">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 xml:space="preserve">Направление работником МФЦ заявлений, а также указанных в части 4 настоящей статьи 15.1 Закона </w:t>
      </w:r>
      <w:r w:rsidR="005B73F2">
        <w:rPr>
          <w:rFonts w:eastAsia="Times New Roman"/>
          <w:lang w:val="ru-RU"/>
        </w:rPr>
        <w:t>№</w:t>
      </w:r>
      <w:r w:rsidRPr="000F6EE0">
        <w:rPr>
          <w:rFonts w:eastAsia="Times New Roman"/>
          <w:lang w:val="ru-RU"/>
        </w:rPr>
        <w:t xml:space="preserve"> 210-ФЗ документов в органы, предоставляющие государственные услуги, органы, предоставляющие муниципальные услуги, осуществляется не позднее 1 рабочего дня, следующего за днем получения комплексного запроса.</w:t>
      </w:r>
    </w:p>
    <w:p w:rsidR="0047343B" w:rsidRPr="000F6EE0" w:rsidRDefault="000F6EE0">
      <w:pPr>
        <w:spacing w:after="0" w:line="240" w:lineRule="auto"/>
        <w:ind w:firstLine="709"/>
        <w:jc w:val="both"/>
        <w:rPr>
          <w:lang w:val="ru-RU"/>
        </w:rPr>
      </w:pPr>
      <w:r w:rsidRPr="000F6EE0">
        <w:rPr>
          <w:rFonts w:eastAsia="Times New Roman"/>
          <w:lang w:val="ru-RU"/>
        </w:rPr>
        <w:t>В случае если для получения муниципальной услуги, указанной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МФЦ не позднее 1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Российской Федерации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47343B" w:rsidRPr="000F6EE0" w:rsidRDefault="000F6EE0">
      <w:pPr>
        <w:spacing w:after="0" w:line="240" w:lineRule="auto"/>
        <w:ind w:firstLine="709"/>
        <w:jc w:val="both"/>
        <w:rPr>
          <w:lang w:val="ru-RU"/>
        </w:rPr>
      </w:pPr>
      <w:r w:rsidRPr="000F6EE0">
        <w:rPr>
          <w:rFonts w:eastAsia="Times New Roman"/>
          <w:lang w:val="ru-RU"/>
        </w:rPr>
        <w:t>Получение МФЦ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47343B" w:rsidRPr="000F6EE0" w:rsidRDefault="000F6EE0">
      <w:pPr>
        <w:spacing w:after="0" w:line="240" w:lineRule="auto"/>
        <w:ind w:firstLine="709"/>
        <w:jc w:val="both"/>
        <w:rPr>
          <w:lang w:val="ru-RU"/>
        </w:rPr>
      </w:pPr>
      <w:r w:rsidRPr="000F6EE0">
        <w:rPr>
          <w:rFonts w:eastAsia="Times New Roman"/>
          <w:lang w:val="ru-RU"/>
        </w:rPr>
        <w:t xml:space="preserve">МФЦ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государственных и (или) муниципальных услуг. МФЦ обязан проинформировать заявителя о готовности полного комплекта документов, </w:t>
      </w:r>
      <w:r w:rsidRPr="000F6EE0">
        <w:rPr>
          <w:rFonts w:eastAsia="Times New Roman"/>
          <w:lang w:val="ru-RU"/>
        </w:rPr>
        <w:lastRenderedPageBreak/>
        <w:t>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соответствующих документов.</w:t>
      </w:r>
    </w:p>
    <w:p w:rsidR="0047343B" w:rsidRPr="000F6EE0" w:rsidRDefault="000F6EE0">
      <w:pPr>
        <w:spacing w:after="0" w:line="240" w:lineRule="auto"/>
        <w:ind w:firstLine="709"/>
        <w:jc w:val="both"/>
        <w:rPr>
          <w:lang w:val="ru-RU"/>
        </w:rPr>
      </w:pPr>
      <w:r w:rsidRPr="000F6EE0">
        <w:rPr>
          <w:rFonts w:eastAsia="Times New Roman"/>
          <w:lang w:val="ru-RU"/>
        </w:rPr>
        <w:t>Заявитель имеет право обратиться в МФЦ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Указанная информация предоставляется МФЦ:</w:t>
      </w:r>
    </w:p>
    <w:p w:rsidR="0047343B" w:rsidRPr="000F6EE0" w:rsidRDefault="000F6EE0">
      <w:pPr>
        <w:spacing w:after="0" w:line="240" w:lineRule="auto"/>
        <w:ind w:firstLine="709"/>
        <w:jc w:val="both"/>
        <w:rPr>
          <w:lang w:val="ru-RU"/>
        </w:rPr>
      </w:pPr>
      <w:r w:rsidRPr="000F6EE0">
        <w:rPr>
          <w:rFonts w:eastAsia="Times New Roman"/>
          <w:lang w:val="ru-RU"/>
        </w:rPr>
        <w:t>в ходе личного приема заявителя;</w:t>
      </w:r>
    </w:p>
    <w:p w:rsidR="0047343B" w:rsidRPr="000F6EE0" w:rsidRDefault="000F6EE0">
      <w:pPr>
        <w:spacing w:after="0" w:line="240" w:lineRule="auto"/>
        <w:ind w:firstLine="709"/>
        <w:jc w:val="both"/>
        <w:rPr>
          <w:lang w:val="ru-RU"/>
        </w:rPr>
      </w:pPr>
      <w:r w:rsidRPr="000F6EE0">
        <w:rPr>
          <w:rFonts w:eastAsia="Times New Roman"/>
          <w:lang w:val="ru-RU"/>
        </w:rPr>
        <w:t>по телефону;</w:t>
      </w:r>
    </w:p>
    <w:p w:rsidR="0047343B" w:rsidRPr="000F6EE0" w:rsidRDefault="000F6EE0">
      <w:pPr>
        <w:spacing w:after="0" w:line="240" w:lineRule="auto"/>
        <w:ind w:firstLine="709"/>
        <w:jc w:val="both"/>
        <w:rPr>
          <w:lang w:val="ru-RU"/>
        </w:rPr>
      </w:pPr>
      <w:r w:rsidRPr="000F6EE0">
        <w:rPr>
          <w:rFonts w:eastAsia="Times New Roman"/>
          <w:lang w:val="ru-RU"/>
        </w:rPr>
        <w:t>по электронной почте.</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заявителя в МФЦ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rsidR="0047343B" w:rsidRPr="000F6EE0" w:rsidRDefault="000F6EE0">
      <w:pPr>
        <w:spacing w:after="0" w:line="240" w:lineRule="auto"/>
        <w:ind w:firstLine="709"/>
        <w:jc w:val="both"/>
        <w:rPr>
          <w:lang w:val="ru-RU"/>
        </w:rPr>
      </w:pPr>
      <w:r w:rsidRPr="000F6EE0">
        <w:rPr>
          <w:rFonts w:eastAsia="Times New Roman"/>
          <w:lang w:val="ru-RU"/>
        </w:rPr>
        <w:t>В случае поступления в МФЦ документов, являющихся результатом предоставления муниципальной услуги, работник МФЦ обязан обеспечить возможность выдачи таких документов заявителю не позднее рабочего дня, следующего за днем поступления соответствующих документов в МФЦ.</w:t>
      </w:r>
    </w:p>
    <w:p w:rsidR="0047343B" w:rsidRPr="000F6EE0" w:rsidRDefault="000F6EE0">
      <w:pPr>
        <w:spacing w:after="0" w:line="240" w:lineRule="auto"/>
        <w:ind w:firstLine="709"/>
        <w:jc w:val="both"/>
        <w:rPr>
          <w:lang w:val="ru-RU"/>
        </w:rPr>
      </w:pPr>
      <w:r w:rsidRPr="000F6EE0">
        <w:rPr>
          <w:rFonts w:eastAsia="Times New Roman"/>
          <w:lang w:val="ru-RU"/>
        </w:rPr>
        <w:t>Работником МФЦ осуществляется информирование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7343B" w:rsidRPr="000F6EE0" w:rsidRDefault="000F6EE0">
      <w:pPr>
        <w:spacing w:after="0" w:line="240" w:lineRule="auto"/>
        <w:ind w:firstLine="709"/>
        <w:jc w:val="both"/>
        <w:rPr>
          <w:lang w:val="ru-RU"/>
        </w:rPr>
      </w:pPr>
      <w:r w:rsidRPr="000F6EE0">
        <w:rPr>
          <w:rFonts w:eastAsia="Times New Roman"/>
          <w:lang w:val="ru-RU"/>
        </w:rPr>
        <w:t>Работник МФЦ,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7343B" w:rsidRPr="000F6EE0" w:rsidRDefault="000F6EE0">
      <w:pPr>
        <w:spacing w:after="0" w:line="240" w:lineRule="auto"/>
        <w:ind w:firstLine="709"/>
        <w:jc w:val="both"/>
        <w:rPr>
          <w:lang w:val="ru-RU"/>
        </w:rPr>
      </w:pPr>
      <w:r w:rsidRPr="000F6EE0">
        <w:rPr>
          <w:rFonts w:eastAsia="Times New Roman"/>
          <w:lang w:val="ru-RU"/>
        </w:rPr>
        <w:t>При консультировании по телефону работник МФЦ должен назвать свою фамилию, имя, отчество (при наличии), должность, а затем в вежливой форме четко и подробно проинформировать обратившегося по интересующим его вопросам.</w:t>
      </w:r>
    </w:p>
    <w:p w:rsidR="0047343B" w:rsidRPr="000F6EE0" w:rsidRDefault="000F6EE0">
      <w:pPr>
        <w:spacing w:after="0" w:line="240" w:lineRule="auto"/>
        <w:ind w:firstLine="709"/>
        <w:jc w:val="both"/>
        <w:rPr>
          <w:lang w:val="ru-RU"/>
        </w:rPr>
      </w:pPr>
      <w:r w:rsidRPr="000F6EE0">
        <w:rPr>
          <w:rFonts w:eastAsia="Times New Roman"/>
          <w:lang w:val="ru-RU"/>
        </w:rPr>
        <w:t>Если работник МФЦ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7343B" w:rsidRPr="000F6EE0" w:rsidRDefault="000F6EE0">
      <w:pPr>
        <w:spacing w:after="0" w:line="240" w:lineRule="auto"/>
        <w:ind w:firstLine="709"/>
        <w:jc w:val="both"/>
        <w:rPr>
          <w:lang w:val="ru-RU"/>
        </w:rPr>
      </w:pPr>
      <w:r w:rsidRPr="000F6EE0">
        <w:rPr>
          <w:rFonts w:eastAsia="Times New Roman"/>
          <w:lang w:val="ru-RU"/>
        </w:rPr>
        <w:t>Рекомендуемое время для телефонного разговора - не более 10 минут, личного устного информирования - не более 20 минут.</w:t>
      </w:r>
    </w:p>
    <w:p w:rsidR="0047343B" w:rsidRPr="000F6EE0" w:rsidRDefault="000F6EE0">
      <w:pPr>
        <w:spacing w:after="0" w:line="240" w:lineRule="auto"/>
        <w:ind w:firstLine="709"/>
        <w:jc w:val="both"/>
        <w:rPr>
          <w:lang w:val="ru-RU"/>
        </w:rPr>
      </w:pPr>
      <w:r w:rsidRPr="000F6EE0">
        <w:rPr>
          <w:rFonts w:eastAsia="Times New Roman"/>
          <w:lang w:val="ru-RU"/>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7343B" w:rsidRPr="000F6EE0" w:rsidRDefault="000F6EE0">
      <w:pPr>
        <w:spacing w:after="0" w:line="240" w:lineRule="auto"/>
        <w:ind w:firstLine="709"/>
        <w:jc w:val="both"/>
        <w:rPr>
          <w:lang w:val="ru-RU"/>
        </w:rPr>
      </w:pPr>
      <w:r w:rsidRPr="000F6EE0">
        <w:rPr>
          <w:rFonts w:eastAsia="Times New Roman"/>
          <w:lang w:val="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7343B" w:rsidRPr="000F6EE0" w:rsidRDefault="000F6EE0">
      <w:pPr>
        <w:spacing w:after="0" w:line="240" w:lineRule="auto"/>
        <w:ind w:firstLine="709"/>
        <w:jc w:val="both"/>
        <w:rPr>
          <w:lang w:val="ru-RU"/>
        </w:rPr>
      </w:pPr>
      <w:r w:rsidRPr="000F6EE0">
        <w:rPr>
          <w:rFonts w:eastAsia="Times New Roman"/>
          <w:lang w:val="ru-RU"/>
        </w:rPr>
        <w:t>4) в случае обращения заявителя для предоставления муниципальной услуги через Портал, заявление и сканированные копии документов, предусмотренные Административным регламентом, направляются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7343B" w:rsidRPr="000F6EE0" w:rsidRDefault="000F6EE0">
      <w:pPr>
        <w:spacing w:after="0" w:line="240" w:lineRule="auto"/>
        <w:ind w:firstLine="709"/>
        <w:jc w:val="both"/>
        <w:rPr>
          <w:lang w:val="ru-RU"/>
        </w:rPr>
      </w:pPr>
      <w:r w:rsidRPr="000F6EE0">
        <w:rPr>
          <w:rFonts w:eastAsia="Times New Roman"/>
          <w:lang w:val="ru-RU"/>
        </w:rPr>
        <w:t>В случае поступления заявления и документов, предусмотренных Административным регламентом,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47343B" w:rsidRPr="000F6EE0" w:rsidRDefault="000F6EE0">
      <w:pPr>
        <w:spacing w:after="0" w:line="240" w:lineRule="auto"/>
        <w:ind w:firstLine="709"/>
        <w:jc w:val="both"/>
        <w:rPr>
          <w:lang w:val="ru-RU"/>
        </w:rPr>
      </w:pPr>
      <w:r w:rsidRPr="000F6EE0">
        <w:rPr>
          <w:rFonts w:eastAsia="Times New Roman"/>
          <w:lang w:val="ru-RU"/>
        </w:rPr>
        <w:t xml:space="preserve">Если в результате проверки квалифицированной электронной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w:t>
      </w:r>
      <w:r w:rsidR="005B73F2">
        <w:rPr>
          <w:rFonts w:eastAsia="Times New Roman"/>
          <w:lang w:val="ru-RU"/>
        </w:rPr>
        <w:t>№</w:t>
      </w:r>
      <w:r w:rsidRPr="000F6EE0">
        <w:rPr>
          <w:rFonts w:eastAsia="Times New Roman"/>
          <w:lang w:val="ru-RU"/>
        </w:rPr>
        <w:t xml:space="preserve"> 63-ФЗ </w:t>
      </w:r>
      <w:r w:rsidR="005B73F2">
        <w:rPr>
          <w:rFonts w:eastAsia="Times New Roman"/>
          <w:lang w:val="ru-RU"/>
        </w:rPr>
        <w:t>«</w:t>
      </w:r>
      <w:r w:rsidRPr="000F6EE0">
        <w:rPr>
          <w:rFonts w:eastAsia="Times New Roman"/>
          <w:lang w:val="ru-RU"/>
        </w:rPr>
        <w:t>Об электронной подписи</w:t>
      </w:r>
      <w:r w:rsidR="005B73F2">
        <w:rPr>
          <w:rFonts w:eastAsia="Times New Roman"/>
          <w:lang w:val="ru-RU"/>
        </w:rPr>
        <w:t>»</w:t>
      </w:r>
      <w:r w:rsidRPr="000F6EE0">
        <w:rPr>
          <w:rFonts w:eastAsia="Times New Roman"/>
          <w:lang w:val="ru-RU"/>
        </w:rPr>
        <w:t>, которые послужили основанием для принятия указанного решения. Такое уведомление подписывается квалифицированной электронной подписью должностного лица уполномоченного органа и направляется на адрес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7343B" w:rsidRPr="000F6EE0" w:rsidRDefault="000F6EE0">
      <w:pPr>
        <w:spacing w:after="0" w:line="240" w:lineRule="auto"/>
        <w:ind w:firstLine="709"/>
        <w:jc w:val="both"/>
        <w:rPr>
          <w:lang w:val="ru-RU"/>
        </w:rPr>
      </w:pPr>
      <w:r w:rsidRPr="000F6EE0">
        <w:rPr>
          <w:rFonts w:eastAsia="Times New Roman"/>
          <w:lang w:val="ru-RU"/>
        </w:rPr>
        <w:t>На Портале размещаются образцы заполнения электронной формы заявления.</w:t>
      </w:r>
    </w:p>
    <w:p w:rsidR="0047343B" w:rsidRPr="000F6EE0" w:rsidRDefault="000F6EE0">
      <w:pPr>
        <w:spacing w:after="0" w:line="240" w:lineRule="auto"/>
        <w:ind w:firstLine="709"/>
        <w:jc w:val="both"/>
        <w:rPr>
          <w:lang w:val="ru-RU"/>
        </w:rPr>
      </w:pPr>
      <w:r w:rsidRPr="000F6EE0">
        <w:rPr>
          <w:rFonts w:eastAsia="Times New Roman"/>
          <w:lang w:val="ru-RU"/>
        </w:rPr>
        <w:t xml:space="preserve">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w:t>
      </w:r>
      <w:r w:rsidRPr="000F6EE0">
        <w:rPr>
          <w:rFonts w:eastAsia="Times New Roman"/>
          <w:lang w:val="ru-RU"/>
        </w:rPr>
        <w:lastRenderedPageBreak/>
        <w:t>порядке ее устранения посредством информационного сообщения непосредственно в электронной форме заявления.</w:t>
      </w:r>
    </w:p>
    <w:p w:rsidR="0047343B" w:rsidRPr="000F6EE0" w:rsidRDefault="000F6EE0">
      <w:pPr>
        <w:spacing w:after="0" w:line="240" w:lineRule="auto"/>
        <w:ind w:firstLine="709"/>
        <w:jc w:val="both"/>
        <w:rPr>
          <w:lang w:val="ru-RU"/>
        </w:rPr>
      </w:pPr>
      <w:r w:rsidRPr="000F6EE0">
        <w:rPr>
          <w:rFonts w:eastAsia="Times New Roman"/>
          <w:lang w:val="ru-RU"/>
        </w:rPr>
        <w:t>При формировании заявления заявителю обеспечивается:</w:t>
      </w:r>
    </w:p>
    <w:p w:rsidR="0047343B" w:rsidRPr="000F6EE0" w:rsidRDefault="000F6EE0">
      <w:pPr>
        <w:spacing w:after="0" w:line="240" w:lineRule="auto"/>
        <w:ind w:firstLine="709"/>
        <w:jc w:val="both"/>
        <w:rPr>
          <w:lang w:val="ru-RU"/>
        </w:rPr>
      </w:pPr>
      <w:r w:rsidRPr="000F6EE0">
        <w:rPr>
          <w:rFonts w:eastAsia="Times New Roman"/>
          <w:lang w:val="ru-RU"/>
        </w:rPr>
        <w:t>возможность копирования и сохранения заявления и иных документов, предусмотренных Административным регламентом,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запроса несколькими заявителями;</w:t>
      </w:r>
    </w:p>
    <w:p w:rsidR="0047343B" w:rsidRPr="000F6EE0" w:rsidRDefault="000F6EE0">
      <w:pPr>
        <w:spacing w:after="0" w:line="240" w:lineRule="auto"/>
        <w:ind w:firstLine="709"/>
        <w:jc w:val="both"/>
        <w:rPr>
          <w:lang w:val="ru-RU"/>
        </w:rPr>
      </w:pPr>
      <w:r w:rsidRPr="000F6EE0">
        <w:rPr>
          <w:rFonts w:eastAsia="Times New Roman"/>
          <w:lang w:val="ru-RU"/>
        </w:rPr>
        <w:t>возможность печати на бумажном носителе копии электронной формы заявления;</w:t>
      </w:r>
    </w:p>
    <w:p w:rsidR="0047343B" w:rsidRPr="000F6EE0" w:rsidRDefault="000F6EE0">
      <w:pPr>
        <w:spacing w:after="0" w:line="240" w:lineRule="auto"/>
        <w:ind w:firstLine="709"/>
        <w:jc w:val="both"/>
        <w:rPr>
          <w:lang w:val="ru-RU"/>
        </w:rPr>
      </w:pPr>
      <w:r w:rsidRPr="000F6EE0">
        <w:rPr>
          <w:rFonts w:eastAsia="Times New Roman"/>
          <w:lang w:val="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7343B" w:rsidRPr="000F6EE0" w:rsidRDefault="000F6EE0">
      <w:pPr>
        <w:spacing w:after="0" w:line="240" w:lineRule="auto"/>
        <w:ind w:firstLine="709"/>
        <w:jc w:val="both"/>
        <w:rPr>
          <w:lang w:val="ru-RU"/>
        </w:rPr>
      </w:pPr>
      <w:r w:rsidRPr="000F6EE0">
        <w:rPr>
          <w:rFonts w:eastAsia="Times New Roman"/>
          <w:lang w:val="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47343B" w:rsidRPr="000F6EE0" w:rsidRDefault="000F6EE0">
      <w:pPr>
        <w:spacing w:after="0" w:line="240" w:lineRule="auto"/>
        <w:ind w:firstLine="709"/>
        <w:jc w:val="both"/>
        <w:rPr>
          <w:lang w:val="ru-RU"/>
        </w:rPr>
      </w:pPr>
      <w:r w:rsidRPr="000F6EE0">
        <w:rPr>
          <w:rFonts w:eastAsia="Times New Roman"/>
          <w:lang w:val="ru-RU"/>
        </w:rPr>
        <w:t>возможность вернуться на любой из этапов заполнения электронной формы заявления без потери ранее введенной информации;</w:t>
      </w:r>
    </w:p>
    <w:p w:rsidR="0047343B" w:rsidRPr="000F6EE0" w:rsidRDefault="000F6EE0">
      <w:pPr>
        <w:spacing w:after="0" w:line="240" w:lineRule="auto"/>
        <w:ind w:firstLine="709"/>
        <w:jc w:val="both"/>
        <w:rPr>
          <w:lang w:val="ru-RU"/>
        </w:rPr>
      </w:pPr>
      <w:r w:rsidRPr="000F6EE0">
        <w:rPr>
          <w:rFonts w:eastAsia="Times New Roman"/>
          <w:lang w:val="ru-RU"/>
        </w:rPr>
        <w:t>возможность доступа заявителя на Портале к ранее поданным им заявления в течение не менее 1 года, а также частично сформированным заявлениям - в течение не менее 3 месяцев.</w:t>
      </w:r>
    </w:p>
    <w:p w:rsidR="0047343B" w:rsidRPr="000F6EE0" w:rsidRDefault="000F6EE0">
      <w:pPr>
        <w:spacing w:after="0" w:line="240" w:lineRule="auto"/>
        <w:ind w:firstLine="709"/>
        <w:jc w:val="both"/>
        <w:rPr>
          <w:lang w:val="ru-RU"/>
        </w:rPr>
      </w:pPr>
      <w:r w:rsidRPr="000F6EE0">
        <w:rPr>
          <w:rFonts w:eastAsia="Times New Roman"/>
          <w:lang w:val="ru-RU"/>
        </w:rPr>
        <w:t>Сформированные и подписанные заявление и прилагаемые документы, предусмотренные Административным регламентом, необходимые для предоставления муниципальной услуги, направляются в уполномоченный орган посредством Портала.</w:t>
      </w:r>
    </w:p>
    <w:p w:rsidR="0047343B" w:rsidRPr="000F6EE0" w:rsidRDefault="000F6EE0">
      <w:pPr>
        <w:spacing w:after="0" w:line="240" w:lineRule="auto"/>
        <w:ind w:firstLine="709"/>
        <w:jc w:val="both"/>
        <w:rPr>
          <w:lang w:val="ru-RU"/>
        </w:rPr>
      </w:pPr>
      <w:r w:rsidRPr="000F6EE0">
        <w:rPr>
          <w:rFonts w:eastAsia="Times New Roman"/>
          <w:lang w:val="ru-RU"/>
        </w:rPr>
        <w:t>Уполномоченный орган обеспечивает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w:t>
      </w:r>
    </w:p>
    <w:p w:rsidR="0047343B" w:rsidRPr="000F6EE0" w:rsidRDefault="000F6EE0">
      <w:pPr>
        <w:spacing w:after="0" w:line="240" w:lineRule="auto"/>
        <w:ind w:firstLine="709"/>
        <w:jc w:val="both"/>
        <w:rPr>
          <w:lang w:val="ru-RU"/>
        </w:rPr>
      </w:pPr>
      <w:r w:rsidRPr="000F6EE0">
        <w:rPr>
          <w:rFonts w:eastAsia="Times New Roman"/>
          <w:lang w:val="ru-RU"/>
        </w:rPr>
        <w:t>Срок регистрации заявления - 1 рабочий день.</w:t>
      </w:r>
    </w:p>
    <w:p w:rsidR="0047343B" w:rsidRPr="000F6EE0" w:rsidRDefault="000F6EE0">
      <w:pPr>
        <w:spacing w:after="0" w:line="240" w:lineRule="auto"/>
        <w:ind w:firstLine="709"/>
        <w:jc w:val="both"/>
        <w:rPr>
          <w:lang w:val="ru-RU"/>
        </w:rPr>
      </w:pPr>
      <w:r w:rsidRPr="000F6EE0">
        <w:rPr>
          <w:rFonts w:eastAsia="Times New Roman"/>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При успешной отправке заявлению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заявления.</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принятия заявления уполномоченным органом в личном кабинете заявителя посредством Портала заявлению присваивается статус </w:t>
      </w:r>
      <w:r w:rsidR="005B73F2">
        <w:rPr>
          <w:rFonts w:eastAsia="Times New Roman"/>
          <w:lang w:val="ru-RU"/>
        </w:rPr>
        <w:t>«</w:t>
      </w:r>
      <w:r w:rsidRPr="000F6EE0">
        <w:rPr>
          <w:rFonts w:eastAsia="Times New Roman"/>
          <w:lang w:val="ru-RU"/>
        </w:rPr>
        <w:t>Регистрация заявления и прием документов</w:t>
      </w:r>
      <w:r w:rsidR="005B73F2">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lastRenderedPageBreak/>
        <w:t>При получении заявления в электронной форме должностным лицом, уполномоченным на предоставление муниципальной услуги, проверяется наличие оснований для отказа в приеме заявления, предусмотренных Административным регламентом.</w:t>
      </w:r>
    </w:p>
    <w:p w:rsidR="0047343B" w:rsidRPr="000F6EE0" w:rsidRDefault="000F6EE0">
      <w:pPr>
        <w:spacing w:after="0" w:line="240" w:lineRule="auto"/>
        <w:ind w:firstLine="709"/>
        <w:jc w:val="both"/>
        <w:rPr>
          <w:lang w:val="ru-RU"/>
        </w:rPr>
      </w:pPr>
      <w:r w:rsidRPr="000F6EE0">
        <w:rPr>
          <w:rFonts w:eastAsia="Times New Roman"/>
          <w:lang w:val="ru-RU"/>
        </w:rPr>
        <w:t>При наличии хотя бы одного из оснований должностное лицо, ответственное за предоставление муниципальной услуги, в срок, не превышающий срок предоставления муниципальной услуги, оформляет письмо об отказе в приеме документов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5) при приеме заявления и прилагаемых к нему документов работник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 в том числе проверяет документ, удостоверяющий личность либо иного документа, удостоверяющего личность, в соответствии с законодательством Российской Федерации, проверяет полномочия заявителя, в том числе полномочия представителя действовать от его имени;</w:t>
      </w:r>
    </w:p>
    <w:p w:rsidR="0047343B" w:rsidRPr="000F6EE0" w:rsidRDefault="000F6EE0">
      <w:pPr>
        <w:spacing w:after="0" w:line="240" w:lineRule="auto"/>
        <w:ind w:firstLine="709"/>
        <w:jc w:val="both"/>
        <w:rPr>
          <w:lang w:val="ru-RU"/>
        </w:rPr>
      </w:pPr>
      <w:r w:rsidRPr="000F6EE0">
        <w:rPr>
          <w:rFonts w:eastAsia="Times New Roman"/>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проверяет соответствие представленных документов установленным требованиям, удостоверяясь, что:</w:t>
      </w:r>
    </w:p>
    <w:p w:rsidR="0047343B" w:rsidRPr="000F6EE0" w:rsidRDefault="000F6EE0">
      <w:pPr>
        <w:spacing w:after="0" w:line="240" w:lineRule="auto"/>
        <w:ind w:firstLine="709"/>
        <w:jc w:val="both"/>
        <w:rPr>
          <w:lang w:val="ru-RU"/>
        </w:rPr>
      </w:pPr>
      <w:r w:rsidRPr="000F6EE0">
        <w:rPr>
          <w:rFonts w:eastAsia="Times New Roman"/>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Российской Федерации должностных лиц;</w:t>
      </w:r>
    </w:p>
    <w:p w:rsidR="0047343B" w:rsidRPr="000F6EE0" w:rsidRDefault="000F6EE0">
      <w:pPr>
        <w:spacing w:after="0" w:line="240" w:lineRule="auto"/>
        <w:ind w:firstLine="709"/>
        <w:jc w:val="both"/>
        <w:rPr>
          <w:lang w:val="ru-RU"/>
        </w:rPr>
      </w:pPr>
      <w:r w:rsidRPr="000F6EE0">
        <w:rPr>
          <w:rFonts w:eastAsia="Times New Roman"/>
          <w:lang w:val="ru-RU"/>
        </w:rPr>
        <w:t>тексты документов написаны разборчиво;</w:t>
      </w:r>
    </w:p>
    <w:p w:rsidR="0047343B" w:rsidRPr="000F6EE0" w:rsidRDefault="000F6EE0">
      <w:pPr>
        <w:spacing w:after="0" w:line="240" w:lineRule="auto"/>
        <w:ind w:firstLine="709"/>
        <w:jc w:val="both"/>
        <w:rPr>
          <w:lang w:val="ru-RU"/>
        </w:rPr>
      </w:pPr>
      <w:r w:rsidRPr="000F6EE0">
        <w:rPr>
          <w:rFonts w:eastAsia="Times New Roman"/>
          <w:lang w:val="ru-RU"/>
        </w:rPr>
        <w:t>фамилии, имена и отчества физических лиц, адреса их мест жительства написаны полностью;</w:t>
      </w:r>
    </w:p>
    <w:p w:rsidR="0047343B" w:rsidRPr="000F6EE0" w:rsidRDefault="000F6EE0">
      <w:pPr>
        <w:spacing w:after="0" w:line="240" w:lineRule="auto"/>
        <w:ind w:firstLine="709"/>
        <w:jc w:val="both"/>
        <w:rPr>
          <w:lang w:val="ru-RU"/>
        </w:rPr>
      </w:pPr>
      <w:r w:rsidRPr="000F6EE0">
        <w:rPr>
          <w:rFonts w:eastAsia="Times New Roman"/>
          <w:lang w:val="ru-RU"/>
        </w:rPr>
        <w:t>в документах нет подчисток, приписок, зачеркнутых слов и иных не оговоренных в них исправлений;</w:t>
      </w:r>
    </w:p>
    <w:p w:rsidR="0047343B" w:rsidRPr="000F6EE0" w:rsidRDefault="000F6EE0">
      <w:pPr>
        <w:spacing w:after="0" w:line="240" w:lineRule="auto"/>
        <w:ind w:firstLine="709"/>
        <w:jc w:val="both"/>
        <w:rPr>
          <w:lang w:val="ru-RU"/>
        </w:rPr>
      </w:pPr>
      <w:r w:rsidRPr="000F6EE0">
        <w:rPr>
          <w:rFonts w:eastAsia="Times New Roman"/>
          <w:lang w:val="ru-RU"/>
        </w:rPr>
        <w:t>документы не исполнены карандашом;</w:t>
      </w:r>
    </w:p>
    <w:p w:rsidR="0047343B" w:rsidRPr="000F6EE0" w:rsidRDefault="000F6EE0">
      <w:pPr>
        <w:spacing w:after="0" w:line="240" w:lineRule="auto"/>
        <w:ind w:firstLine="709"/>
        <w:jc w:val="both"/>
        <w:rPr>
          <w:lang w:val="ru-RU"/>
        </w:rPr>
      </w:pPr>
      <w:r w:rsidRPr="000F6EE0">
        <w:rPr>
          <w:rFonts w:eastAsia="Times New Roman"/>
          <w:lang w:val="ru-RU"/>
        </w:rPr>
        <w:t>документы не имеют серьезных повреждений, наличие которых не позволяет однозначно истолковать их содержание;</w:t>
      </w:r>
    </w:p>
    <w:p w:rsidR="0047343B" w:rsidRPr="000F6EE0" w:rsidRDefault="000F6EE0">
      <w:pPr>
        <w:spacing w:after="0" w:line="240" w:lineRule="auto"/>
        <w:ind w:firstLine="709"/>
        <w:jc w:val="both"/>
        <w:rPr>
          <w:lang w:val="ru-RU"/>
        </w:rPr>
      </w:pPr>
      <w:r w:rsidRPr="000F6EE0">
        <w:rPr>
          <w:rFonts w:eastAsia="Times New Roman"/>
          <w:lang w:val="ru-RU"/>
        </w:rPr>
        <w:t>срок действия документов не истек;</w:t>
      </w:r>
    </w:p>
    <w:p w:rsidR="0047343B" w:rsidRPr="000F6EE0" w:rsidRDefault="000F6EE0">
      <w:pPr>
        <w:spacing w:after="0" w:line="240" w:lineRule="auto"/>
        <w:ind w:firstLine="709"/>
        <w:jc w:val="both"/>
        <w:rPr>
          <w:lang w:val="ru-RU"/>
        </w:rPr>
      </w:pPr>
      <w:r w:rsidRPr="000F6EE0">
        <w:rPr>
          <w:rFonts w:eastAsia="Times New Roman"/>
          <w:lang w:val="ru-RU"/>
        </w:rPr>
        <w:t>документы содержат информацию, необходимую для предоставления муниципальной услуги, указанной в заявлении;</w:t>
      </w:r>
    </w:p>
    <w:p w:rsidR="0047343B" w:rsidRPr="000F6EE0" w:rsidRDefault="000F6EE0">
      <w:pPr>
        <w:spacing w:after="0" w:line="240" w:lineRule="auto"/>
        <w:ind w:firstLine="709"/>
        <w:jc w:val="both"/>
        <w:rPr>
          <w:lang w:val="ru-RU"/>
        </w:rPr>
      </w:pPr>
      <w:r w:rsidRPr="000F6EE0">
        <w:rPr>
          <w:rFonts w:eastAsia="Times New Roman"/>
          <w:lang w:val="ru-RU"/>
        </w:rPr>
        <w:t>документы представлены в полном объеме.</w:t>
      </w:r>
    </w:p>
    <w:p w:rsidR="0047343B" w:rsidRPr="000F6EE0" w:rsidRDefault="000F6EE0">
      <w:pPr>
        <w:spacing w:after="0" w:line="240" w:lineRule="auto"/>
        <w:ind w:firstLine="709"/>
        <w:jc w:val="both"/>
        <w:rPr>
          <w:lang w:val="ru-RU"/>
        </w:rPr>
      </w:pPr>
      <w:r w:rsidRPr="000F6EE0">
        <w:rPr>
          <w:rFonts w:eastAsia="Times New Roman"/>
          <w:lang w:val="ru-RU"/>
        </w:rPr>
        <w:t>Заявитель, представивший документы для получения муниципальной услуги, в обязательном порядке информируется работником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о сроке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 возможности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lastRenderedPageBreak/>
        <w:t>Работником уполномоченного органа регистрируется заявление, заявителю выдается расписка в получении заявления и документов с указанием их наименования, количества, порядкового номера, даты получения документов, перечня документов, которые будут получены по межведомственным запросам, Ф.И.О., должности и подписи работника. При наличии оснований для отказа в приеме документов работником уполномоченного органа оформляется расписка об отказе в приеме документов.</w:t>
      </w:r>
    </w:p>
    <w:p w:rsidR="0047343B" w:rsidRPr="000F6EE0" w:rsidRDefault="000F6EE0">
      <w:pPr>
        <w:spacing w:after="0" w:line="240" w:lineRule="auto"/>
        <w:ind w:firstLine="709"/>
        <w:jc w:val="both"/>
        <w:rPr>
          <w:lang w:val="ru-RU"/>
        </w:rPr>
      </w:pPr>
      <w:r w:rsidRPr="000F6EE0">
        <w:rPr>
          <w:rFonts w:eastAsia="Times New Roman"/>
          <w:lang w:val="ru-RU"/>
        </w:rPr>
        <w:t>Результатом административной процедуры является принятие от заявителя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Срок выполнения административной процедуры составляет 1 календарный день.</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 осуществляется:</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 получением муниципальной услуги непосредственно в уполномоченный орган (в том числе посредством почтового отправления), или посредством использования информационно-телекоммуникационных технологий, включая использование Портала - работником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 получением муниципальной услуги через МФЦ в уполномоченный орган - работником МФЦ.</w:t>
      </w:r>
    </w:p>
    <w:p w:rsidR="0047343B" w:rsidRPr="000F6EE0" w:rsidRDefault="000F6EE0">
      <w:pPr>
        <w:spacing w:after="0" w:line="240" w:lineRule="auto"/>
        <w:ind w:firstLine="709"/>
        <w:jc w:val="both"/>
        <w:rPr>
          <w:lang w:val="ru-RU"/>
        </w:rPr>
      </w:pPr>
      <w:r w:rsidRPr="000F6EE0">
        <w:rPr>
          <w:rFonts w:eastAsia="Times New Roman"/>
          <w:lang w:val="ru-RU"/>
        </w:rPr>
        <w:t>Заявление и прилагаемые документы могут быть приняты уполномоченным органом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7343B" w:rsidRPr="000F6EE0" w:rsidRDefault="000F6EE0">
      <w:pPr>
        <w:spacing w:after="0" w:line="240" w:lineRule="auto"/>
        <w:ind w:firstLine="709"/>
        <w:jc w:val="both"/>
        <w:rPr>
          <w:lang w:val="ru-RU"/>
        </w:rPr>
      </w:pPr>
      <w:r w:rsidRPr="000F6EE0">
        <w:rPr>
          <w:rFonts w:eastAsia="Times New Roman"/>
          <w:lang w:val="ru-RU"/>
        </w:rPr>
        <w:t>Срок регистрации заявления и прилагаемых документов работником Уполномоченного органа или МФЦ не может превышать 20 минут.</w:t>
      </w:r>
    </w:p>
    <w:p w:rsidR="0047343B" w:rsidRPr="000F6EE0" w:rsidRDefault="000F6EE0">
      <w:pPr>
        <w:spacing w:after="0" w:line="240" w:lineRule="auto"/>
        <w:ind w:firstLine="709"/>
        <w:jc w:val="both"/>
        <w:rPr>
          <w:lang w:val="ru-RU"/>
        </w:rPr>
      </w:pPr>
      <w:r w:rsidRPr="000F6EE0">
        <w:rPr>
          <w:rFonts w:eastAsia="Times New Roman"/>
          <w:lang w:val="ru-RU"/>
        </w:rPr>
        <w:t>3.3.2.2. Передача пакета документов из МФЦ в уполномоченный орган (при подаче заявления о предоставлении муниципальной услуги через МФЦ).</w:t>
      </w:r>
    </w:p>
    <w:p w:rsidR="0047343B" w:rsidRPr="000F6EE0" w:rsidRDefault="000F6EE0">
      <w:pPr>
        <w:spacing w:after="0" w:line="240" w:lineRule="auto"/>
        <w:ind w:firstLine="709"/>
        <w:jc w:val="both"/>
        <w:rPr>
          <w:lang w:val="ru-RU"/>
        </w:rPr>
      </w:pPr>
      <w:r w:rsidRPr="000F6EE0">
        <w:rPr>
          <w:rFonts w:eastAsia="Times New Roman"/>
          <w:lang w:val="ru-RU"/>
        </w:rPr>
        <w:t>1) работник 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данной муниципальной услуги, направляются МФЦ в уполномоченный орган на бумажных носителях.</w:t>
      </w:r>
    </w:p>
    <w:p w:rsidR="0047343B" w:rsidRPr="000F6EE0" w:rsidRDefault="000F6EE0">
      <w:pPr>
        <w:spacing w:after="0" w:line="240" w:lineRule="auto"/>
        <w:ind w:firstLine="709"/>
        <w:jc w:val="both"/>
        <w:rPr>
          <w:lang w:val="ru-RU"/>
        </w:rPr>
      </w:pPr>
      <w:r w:rsidRPr="000F6EE0">
        <w:rPr>
          <w:rFonts w:eastAsia="Times New Roman"/>
          <w:lang w:val="ru-RU"/>
        </w:rPr>
        <w:t xml:space="preserve">Уполномоченный орган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w:t>
      </w:r>
      <w:r w:rsidRPr="000F6EE0">
        <w:rPr>
          <w:rFonts w:eastAsia="Times New Roman"/>
          <w:lang w:val="ru-RU"/>
        </w:rPr>
        <w:lastRenderedPageBreak/>
        <w:t>законодательством и законодательством Краснодарского края, регламентирующим предоставление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 при передаче документов на бумажных носителях передача документов из МФЦ в уполномоченный орган осуществляется не позднее следующего дня после принятия заявления и пакета документов на основании реестра, который составляется в двух экземплярах и содержит дату и время передачи.</w:t>
      </w:r>
    </w:p>
    <w:p w:rsidR="0047343B" w:rsidRPr="000F6EE0" w:rsidRDefault="000F6EE0">
      <w:pPr>
        <w:spacing w:after="0" w:line="240" w:lineRule="auto"/>
        <w:ind w:firstLine="709"/>
        <w:jc w:val="both"/>
        <w:rPr>
          <w:lang w:val="ru-RU"/>
        </w:rPr>
      </w:pPr>
      <w:r w:rsidRPr="000F6EE0">
        <w:rPr>
          <w:rFonts w:eastAsia="Times New Roman"/>
          <w:lang w:val="ru-RU"/>
        </w:rPr>
        <w:t>График приема-передачи документов из МФЦ в уполномоченный орган и из уполномоченного органа в МФЦ согласовывается с руководителями МФЦ.</w:t>
      </w:r>
    </w:p>
    <w:p w:rsidR="0047343B" w:rsidRPr="000F6EE0" w:rsidRDefault="000F6EE0">
      <w:pPr>
        <w:spacing w:after="0" w:line="240" w:lineRule="auto"/>
        <w:ind w:firstLine="709"/>
        <w:jc w:val="both"/>
        <w:rPr>
          <w:lang w:val="ru-RU"/>
        </w:rPr>
      </w:pPr>
      <w:r w:rsidRPr="000F6EE0">
        <w:rPr>
          <w:rFonts w:eastAsia="Times New Roman"/>
          <w:lang w:val="ru-RU"/>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 подлежит возврату курьеру. Информация о получении документов заносится в электронную базу.</w:t>
      </w:r>
    </w:p>
    <w:p w:rsidR="0047343B" w:rsidRPr="000F6EE0" w:rsidRDefault="000F6EE0">
      <w:pPr>
        <w:spacing w:after="0" w:line="240" w:lineRule="auto"/>
        <w:ind w:firstLine="709"/>
        <w:jc w:val="both"/>
        <w:rPr>
          <w:lang w:val="ru-RU"/>
        </w:rPr>
      </w:pPr>
      <w:r w:rsidRPr="000F6EE0">
        <w:rPr>
          <w:rFonts w:eastAsia="Times New Roman"/>
          <w:lang w:val="ru-RU"/>
        </w:rPr>
        <w:t>Результатом административной процедуры является передача пакета документов из МФЦ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Срок выполнения административной процедуры составляет 1 календарный день.</w:t>
      </w:r>
    </w:p>
    <w:p w:rsidR="0047343B" w:rsidRPr="000F6EE0" w:rsidRDefault="000F6EE0">
      <w:pPr>
        <w:spacing w:after="0" w:line="240" w:lineRule="auto"/>
        <w:ind w:firstLine="709"/>
        <w:jc w:val="both"/>
        <w:rPr>
          <w:lang w:val="ru-RU"/>
        </w:rPr>
      </w:pPr>
      <w:r w:rsidRPr="000F6EE0">
        <w:rPr>
          <w:rFonts w:eastAsia="Times New Roman"/>
          <w:lang w:val="ru-RU"/>
        </w:rPr>
        <w:t>3.3.2.3.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После поступления заявления и прилагаемых документов в уполномоченный орган работник уполномоченного органа проводит анализ заявления и прилагаемых документов на предмет:</w:t>
      </w:r>
    </w:p>
    <w:p w:rsidR="0047343B" w:rsidRPr="000F6EE0" w:rsidRDefault="000F6EE0">
      <w:pPr>
        <w:spacing w:after="0" w:line="240" w:lineRule="auto"/>
        <w:ind w:firstLine="709"/>
        <w:jc w:val="both"/>
        <w:rPr>
          <w:lang w:val="ru-RU"/>
        </w:rPr>
      </w:pPr>
      <w:r w:rsidRPr="000F6EE0">
        <w:rPr>
          <w:rFonts w:eastAsia="Times New Roman"/>
          <w:lang w:val="ru-RU"/>
        </w:rPr>
        <w:t>необходимости направления межведомственных запросов для получения соответствующих сведений.</w:t>
      </w:r>
    </w:p>
    <w:p w:rsidR="0047343B" w:rsidRPr="000F6EE0" w:rsidRDefault="000F6EE0">
      <w:pPr>
        <w:spacing w:after="0" w:line="240" w:lineRule="auto"/>
        <w:ind w:firstLine="709"/>
        <w:jc w:val="both"/>
        <w:rPr>
          <w:lang w:val="ru-RU"/>
        </w:rPr>
      </w:pPr>
      <w:r w:rsidRPr="000F6EE0">
        <w:rPr>
          <w:rFonts w:eastAsia="Times New Roman"/>
          <w:lang w:val="ru-RU"/>
        </w:rPr>
        <w:t>наличия (отсутствия) оснований для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Работник уполномоченного органа в течение 1 дня после поступления документов в уполномоченный орган осуществляет проверку полноты и достоверности документов.</w:t>
      </w:r>
    </w:p>
    <w:p w:rsidR="0047343B" w:rsidRPr="000F6EE0" w:rsidRDefault="000F6EE0">
      <w:pPr>
        <w:spacing w:after="0" w:line="240" w:lineRule="auto"/>
        <w:ind w:firstLine="709"/>
        <w:jc w:val="both"/>
        <w:rPr>
          <w:lang w:val="ru-RU"/>
        </w:rPr>
      </w:pPr>
      <w:r w:rsidRPr="000F6EE0">
        <w:rPr>
          <w:rFonts w:eastAsia="Times New Roman"/>
          <w:lang w:val="ru-RU"/>
        </w:rPr>
        <w:t>При необходимости направления межведомственных запросов работник уполномоченного органа направляет в порядке, установленном пунктом 3.3.5 подраздела 3.3 раздела 3 Административного регламента, межведомственные запросы.</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заявителя за получением муниципальной услуги через Портал,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уполномоченным органом осуществляются в том же порядке, что и при обращении заявителя за получением муниципальной услуги непосредственно в уполномоченный орган или через МФЦ.</w:t>
      </w:r>
    </w:p>
    <w:p w:rsidR="0047343B" w:rsidRPr="000F6EE0" w:rsidRDefault="000F6EE0">
      <w:pPr>
        <w:spacing w:after="0" w:line="240" w:lineRule="auto"/>
        <w:ind w:firstLine="709"/>
        <w:jc w:val="both"/>
        <w:rPr>
          <w:lang w:val="ru-RU"/>
        </w:rPr>
      </w:pPr>
      <w:r w:rsidRPr="000F6EE0">
        <w:rPr>
          <w:rFonts w:eastAsia="Times New Roman"/>
          <w:lang w:val="ru-RU"/>
        </w:rPr>
        <w:lastRenderedPageBreak/>
        <w:t>3.3.2.4. 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установления наличия оснований для отказа в предоставлении муниципальной услуги, предусмотренных Приложением </w:t>
      </w:r>
      <w:r w:rsidR="008B1697">
        <w:rPr>
          <w:rFonts w:eastAsia="Times New Roman"/>
          <w:lang w:val="ru-RU"/>
        </w:rPr>
        <w:t xml:space="preserve">№ </w:t>
      </w:r>
      <w:r w:rsidRPr="000F6EE0">
        <w:rPr>
          <w:rFonts w:eastAsia="Times New Roman"/>
          <w:lang w:val="ru-RU"/>
        </w:rPr>
        <w:t>8 настоящего Административного регламента, работник уполномоченного органа подготавливает мотивированный ответ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Данный мотивированный ответ подписывается главой Новоджерелиевского сельского поселения Брюховецкого муниципального района Краснодарского края, подлежит регистрации в установленном порядке в течение двух рабочих дней и выдаче заявителю (представителю заявителя).</w:t>
      </w:r>
    </w:p>
    <w:p w:rsidR="0047343B" w:rsidRPr="000F6EE0" w:rsidRDefault="000F6EE0">
      <w:pPr>
        <w:spacing w:after="0" w:line="240" w:lineRule="auto"/>
        <w:ind w:firstLine="709"/>
        <w:jc w:val="both"/>
        <w:rPr>
          <w:lang w:val="ru-RU"/>
        </w:rPr>
      </w:pPr>
      <w:r w:rsidRPr="000F6EE0">
        <w:rPr>
          <w:rFonts w:eastAsia="Times New Roman"/>
          <w:lang w:val="ru-RU"/>
        </w:rPr>
        <w:t xml:space="preserve">При отсутствии оснований для отказа в предоставлении муниципальной услуги, предусмотренных Приложением </w:t>
      </w:r>
      <w:r w:rsidR="008B1697">
        <w:rPr>
          <w:rFonts w:eastAsia="Times New Roman"/>
          <w:lang w:val="ru-RU"/>
        </w:rPr>
        <w:t xml:space="preserve">№ </w:t>
      </w:r>
      <w:r w:rsidRPr="000F6EE0">
        <w:rPr>
          <w:rFonts w:eastAsia="Times New Roman"/>
          <w:lang w:val="ru-RU"/>
        </w:rPr>
        <w:t xml:space="preserve">8 настоящего Административного регламента, работниками уполномоченного органа в течение 3 (трех) рабочих дней с выездом на место проводится обследование зеленых насаждений, по результатам которого составляется акт обследования зеленых насаждений по форме установленной приложением </w:t>
      </w:r>
      <w:r w:rsidR="008B1697">
        <w:rPr>
          <w:rFonts w:eastAsia="Times New Roman"/>
          <w:lang w:val="ru-RU"/>
        </w:rPr>
        <w:t xml:space="preserve">№ </w:t>
      </w:r>
      <w:r w:rsidRPr="000F6EE0">
        <w:rPr>
          <w:rFonts w:eastAsia="Times New Roman"/>
          <w:lang w:val="ru-RU"/>
        </w:rPr>
        <w:t>4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проведенного обследования в случае установления наличия оснований для отказа в предоставлении муниципальной услуги, предусмотренных Приложением </w:t>
      </w:r>
      <w:r w:rsidR="008B1697">
        <w:rPr>
          <w:rFonts w:eastAsia="Times New Roman"/>
          <w:lang w:val="ru-RU"/>
        </w:rPr>
        <w:t xml:space="preserve">№ </w:t>
      </w:r>
      <w:r w:rsidRPr="000F6EE0">
        <w:rPr>
          <w:rFonts w:eastAsia="Times New Roman"/>
          <w:lang w:val="ru-RU"/>
        </w:rPr>
        <w:t>8 настоящего Административного регламента, работник уполномоченного органа подготавливает мотивированный ответ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Данный мотивированный ответ подписывается главой Новоджерелиевского сельского поселения Брюховецкого муниципального района Краснодарского края, подлежит регистрации в установленном порядке в течение двух рабочих дней и выдаче заявителю (представителю заявителя).</w:t>
      </w:r>
    </w:p>
    <w:p w:rsidR="0047343B" w:rsidRPr="000F6EE0" w:rsidRDefault="000F6EE0">
      <w:pPr>
        <w:spacing w:after="0" w:line="240" w:lineRule="auto"/>
        <w:ind w:firstLine="709"/>
        <w:jc w:val="both"/>
        <w:rPr>
          <w:lang w:val="ru-RU"/>
        </w:rPr>
      </w:pPr>
      <w:r w:rsidRPr="000F6EE0">
        <w:rPr>
          <w:rFonts w:eastAsia="Times New Roman"/>
          <w:lang w:val="ru-RU"/>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проведенного обследования в случае отсутствия оснований для отказа в предоставлении муниципальной услуги, указанных в Приложении 8 настоящего Административного регламента, работник уполномоченного органа при условии отсутствия необходимости внесения платы за проведение компенсационного озеленения при уничтожении зелёных насаждений подготавливает порубочный билет по форме установленной приложением </w:t>
      </w:r>
      <w:r w:rsidR="008B1697">
        <w:rPr>
          <w:rFonts w:eastAsia="Times New Roman"/>
          <w:lang w:val="ru-RU"/>
        </w:rPr>
        <w:t xml:space="preserve">№ </w:t>
      </w:r>
      <w:r w:rsidRPr="000F6EE0">
        <w:rPr>
          <w:rFonts w:eastAsia="Times New Roman"/>
          <w:lang w:val="ru-RU"/>
        </w:rPr>
        <w:t>3 к Административному регламенту в течение 1 (одного) рабочего дня.</w:t>
      </w:r>
    </w:p>
    <w:p w:rsidR="0047343B" w:rsidRPr="000F6EE0" w:rsidRDefault="000F6EE0">
      <w:pPr>
        <w:spacing w:after="0" w:line="240" w:lineRule="auto"/>
        <w:ind w:firstLine="709"/>
        <w:jc w:val="both"/>
        <w:rPr>
          <w:lang w:val="ru-RU"/>
        </w:rPr>
      </w:pPr>
      <w:r w:rsidRPr="000F6EE0">
        <w:rPr>
          <w:rFonts w:eastAsia="Times New Roman"/>
          <w:lang w:val="ru-RU"/>
        </w:rPr>
        <w:t>Порубочный билет подписывается ответственным специалистом Уполномоченного органа и утверждается главой Новоджерелиевского сельского поселения Брюховецкого муниципального района Краснодарского края в течение одного рабочего дня.</w:t>
      </w:r>
    </w:p>
    <w:p w:rsidR="0047343B" w:rsidRPr="000F6EE0" w:rsidRDefault="000F6EE0">
      <w:pPr>
        <w:spacing w:after="0" w:line="240" w:lineRule="auto"/>
        <w:ind w:firstLine="709"/>
        <w:jc w:val="both"/>
        <w:rPr>
          <w:lang w:val="ru-RU"/>
        </w:rPr>
      </w:pPr>
      <w:r w:rsidRPr="000F6EE0">
        <w:rPr>
          <w:rFonts w:eastAsia="Times New Roman"/>
          <w:lang w:val="ru-RU"/>
        </w:rPr>
        <w:lastRenderedPageBreak/>
        <w:t>Работник уполномоченного органа регистрирует порубочный билет в журнале регистрации порубочных билетов в течение одного рабочего дня.</w:t>
      </w:r>
    </w:p>
    <w:p w:rsidR="0047343B" w:rsidRPr="000F6EE0" w:rsidRDefault="000F6EE0">
      <w:pPr>
        <w:spacing w:after="0" w:line="240" w:lineRule="auto"/>
        <w:ind w:firstLine="709"/>
        <w:jc w:val="both"/>
        <w:rPr>
          <w:lang w:val="ru-RU"/>
        </w:rPr>
      </w:pPr>
      <w:r w:rsidRPr="000F6EE0">
        <w:rPr>
          <w:rFonts w:eastAsia="Times New Roman"/>
          <w:lang w:val="ru-RU"/>
        </w:rPr>
        <w:t>Порубочный билет изготавливается в двух экземплярах, один из которых хранится в архиве уполномоченного органа, один - подлежит выдачи заявителю, способом, установленным подпунктом 3.3.2.5 пункта 3.3.2</w:t>
      </w:r>
      <w:r w:rsidR="008B1697">
        <w:rPr>
          <w:rFonts w:eastAsia="Times New Roman"/>
          <w:lang w:val="ru-RU"/>
        </w:rPr>
        <w:t xml:space="preserve"> </w:t>
      </w:r>
      <w:r w:rsidRPr="000F6EE0">
        <w:rPr>
          <w:rFonts w:eastAsia="Times New Roman"/>
          <w:lang w:val="ru-RU"/>
        </w:rPr>
        <w:t>подраздела 3.3 раздела 3 Административного регламента.</w:t>
      </w:r>
    </w:p>
    <w:p w:rsidR="0047343B" w:rsidRPr="000F6EE0" w:rsidRDefault="000F6EE0">
      <w:pPr>
        <w:spacing w:after="0" w:line="240" w:lineRule="auto"/>
        <w:ind w:firstLine="709"/>
        <w:jc w:val="both"/>
        <w:rPr>
          <w:lang w:val="ru-RU"/>
        </w:rPr>
      </w:pPr>
      <w:r w:rsidRPr="000F6EE0">
        <w:rPr>
          <w:rFonts w:eastAsia="Times New Roman"/>
          <w:lang w:val="ru-RU"/>
        </w:rPr>
        <w:t>Заявитель вправе отозвать своё заявление на любой стадии рассмотрения, согласования или подготовки документа в уполномоченным органом, обратившись с соответствующим заявлением в уполномоченный орган либо МФЦ.</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заявителя за получением муниципальной услуги через Портал, иные информационные системы, принятие решения о предоставлении (об отказе в предоставлении) муниципальной услуги осуществляются в том же порядке, что и при обращении заявителя за получением муниципальной услуги непосредственно в уполномоченный орган или через МФЦ.</w:t>
      </w:r>
    </w:p>
    <w:p w:rsidR="0047343B" w:rsidRPr="000F6EE0" w:rsidRDefault="000F6EE0">
      <w:pPr>
        <w:spacing w:after="0" w:line="240" w:lineRule="auto"/>
        <w:ind w:firstLine="709"/>
        <w:jc w:val="both"/>
        <w:rPr>
          <w:lang w:val="ru-RU"/>
        </w:rPr>
      </w:pPr>
      <w:r w:rsidRPr="000F6EE0">
        <w:rPr>
          <w:rFonts w:eastAsia="Times New Roman"/>
          <w:lang w:val="ru-RU"/>
        </w:rPr>
        <w:t>3.3.2.5.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Передача документов на всех стадиях подготовки порубочного билета осуществляется с внесением соответствующих данных в электронную базу (с указанием даты, времени и лица, которому переданы документы).</w:t>
      </w:r>
    </w:p>
    <w:p w:rsidR="0047343B" w:rsidRPr="000F6EE0" w:rsidRDefault="000F6EE0">
      <w:pPr>
        <w:spacing w:after="0" w:line="240" w:lineRule="auto"/>
        <w:ind w:firstLine="709"/>
        <w:jc w:val="both"/>
        <w:rPr>
          <w:lang w:val="ru-RU"/>
        </w:rPr>
      </w:pPr>
      <w:r w:rsidRPr="000F6EE0">
        <w:rPr>
          <w:rFonts w:eastAsia="Times New Roman"/>
          <w:lang w:val="ru-RU"/>
        </w:rPr>
        <w:t>Подготовленные документы об исполнении муниципальной услуги направляются заявителю (представителю заявителя) одним из способов, указанных в заявлении:</w:t>
      </w:r>
    </w:p>
    <w:p w:rsidR="0047343B" w:rsidRPr="000F6EE0" w:rsidRDefault="000F6EE0">
      <w:pPr>
        <w:spacing w:after="0" w:line="240" w:lineRule="auto"/>
        <w:ind w:firstLine="709"/>
        <w:jc w:val="both"/>
        <w:rPr>
          <w:lang w:val="ru-RU"/>
        </w:rPr>
      </w:pPr>
      <w:r w:rsidRPr="000F6EE0">
        <w:rPr>
          <w:rFonts w:eastAsia="Times New Roman"/>
          <w:lang w:val="ru-RU"/>
        </w:rPr>
        <w:t>1) непосредственно через Уполномоченный орган, в следующем порядке:</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заявитель прибывает в уполномоченный орган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При выдаче документов работник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w:t>
      </w:r>
    </w:p>
    <w:p w:rsidR="0047343B" w:rsidRPr="000F6EE0" w:rsidRDefault="000F6EE0">
      <w:pPr>
        <w:spacing w:after="0" w:line="240" w:lineRule="auto"/>
        <w:ind w:firstLine="709"/>
        <w:jc w:val="both"/>
        <w:rPr>
          <w:lang w:val="ru-RU"/>
        </w:rPr>
      </w:pPr>
      <w:r w:rsidRPr="000F6EE0">
        <w:rPr>
          <w:rFonts w:eastAsia="Times New Roman"/>
          <w:lang w:val="ru-RU"/>
        </w:rPr>
        <w:t>знакомит заявителя с содержанием документов и выдает их.</w:t>
      </w:r>
    </w:p>
    <w:p w:rsidR="0047343B" w:rsidRPr="000F6EE0" w:rsidRDefault="000F6EE0">
      <w:pPr>
        <w:spacing w:after="0" w:line="240" w:lineRule="auto"/>
        <w:ind w:firstLine="709"/>
        <w:jc w:val="both"/>
        <w:rPr>
          <w:lang w:val="ru-RU"/>
        </w:rPr>
      </w:pPr>
      <w:r w:rsidRPr="000F6EE0">
        <w:rPr>
          <w:rFonts w:eastAsia="Times New Roman"/>
          <w:lang w:val="ru-RU"/>
        </w:rPr>
        <w:t>2) через МФЦ в соответствии с соглашением о взаимодействии между МФЦ и уполномоченным органом, в следующем порядке:</w:t>
      </w:r>
    </w:p>
    <w:p w:rsidR="0047343B" w:rsidRPr="000F6EE0" w:rsidRDefault="000F6EE0">
      <w:pPr>
        <w:spacing w:after="0" w:line="240" w:lineRule="auto"/>
        <w:ind w:firstLine="709"/>
        <w:jc w:val="both"/>
        <w:rPr>
          <w:lang w:val="ru-RU"/>
        </w:rPr>
      </w:pPr>
      <w:r w:rsidRPr="000F6EE0">
        <w:rPr>
          <w:rFonts w:eastAsia="Times New Roman"/>
          <w:lang w:val="ru-RU"/>
        </w:rPr>
        <w:t>передача документов из уполномоченного органа в МФЦ осуществляется на основании реестра, который составляется в двух экземплярах и содержит дату и время передачи;</w:t>
      </w:r>
    </w:p>
    <w:p w:rsidR="0047343B" w:rsidRPr="000F6EE0" w:rsidRDefault="000F6EE0">
      <w:pPr>
        <w:spacing w:after="0" w:line="240" w:lineRule="auto"/>
        <w:ind w:firstLine="709"/>
        <w:jc w:val="both"/>
        <w:rPr>
          <w:lang w:val="ru-RU"/>
        </w:rPr>
      </w:pPr>
      <w:r w:rsidRPr="000F6EE0">
        <w:rPr>
          <w:rFonts w:eastAsia="Times New Roman"/>
          <w:lang w:val="ru-RU"/>
        </w:rPr>
        <w:t xml:space="preserve">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w:t>
      </w:r>
      <w:r w:rsidRPr="000F6EE0">
        <w:rPr>
          <w:rFonts w:eastAsia="Times New Roman"/>
          <w:lang w:val="ru-RU"/>
        </w:rPr>
        <w:lastRenderedPageBreak/>
        <w:t>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заявитель прибывает в МФЦ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При выдаче документов работник МФЦ:</w:t>
      </w:r>
    </w:p>
    <w:p w:rsidR="0047343B" w:rsidRPr="000F6EE0" w:rsidRDefault="000F6EE0">
      <w:pPr>
        <w:spacing w:after="0" w:line="240" w:lineRule="auto"/>
        <w:ind w:firstLine="709"/>
        <w:jc w:val="both"/>
        <w:rPr>
          <w:lang w:val="ru-RU"/>
        </w:rPr>
      </w:pPr>
      <w:r w:rsidRPr="000F6EE0">
        <w:rPr>
          <w:rFonts w:eastAsia="Times New Roman"/>
          <w:lang w:val="ru-RU"/>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w:t>
      </w:r>
      <w:r w:rsidR="008B1697">
        <w:rPr>
          <w:rFonts w:eastAsia="Times New Roman"/>
          <w:lang w:val="ru-RU"/>
        </w:rPr>
        <w:t>«</w:t>
      </w:r>
      <w:r w:rsidRPr="000F6EE0">
        <w:rPr>
          <w:rFonts w:eastAsia="Times New Roman"/>
          <w:lang w:val="ru-RU"/>
        </w:rPr>
        <w:t>оригинал расписки утерян</w:t>
      </w:r>
      <w:r w:rsidR="008B1697">
        <w:rPr>
          <w:rFonts w:eastAsia="Times New Roman"/>
          <w:lang w:val="ru-RU"/>
        </w:rPr>
        <w:t>»</w:t>
      </w:r>
      <w:r w:rsidRPr="000F6EE0">
        <w:rPr>
          <w:rFonts w:eastAsia="Times New Roman"/>
          <w:lang w:val="ru-RU"/>
        </w:rPr>
        <w:t>, ставит дату и подпись);</w:t>
      </w:r>
    </w:p>
    <w:p w:rsidR="0047343B" w:rsidRPr="000F6EE0" w:rsidRDefault="000F6EE0">
      <w:pPr>
        <w:spacing w:after="0" w:line="240" w:lineRule="auto"/>
        <w:ind w:firstLine="709"/>
        <w:jc w:val="both"/>
        <w:rPr>
          <w:lang w:val="ru-RU"/>
        </w:rPr>
      </w:pPr>
      <w:r w:rsidRPr="000F6EE0">
        <w:rPr>
          <w:rFonts w:eastAsia="Times New Roman"/>
          <w:lang w:val="ru-RU"/>
        </w:rPr>
        <w:t>знакомит заявителя с содержанием документов и выдает их.</w:t>
      </w:r>
    </w:p>
    <w:p w:rsidR="0047343B" w:rsidRPr="000F6EE0" w:rsidRDefault="000F6EE0">
      <w:pPr>
        <w:spacing w:after="0" w:line="240" w:lineRule="auto"/>
        <w:ind w:firstLine="709"/>
        <w:jc w:val="both"/>
        <w:rPr>
          <w:lang w:val="ru-RU"/>
        </w:rPr>
      </w:pPr>
      <w:r w:rsidRPr="000F6EE0">
        <w:rPr>
          <w:rFonts w:eastAsia="Times New Roman"/>
          <w:lang w:val="ru-RU"/>
        </w:rPr>
        <w:t>3) через Портала.</w:t>
      </w:r>
    </w:p>
    <w:p w:rsidR="0047343B" w:rsidRPr="000F6EE0" w:rsidRDefault="000F6EE0">
      <w:pPr>
        <w:spacing w:after="0" w:line="240" w:lineRule="auto"/>
        <w:ind w:firstLine="709"/>
        <w:jc w:val="both"/>
        <w:rPr>
          <w:lang w:val="ru-RU"/>
        </w:rPr>
      </w:pPr>
      <w:r w:rsidRPr="000F6EE0">
        <w:rPr>
          <w:rFonts w:eastAsia="Times New Roman"/>
          <w:lang w:val="ru-RU"/>
        </w:rPr>
        <w:t>Для получения оригинала результата предоставления муниципальной услуги заявитель прибывает в уполномоченный орган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Сканированная копия результата предоставления муниципальной услуги дополнительно направляется заявителю через Портал.</w:t>
      </w:r>
    </w:p>
    <w:p w:rsidR="0047343B" w:rsidRPr="000F6EE0" w:rsidRDefault="000F6EE0">
      <w:pPr>
        <w:spacing w:after="0" w:line="240" w:lineRule="auto"/>
        <w:ind w:firstLine="709"/>
        <w:jc w:val="both"/>
        <w:rPr>
          <w:lang w:val="ru-RU"/>
        </w:rPr>
      </w:pPr>
      <w:r w:rsidRPr="000F6EE0">
        <w:rPr>
          <w:rFonts w:eastAsia="Times New Roman"/>
          <w:lang w:val="ru-RU"/>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7343B" w:rsidRPr="000F6EE0" w:rsidRDefault="000F6EE0">
      <w:pPr>
        <w:spacing w:after="0" w:line="240" w:lineRule="auto"/>
        <w:ind w:firstLine="709"/>
        <w:jc w:val="both"/>
        <w:rPr>
          <w:lang w:val="ru-RU"/>
        </w:rPr>
      </w:pPr>
      <w:r w:rsidRPr="000F6EE0">
        <w:rPr>
          <w:rFonts w:eastAsia="Times New Roman"/>
          <w:lang w:val="ru-RU"/>
        </w:rPr>
        <w:t>4) результат муниципальной услуги могут быть предоставлены заявителю уполномоченным органом или МФЦ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почтового отправления.</w:t>
      </w:r>
    </w:p>
    <w:p w:rsidR="0047343B" w:rsidRPr="000F6EE0" w:rsidRDefault="000F6EE0">
      <w:pPr>
        <w:spacing w:after="0" w:line="240" w:lineRule="auto"/>
        <w:ind w:firstLine="709"/>
        <w:jc w:val="both"/>
        <w:rPr>
          <w:lang w:val="ru-RU"/>
        </w:rPr>
      </w:pPr>
      <w:r w:rsidRPr="000F6EE0">
        <w:rPr>
          <w:rFonts w:eastAsia="Times New Roman"/>
          <w:lang w:val="ru-RU"/>
        </w:rPr>
        <w:t>Срок предоставления заявителю результата муниципальной услуги - 1 рабочий день со дня регистрации порубочного билета либо письма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3.3.3. Максимальный срок предоставления муниципальной услуги </w:t>
      </w:r>
      <w:r w:rsidR="008B1697">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r w:rsidR="008B1697">
        <w:rPr>
          <w:rFonts w:eastAsia="Times New Roman"/>
          <w:lang w:val="ru-RU"/>
        </w:rPr>
        <w:t>»</w:t>
      </w:r>
      <w:r w:rsidRPr="000F6EE0">
        <w:rPr>
          <w:rFonts w:eastAsia="Times New Roman"/>
          <w:lang w:val="ru-RU"/>
        </w:rPr>
        <w:t xml:space="preserve"> - не более 15 рабочих дней.</w:t>
      </w:r>
    </w:p>
    <w:p w:rsidR="0047343B" w:rsidRPr="000F6EE0" w:rsidRDefault="000F6EE0">
      <w:pPr>
        <w:spacing w:after="0" w:line="240" w:lineRule="auto"/>
        <w:ind w:firstLine="709"/>
        <w:jc w:val="both"/>
        <w:rPr>
          <w:lang w:val="ru-RU"/>
        </w:rPr>
      </w:pPr>
      <w:r w:rsidRPr="000F6EE0">
        <w:rPr>
          <w:rFonts w:eastAsia="Times New Roman"/>
          <w:lang w:val="ru-RU"/>
        </w:rPr>
        <w:t>3.3.4. Способы установления личности (идентификации) заявителя (представителя заявителя).</w:t>
      </w:r>
    </w:p>
    <w:p w:rsidR="0047343B" w:rsidRPr="000F6EE0" w:rsidRDefault="000F6EE0">
      <w:pPr>
        <w:spacing w:after="0" w:line="240" w:lineRule="auto"/>
        <w:ind w:firstLine="709"/>
        <w:jc w:val="both"/>
        <w:rPr>
          <w:lang w:val="ru-RU"/>
        </w:rPr>
      </w:pPr>
      <w:r w:rsidRPr="000F6EE0">
        <w:rPr>
          <w:rFonts w:eastAsia="Times New Roman"/>
          <w:lang w:val="ru-RU"/>
        </w:rPr>
        <w:t xml:space="preserve">При подаче заявления в уполномоченный орган или МФЦ - в ходе личного приема проверка документа, удостоверяющего личность либо иного документа, удостоверяющего личность, в соответствии с законодательством Российской </w:t>
      </w:r>
      <w:r w:rsidRPr="000F6EE0">
        <w:rPr>
          <w:rFonts w:eastAsia="Times New Roman"/>
          <w:lang w:val="ru-RU"/>
        </w:rPr>
        <w:lastRenderedPageBreak/>
        <w:t xml:space="preserve">Федерации, или установление личности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w:t>
      </w:r>
      <w:r w:rsidR="008B1697">
        <w:rPr>
          <w:rFonts w:eastAsia="Times New Roman"/>
          <w:lang w:val="ru-RU"/>
        </w:rPr>
        <w:t>№</w:t>
      </w:r>
      <w:r w:rsidRPr="000F6EE0">
        <w:rPr>
          <w:rFonts w:eastAsia="Times New Roman"/>
          <w:lang w:val="ru-RU"/>
        </w:rPr>
        <w:t xml:space="preserve"> 572-ФЗ </w:t>
      </w:r>
      <w:r w:rsidR="008B1697">
        <w:rPr>
          <w:rFonts w:eastAsia="Times New Roman"/>
          <w:lang w:val="ru-RU"/>
        </w:rPr>
        <w:t>«</w:t>
      </w:r>
      <w:r w:rsidRPr="000F6EE0">
        <w:rPr>
          <w:rFonts w:eastAsia="Times New Roman"/>
          <w:lang w:val="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8B1697">
        <w:rPr>
          <w:rFonts w:eastAsia="Times New Roman"/>
          <w:lang w:val="ru-RU"/>
        </w:rPr>
        <w:t>»</w:t>
      </w:r>
      <w:r w:rsidRPr="000F6EE0">
        <w:rPr>
          <w:rFonts w:eastAsia="Times New Roman"/>
          <w:lang w:val="ru-RU"/>
        </w:rPr>
        <w:t xml:space="preserve"> (использование вышеуказанных технологий проводится при наличии технической возможности).</w:t>
      </w:r>
    </w:p>
    <w:p w:rsidR="0047343B" w:rsidRPr="000F6EE0" w:rsidRDefault="000F6EE0">
      <w:pPr>
        <w:spacing w:after="0" w:line="240" w:lineRule="auto"/>
        <w:ind w:firstLine="709"/>
        <w:jc w:val="both"/>
        <w:rPr>
          <w:lang w:val="ru-RU"/>
        </w:rPr>
      </w:pPr>
      <w:r w:rsidRPr="000F6EE0">
        <w:rPr>
          <w:rFonts w:eastAsia="Times New Roman"/>
          <w:lang w:val="ru-RU"/>
        </w:rPr>
        <w:t xml:space="preserve">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Правительства Российской Федерации от 25 июня 2012 года </w:t>
      </w:r>
      <w:r w:rsidR="008B1697">
        <w:rPr>
          <w:rFonts w:eastAsia="Times New Roman"/>
          <w:lang w:val="ru-RU"/>
        </w:rPr>
        <w:t>№</w:t>
      </w:r>
      <w:r w:rsidRPr="000F6EE0">
        <w:rPr>
          <w:rFonts w:eastAsia="Times New Roman"/>
          <w:lang w:val="ru-RU"/>
        </w:rPr>
        <w:t xml:space="preserve"> 634 </w:t>
      </w:r>
      <w:r w:rsidR="008B1697">
        <w:rPr>
          <w:rFonts w:eastAsia="Times New Roman"/>
          <w:lang w:val="ru-RU"/>
        </w:rPr>
        <w:t>«</w:t>
      </w:r>
      <w:r w:rsidRPr="000F6EE0">
        <w:rPr>
          <w:rFonts w:eastAsia="Times New Roman"/>
          <w:lang w:val="ru-RU"/>
        </w:rPr>
        <w:t>О видах электронной подписи, использование которых допускается при обращении за получением государственных и муниципальных услуг</w:t>
      </w:r>
      <w:r w:rsidR="008B1697">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3.3.5. Описание процедуры межведомственного информационного взаимодействия.</w:t>
      </w:r>
    </w:p>
    <w:p w:rsidR="0047343B" w:rsidRPr="000F6EE0" w:rsidRDefault="000F6EE0">
      <w:pPr>
        <w:spacing w:after="0" w:line="240" w:lineRule="auto"/>
        <w:ind w:firstLine="709"/>
        <w:jc w:val="both"/>
        <w:rPr>
          <w:lang w:val="ru-RU"/>
        </w:rPr>
      </w:pPr>
      <w:r w:rsidRPr="000F6EE0">
        <w:rPr>
          <w:rFonts w:eastAsia="Times New Roman"/>
          <w:lang w:val="ru-RU"/>
        </w:rPr>
        <w:t>3.3.5.1. Работник Уполномоченного органа в течение 1 дня после поступления документов в Уполномоченный орган осуществляет проверку полноты и достоверности документов и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 в отношении следующих сведений:</w:t>
      </w:r>
    </w:p>
    <w:p w:rsidR="0047343B" w:rsidRPr="000F6EE0" w:rsidRDefault="000F6EE0">
      <w:pPr>
        <w:spacing w:after="0" w:line="240" w:lineRule="auto"/>
        <w:ind w:firstLine="709"/>
        <w:jc w:val="both"/>
        <w:rPr>
          <w:lang w:val="ru-RU"/>
        </w:rPr>
      </w:pPr>
      <w:r w:rsidRPr="000F6EE0">
        <w:rPr>
          <w:rFonts w:eastAsia="Times New Roman"/>
          <w:lang w:val="ru-RU"/>
        </w:rPr>
        <w:t>1) сведения из Единого государственного реестра недвижимости на земельный участок, либо правоустанавливающие документы на земельный участок, в случае, если указанные документы (их копии или сведения, содержащиеся в них) отсутствуют в ЕГРН - в управление Федеральной службы государственной регистрации, кадастра и картографии по Краснодарскому краю;</w:t>
      </w:r>
    </w:p>
    <w:p w:rsidR="0047343B" w:rsidRPr="000F6EE0" w:rsidRDefault="000F6EE0">
      <w:pPr>
        <w:spacing w:after="0" w:line="240" w:lineRule="auto"/>
        <w:ind w:firstLine="709"/>
        <w:jc w:val="both"/>
        <w:rPr>
          <w:lang w:val="ru-RU"/>
        </w:rPr>
      </w:pPr>
      <w:r w:rsidRPr="000F6EE0">
        <w:rPr>
          <w:rFonts w:eastAsia="Times New Roman"/>
          <w:lang w:val="ru-RU"/>
        </w:rPr>
        <w:t>2) выписка из Единого государственного реестра юридических лиц (для юридических лиц) - в управление Федеральной налоговой службы по Краснодарскому краю.</w:t>
      </w:r>
    </w:p>
    <w:p w:rsidR="0047343B" w:rsidRPr="000F6EE0" w:rsidRDefault="000F6EE0">
      <w:pPr>
        <w:spacing w:after="0" w:line="240" w:lineRule="auto"/>
        <w:ind w:firstLine="709"/>
        <w:jc w:val="both"/>
        <w:rPr>
          <w:lang w:val="ru-RU"/>
        </w:rPr>
      </w:pPr>
      <w:r w:rsidRPr="000F6EE0">
        <w:rPr>
          <w:rFonts w:eastAsia="Times New Roman"/>
          <w:lang w:val="ru-RU"/>
        </w:rPr>
        <w:t xml:space="preserve">3.3.5.2. Межведомственные запросы оформляются в соответствии с требованиями, установленными Закона </w:t>
      </w:r>
      <w:r w:rsidR="008B1697">
        <w:rPr>
          <w:rFonts w:eastAsia="Times New Roman"/>
          <w:lang w:val="ru-RU"/>
        </w:rPr>
        <w:t>№</w:t>
      </w:r>
      <w:r w:rsidRPr="000F6EE0">
        <w:rPr>
          <w:rFonts w:eastAsia="Times New Roman"/>
          <w:lang w:val="ru-RU"/>
        </w:rPr>
        <w:t xml:space="preserve"> 210-ФЗ. При осуществлении межведомственного информационного взаимодействия посредством федеральной государственной информационной системы </w:t>
      </w:r>
      <w:r w:rsidR="008B1697">
        <w:rPr>
          <w:rFonts w:eastAsia="Times New Roman"/>
          <w:lang w:val="ru-RU"/>
        </w:rPr>
        <w:t>«</w:t>
      </w:r>
      <w:r w:rsidRPr="000F6EE0">
        <w:rPr>
          <w:rFonts w:eastAsia="Times New Roman"/>
          <w:lang w:val="ru-RU"/>
        </w:rPr>
        <w:t>Единая система межведомственного электронного взаимодействия</w:t>
      </w:r>
      <w:r w:rsidR="008B1697">
        <w:rPr>
          <w:rFonts w:eastAsia="Times New Roman"/>
          <w:lang w:val="ru-RU"/>
        </w:rPr>
        <w:t>»</w:t>
      </w:r>
      <w:r w:rsidRPr="000F6EE0">
        <w:rPr>
          <w:rFonts w:eastAsia="Times New Roman"/>
          <w:lang w:val="ru-RU"/>
        </w:rPr>
        <w:t xml:space="preserve"> указываются наименование используемого вида сведений (сервиса, витрины данных).</w:t>
      </w:r>
    </w:p>
    <w:p w:rsidR="0047343B" w:rsidRPr="000F6EE0" w:rsidRDefault="000F6EE0">
      <w:pPr>
        <w:spacing w:after="0" w:line="240" w:lineRule="auto"/>
        <w:ind w:firstLine="709"/>
        <w:jc w:val="both"/>
        <w:rPr>
          <w:lang w:val="ru-RU"/>
        </w:rPr>
      </w:pPr>
      <w:r w:rsidRPr="000F6EE0">
        <w:rPr>
          <w:rFonts w:eastAsia="Times New Roman"/>
          <w:lang w:val="ru-RU"/>
        </w:rPr>
        <w:t>Межведомственный запрос направляется в течение 1 рабочего дня со дня поступления в уполномоченный орган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 xml:space="preserve">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w:t>
      </w:r>
      <w:r w:rsidRPr="000F6EE0">
        <w:rPr>
          <w:rFonts w:eastAsia="Times New Roman"/>
          <w:lang w:val="ru-RU"/>
        </w:rPr>
        <w:lastRenderedPageBreak/>
        <w:t>сотрудников, в том числе посредством электронных сервисов, внесённых в единый реестр системы межведомственного электронного взаимодействия.</w:t>
      </w:r>
    </w:p>
    <w:p w:rsidR="0047343B" w:rsidRPr="000F6EE0" w:rsidRDefault="000F6EE0">
      <w:pPr>
        <w:spacing w:after="0" w:line="240" w:lineRule="auto"/>
        <w:ind w:firstLine="709"/>
        <w:jc w:val="both"/>
        <w:rPr>
          <w:lang w:val="ru-RU"/>
        </w:rPr>
      </w:pPr>
      <w:r w:rsidRPr="000F6EE0">
        <w:rPr>
          <w:rFonts w:eastAsia="Times New Roman"/>
          <w:lang w:val="ru-RU"/>
        </w:rPr>
        <w:t xml:space="preserve">Органы, в распоряжении которых находятся запрашиваемые документы (сведения), в срок не позднее 3 рабочих дней со дня получения межведомственного запроса (в случае осуществления межведомственного информационного взаимодействия без использования федеральной государственной информационной системы </w:t>
      </w:r>
      <w:r w:rsidR="008B1697">
        <w:rPr>
          <w:rFonts w:eastAsia="Times New Roman"/>
          <w:lang w:val="ru-RU"/>
        </w:rPr>
        <w:t>«</w:t>
      </w:r>
      <w:r w:rsidRPr="000F6EE0">
        <w:rPr>
          <w:rFonts w:eastAsia="Times New Roman"/>
          <w:lang w:val="ru-RU"/>
        </w:rPr>
        <w:t>Единая система межведомственного электронного взаимодействия</w:t>
      </w:r>
      <w:r w:rsidR="008B1697">
        <w:rPr>
          <w:rFonts w:eastAsia="Times New Roman"/>
          <w:lang w:val="ru-RU"/>
        </w:rPr>
        <w:t>»</w:t>
      </w:r>
      <w:r w:rsidRPr="000F6EE0">
        <w:rPr>
          <w:rFonts w:eastAsia="Times New Roman"/>
          <w:lang w:val="ru-RU"/>
        </w:rPr>
        <w:t xml:space="preserve">) направляют соответствующие документы (сведения) в уполномоченный орган в соответствии с Правилами направления документов в Уполномоченный орган в электронной форме, утверждёнными постановлением Правительства Российской Федерации от 7 октября 2019 года </w:t>
      </w:r>
      <w:r w:rsidR="008B1697">
        <w:rPr>
          <w:rFonts w:eastAsia="Times New Roman"/>
          <w:lang w:val="ru-RU"/>
        </w:rPr>
        <w:t>№ </w:t>
      </w:r>
      <w:r w:rsidRPr="000F6EE0">
        <w:rPr>
          <w:rFonts w:eastAsia="Times New Roman"/>
          <w:lang w:val="ru-RU"/>
        </w:rPr>
        <w:t>1294.</w:t>
      </w:r>
    </w:p>
    <w:p w:rsidR="0047343B" w:rsidRPr="000F6EE0" w:rsidRDefault="000F6EE0">
      <w:pPr>
        <w:spacing w:after="0" w:line="240" w:lineRule="auto"/>
        <w:ind w:firstLine="709"/>
        <w:jc w:val="both"/>
        <w:rPr>
          <w:lang w:val="ru-RU"/>
        </w:rPr>
      </w:pPr>
      <w:r w:rsidRPr="000F6EE0">
        <w:rPr>
          <w:rFonts w:eastAsia="Times New Roman"/>
          <w:lang w:val="ru-RU"/>
        </w:rPr>
        <w:t>В случае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rsidR="0047343B" w:rsidRPr="000F6EE0" w:rsidRDefault="000F6EE0">
      <w:pPr>
        <w:spacing w:after="0" w:line="240" w:lineRule="auto"/>
        <w:ind w:firstLine="709"/>
        <w:jc w:val="both"/>
        <w:rPr>
          <w:lang w:val="ru-RU"/>
        </w:rPr>
      </w:pPr>
      <w:r w:rsidRPr="000F6EE0">
        <w:rPr>
          <w:rFonts w:eastAsia="Times New Roman"/>
          <w:lang w:val="ru-RU"/>
        </w:rPr>
        <w:t xml:space="preserve">3.3.5.3. После </w:t>
      </w:r>
      <w:proofErr w:type="gramStart"/>
      <w:r w:rsidRPr="000F6EE0">
        <w:rPr>
          <w:rFonts w:eastAsia="Times New Roman"/>
          <w:lang w:val="ru-RU"/>
        </w:rPr>
        <w:t>получения</w:t>
      </w:r>
      <w:proofErr w:type="gramEnd"/>
      <w:r w:rsidRPr="000F6EE0">
        <w:rPr>
          <w:rFonts w:eastAsia="Times New Roman"/>
          <w:lang w:val="ru-RU"/>
        </w:rPr>
        <w:t xml:space="preserve"> запрашиваемых в порядке межведомственного взаимодействия сведений и (или) документов (при необходимости) и рассмотрения информации, предоставленной заявителем, работник Уполномоченного органа выявляет наличие или устанавливает отсутствие основания для предоставления или для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3.3.5.4. Неполучение (несвоевременное получение) документов, запрошенных в порядке межведомственного электронного взаимодействия, не может являться основанием для отказа в выдаче разрешения на строительство.</w:t>
      </w:r>
    </w:p>
    <w:p w:rsidR="0047343B" w:rsidRPr="000F6EE0" w:rsidRDefault="000F6EE0">
      <w:pPr>
        <w:spacing w:after="0" w:line="240" w:lineRule="auto"/>
        <w:ind w:firstLine="709"/>
        <w:jc w:val="both"/>
        <w:rPr>
          <w:lang w:val="ru-RU"/>
        </w:rPr>
      </w:pPr>
      <w:r w:rsidRPr="000F6EE0">
        <w:rPr>
          <w:rFonts w:eastAsia="Times New Roman"/>
          <w:lang w:val="ru-RU"/>
        </w:rPr>
        <w:t>3.3.6. Приостановление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Основания для приостановления муниципальной услуги законодательством Российской Федерации не предусмотрены.</w:t>
      </w:r>
    </w:p>
    <w:p w:rsidR="0047343B" w:rsidRPr="000F6EE0" w:rsidRDefault="000F6EE0">
      <w:pPr>
        <w:spacing w:after="0" w:line="240" w:lineRule="auto"/>
        <w:ind w:firstLine="709"/>
        <w:jc w:val="both"/>
        <w:rPr>
          <w:lang w:val="ru-RU"/>
        </w:rPr>
      </w:pPr>
      <w:r w:rsidRPr="000F6EE0">
        <w:rPr>
          <w:rFonts w:eastAsia="Times New Roman"/>
          <w:lang w:val="ru-RU"/>
        </w:rPr>
        <w:t>3.3.7. Получение дополнительных сведений от заявителя.</w:t>
      </w:r>
    </w:p>
    <w:p w:rsidR="0047343B" w:rsidRPr="000F6EE0" w:rsidRDefault="000F6EE0">
      <w:pPr>
        <w:spacing w:after="0" w:line="240" w:lineRule="auto"/>
        <w:ind w:firstLine="709"/>
        <w:jc w:val="both"/>
        <w:rPr>
          <w:lang w:val="ru-RU"/>
        </w:rPr>
      </w:pPr>
      <w:r w:rsidRPr="000F6EE0">
        <w:rPr>
          <w:rFonts w:eastAsia="Times New Roman"/>
          <w:lang w:val="ru-RU"/>
        </w:rPr>
        <w:t>Получение дополнительных сведений от заявителя не предусмотрено.</w:t>
      </w:r>
    </w:p>
    <w:p w:rsidR="0047343B" w:rsidRPr="000F6EE0" w:rsidRDefault="000F6EE0">
      <w:pPr>
        <w:spacing w:after="0" w:line="240" w:lineRule="auto"/>
        <w:ind w:firstLine="709"/>
        <w:jc w:val="both"/>
        <w:rPr>
          <w:lang w:val="ru-RU"/>
        </w:rPr>
      </w:pPr>
      <w:r w:rsidRPr="000F6EE0">
        <w:rPr>
          <w:rFonts w:eastAsia="Times New Roman"/>
          <w:lang w:val="ru-RU"/>
        </w:rPr>
        <w:t>3.3.8. Получение муниципальной услуги в иных подразделениях органа, предоставляющего муниципальную услугу, невозможно.</w:t>
      </w:r>
    </w:p>
    <w:p w:rsidR="0047343B" w:rsidRPr="000F6EE0" w:rsidRDefault="000F6EE0">
      <w:pPr>
        <w:spacing w:after="0" w:line="240" w:lineRule="auto"/>
        <w:ind w:firstLine="709"/>
        <w:jc w:val="both"/>
        <w:rPr>
          <w:lang w:val="ru-RU"/>
        </w:rPr>
      </w:pPr>
      <w:r w:rsidRPr="000F6EE0">
        <w:rPr>
          <w:rFonts w:eastAsia="Times New Roman"/>
          <w:lang w:val="ru-RU"/>
        </w:rPr>
        <w:t>Предоставление муниципальной услуги в упреждающем (</w:t>
      </w:r>
      <w:proofErr w:type="spellStart"/>
      <w:r w:rsidRPr="000F6EE0">
        <w:rPr>
          <w:rFonts w:eastAsia="Times New Roman"/>
          <w:lang w:val="ru-RU"/>
        </w:rPr>
        <w:t>проактивном</w:t>
      </w:r>
      <w:proofErr w:type="spellEnd"/>
      <w:r w:rsidRPr="000F6EE0">
        <w:rPr>
          <w:rFonts w:eastAsia="Times New Roman"/>
          <w:lang w:val="ru-RU"/>
        </w:rPr>
        <w:t>) режиме не осуществляется.</w:t>
      </w:r>
    </w:p>
    <w:p w:rsidR="0047343B" w:rsidRPr="000F6EE0" w:rsidRDefault="000F6EE0" w:rsidP="008B1697">
      <w:pPr>
        <w:spacing w:after="0" w:line="240" w:lineRule="auto"/>
        <w:ind w:firstLine="709"/>
        <w:jc w:val="both"/>
        <w:rPr>
          <w:lang w:val="ru-RU"/>
        </w:rPr>
      </w:pPr>
      <w:r w:rsidRPr="000F6EE0">
        <w:rPr>
          <w:rFonts w:eastAsia="Times New Roman"/>
          <w:lang w:val="ru-RU"/>
        </w:rPr>
        <w:t xml:space="preserve">3.3.9. Заявитель имеет право получить муниципальную услугу путём направления запроса о предоставлении нескольких государственных и (или) муниципальных услуг в МФЦ, предусмотренного статьёй 15.1 Закона </w:t>
      </w:r>
      <w:r w:rsidR="008B1697" w:rsidRPr="008B1697">
        <w:rPr>
          <w:rFonts w:eastAsia="Times New Roman"/>
          <w:lang w:val="ru-RU"/>
        </w:rPr>
        <w:t>№</w:t>
      </w:r>
      <w:r w:rsidRPr="000F6EE0">
        <w:rPr>
          <w:rFonts w:eastAsia="Times New Roman"/>
          <w:lang w:val="ru-RU"/>
        </w:rPr>
        <w:t xml:space="preserve"> 210-ФЗ (комплексный запрос).</w:t>
      </w:r>
    </w:p>
    <w:p w:rsidR="008B1697" w:rsidRDefault="008B1697" w:rsidP="008B1697">
      <w:pPr>
        <w:pStyle w:val="RegSubsection"/>
        <w:keepNext/>
        <w:spacing w:after="0" w:line="240" w:lineRule="auto"/>
        <w:ind w:firstLine="709"/>
        <w:jc w:val="both"/>
        <w:rPr>
          <w:rFonts w:eastAsia="Times New Roman"/>
          <w:b w:val="0"/>
          <w:sz w:val="28"/>
          <w:lang w:val="ru-RU"/>
        </w:rPr>
      </w:pPr>
    </w:p>
    <w:p w:rsidR="0047343B" w:rsidRPr="008B1697" w:rsidRDefault="000F6EE0" w:rsidP="008B1697">
      <w:pPr>
        <w:pStyle w:val="RegSubsection"/>
        <w:keepNext/>
        <w:spacing w:after="0" w:line="240" w:lineRule="auto"/>
        <w:ind w:firstLine="709"/>
        <w:jc w:val="both"/>
        <w:rPr>
          <w:b w:val="0"/>
          <w:lang w:val="ru-RU"/>
        </w:rPr>
      </w:pPr>
      <w:r w:rsidRPr="008B1697">
        <w:rPr>
          <w:rFonts w:eastAsia="Times New Roman"/>
          <w:b w:val="0"/>
          <w:sz w:val="28"/>
          <w:lang w:val="ru-RU"/>
        </w:rPr>
        <w:t xml:space="preserve">Подраздел 3.4. Описание варианта предоставления муниципальной услуги </w:t>
      </w:r>
      <w:r w:rsidR="008B1697" w:rsidRPr="008B1697">
        <w:rPr>
          <w:rFonts w:eastAsia="Times New Roman"/>
          <w:b w:val="0"/>
          <w:sz w:val="28"/>
          <w:lang w:val="ru-RU"/>
        </w:rPr>
        <w:t>«</w:t>
      </w:r>
      <w:r w:rsidRPr="008B1697">
        <w:rPr>
          <w:rFonts w:eastAsia="Times New Roman"/>
          <w:b w:val="0"/>
          <w:sz w:val="28"/>
          <w:lang w:val="ru-RU"/>
        </w:rPr>
        <w:t xml:space="preserve">Выдача порубочного билета на вырубку (уничтожение) зелёных насаждений, </w:t>
      </w:r>
      <w:r w:rsidRPr="008B1697">
        <w:rPr>
          <w:rFonts w:eastAsia="Times New Roman"/>
          <w:b w:val="0"/>
          <w:sz w:val="28"/>
          <w:lang w:val="ru-RU"/>
        </w:rPr>
        <w:lastRenderedPageBreak/>
        <w:t>находящихся в неаварийном состоянии при осуществлении градостроительной деятельности</w:t>
      </w:r>
      <w:r w:rsidR="008B1697" w:rsidRPr="008B1697">
        <w:rPr>
          <w:rFonts w:eastAsia="Times New Roman"/>
          <w:b w:val="0"/>
          <w:sz w:val="28"/>
          <w:lang w:val="ru-RU"/>
        </w:rPr>
        <w:t>»</w:t>
      </w:r>
    </w:p>
    <w:p w:rsidR="008B1697" w:rsidRDefault="008B1697" w:rsidP="008B1697">
      <w:pPr>
        <w:spacing w:after="0" w:line="240" w:lineRule="auto"/>
        <w:ind w:firstLine="709"/>
        <w:jc w:val="both"/>
        <w:rPr>
          <w:rFonts w:eastAsia="Times New Roman"/>
          <w:lang w:val="ru-RU"/>
        </w:rPr>
      </w:pPr>
    </w:p>
    <w:p w:rsidR="0047343B" w:rsidRPr="000F6EE0" w:rsidRDefault="000F6EE0" w:rsidP="008B1697">
      <w:pPr>
        <w:spacing w:after="0" w:line="240" w:lineRule="auto"/>
        <w:ind w:firstLine="709"/>
        <w:jc w:val="both"/>
        <w:rPr>
          <w:lang w:val="ru-RU"/>
        </w:rPr>
      </w:pPr>
      <w:r w:rsidRPr="000F6EE0">
        <w:rPr>
          <w:rFonts w:eastAsia="Times New Roman"/>
          <w:lang w:val="ru-RU"/>
        </w:rPr>
        <w:t>3.4.1. Результатом предоставления муниципальной услуги через уполномоченный орган, почтовым отправлением, МФЦ и через Портал является:</w:t>
      </w:r>
    </w:p>
    <w:p w:rsidR="0047343B" w:rsidRPr="000F6EE0" w:rsidRDefault="000F6EE0">
      <w:pPr>
        <w:spacing w:after="0" w:line="240" w:lineRule="auto"/>
        <w:ind w:firstLine="709"/>
        <w:jc w:val="both"/>
        <w:rPr>
          <w:lang w:val="ru-RU"/>
        </w:rPr>
      </w:pPr>
      <w:r w:rsidRPr="000F6EE0">
        <w:rPr>
          <w:rFonts w:eastAsia="Times New Roman"/>
          <w:lang w:val="ru-RU"/>
        </w:rPr>
        <w:t>выдача порубочного билета установленной формы согласно приложению 3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3.4.2. В процессе предоставления муниципальной услуги в соответствии с вариантом выполняются следующие административные процедуры:</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47343B" w:rsidRPr="000F6EE0" w:rsidRDefault="000F6EE0">
      <w:pPr>
        <w:spacing w:after="0" w:line="240" w:lineRule="auto"/>
        <w:ind w:firstLine="709"/>
        <w:jc w:val="both"/>
        <w:rPr>
          <w:lang w:val="ru-RU"/>
        </w:rPr>
      </w:pPr>
      <w:r w:rsidRPr="000F6EE0">
        <w:rPr>
          <w:rFonts w:eastAsia="Times New Roman"/>
          <w:lang w:val="ru-RU"/>
        </w:rPr>
        <w:t>рассмотрение заявления и прилагаемых документов, направление межведомственных запросов;</w:t>
      </w:r>
    </w:p>
    <w:p w:rsidR="0047343B" w:rsidRPr="000F6EE0" w:rsidRDefault="000F6EE0">
      <w:pPr>
        <w:spacing w:after="0" w:line="240" w:lineRule="auto"/>
        <w:ind w:firstLine="709"/>
        <w:jc w:val="both"/>
        <w:rPr>
          <w:lang w:val="ru-RU"/>
        </w:rPr>
      </w:pPr>
      <w:r w:rsidRPr="000F6EE0">
        <w:rPr>
          <w:rFonts w:eastAsia="Times New Roman"/>
          <w:lang w:val="ru-RU"/>
        </w:rPr>
        <w:t>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Перечень административных процедур (действий) при предоставлении муниципальной услуги в электронной форме:</w:t>
      </w:r>
    </w:p>
    <w:p w:rsidR="0047343B" w:rsidRPr="000F6EE0" w:rsidRDefault="000F6EE0">
      <w:pPr>
        <w:spacing w:after="0" w:line="240" w:lineRule="auto"/>
        <w:ind w:firstLine="709"/>
        <w:jc w:val="both"/>
        <w:rPr>
          <w:lang w:val="ru-RU"/>
        </w:rPr>
      </w:pPr>
      <w:r w:rsidRPr="000F6EE0">
        <w:rPr>
          <w:rFonts w:eastAsia="Times New Roman"/>
          <w:lang w:val="ru-RU"/>
        </w:rPr>
        <w:t>прием заявления и прилагаемых документов посредством Портала, иных информационных систем;</w:t>
      </w:r>
    </w:p>
    <w:p w:rsidR="0047343B" w:rsidRPr="000F6EE0" w:rsidRDefault="000F6EE0">
      <w:pPr>
        <w:spacing w:after="0" w:line="240" w:lineRule="auto"/>
        <w:ind w:firstLine="709"/>
        <w:jc w:val="both"/>
        <w:rPr>
          <w:lang w:val="ru-RU"/>
        </w:rPr>
      </w:pPr>
      <w:r w:rsidRPr="000F6EE0">
        <w:rPr>
          <w:rFonts w:eastAsia="Times New Roman"/>
          <w:lang w:val="ru-RU"/>
        </w:rPr>
        <w:t>рассмотрение заявления и прилагаемых документов, направление межведомственных запросов;</w:t>
      </w:r>
    </w:p>
    <w:p w:rsidR="0047343B" w:rsidRPr="000F6EE0" w:rsidRDefault="000F6EE0">
      <w:pPr>
        <w:spacing w:after="0" w:line="240" w:lineRule="auto"/>
        <w:ind w:firstLine="709"/>
        <w:jc w:val="both"/>
        <w:rPr>
          <w:lang w:val="ru-RU"/>
        </w:rPr>
      </w:pPr>
      <w:r w:rsidRPr="000F6EE0">
        <w:rPr>
          <w:rFonts w:eastAsia="Times New Roman"/>
          <w:lang w:val="ru-RU"/>
        </w:rPr>
        <w:t>принятие решения о предоставлении (об отказе в предоставлении) муниципальной услуги уполномоченным органом;</w:t>
      </w:r>
    </w:p>
    <w:p w:rsidR="0047343B" w:rsidRPr="000F6EE0" w:rsidRDefault="000F6EE0">
      <w:pPr>
        <w:spacing w:after="0" w:line="240" w:lineRule="auto"/>
        <w:ind w:firstLine="709"/>
        <w:jc w:val="both"/>
        <w:rPr>
          <w:lang w:val="ru-RU"/>
        </w:rPr>
      </w:pPr>
      <w:r w:rsidRPr="000F6EE0">
        <w:rPr>
          <w:rFonts w:eastAsia="Times New Roman"/>
          <w:lang w:val="ru-RU"/>
        </w:rPr>
        <w:t>выдача результата предоставления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и (или) выдача оригинала результата предоставления муниципальной услуги в Уполномоченном органе или МФЦ.</w:t>
      </w:r>
    </w:p>
    <w:p w:rsidR="0047343B" w:rsidRPr="000F6EE0" w:rsidRDefault="000F6EE0">
      <w:pPr>
        <w:spacing w:after="0" w:line="240" w:lineRule="auto"/>
        <w:ind w:firstLine="709"/>
        <w:jc w:val="both"/>
        <w:rPr>
          <w:lang w:val="ru-RU"/>
        </w:rPr>
      </w:pPr>
      <w:r w:rsidRPr="000F6EE0">
        <w:rPr>
          <w:rFonts w:eastAsia="Times New Roman"/>
          <w:lang w:val="ru-RU"/>
        </w:rPr>
        <w:t>3.4.2.1. 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47343B" w:rsidRPr="000F6EE0" w:rsidRDefault="000F6EE0">
      <w:pPr>
        <w:spacing w:after="0" w:line="240" w:lineRule="auto"/>
        <w:ind w:firstLine="709"/>
        <w:jc w:val="both"/>
        <w:rPr>
          <w:lang w:val="ru-RU"/>
        </w:rPr>
      </w:pPr>
      <w:r w:rsidRPr="000F6EE0">
        <w:rPr>
          <w:rFonts w:eastAsia="Times New Roman"/>
          <w:lang w:val="ru-RU"/>
        </w:rPr>
        <w:t>1) при приеме заявления и прилагаемых к нему документов работник МФЦ:</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 в том числе проверяет документ, удостоверяющий личность либо иного документа, удостоверяющего личность, в соответствии с законодательством Российской Федерации, проверяет полномочия заявителя, в том числе полномочия представителя действовать от его имени;</w:t>
      </w:r>
    </w:p>
    <w:p w:rsidR="0047343B" w:rsidRPr="000F6EE0" w:rsidRDefault="000F6EE0">
      <w:pPr>
        <w:spacing w:after="0" w:line="240" w:lineRule="auto"/>
        <w:ind w:firstLine="709"/>
        <w:jc w:val="both"/>
        <w:rPr>
          <w:lang w:val="ru-RU"/>
        </w:rPr>
      </w:pPr>
      <w:r w:rsidRPr="000F6EE0">
        <w:rPr>
          <w:rFonts w:eastAsia="Times New Roman"/>
          <w:lang w:val="ru-RU"/>
        </w:rPr>
        <w:lastRenderedPageBreak/>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проверяет соответствие представленных документов установленным требованиям, удостоверяясь, что:</w:t>
      </w:r>
    </w:p>
    <w:p w:rsidR="0047343B" w:rsidRPr="000F6EE0" w:rsidRDefault="000F6EE0">
      <w:pPr>
        <w:spacing w:after="0" w:line="240" w:lineRule="auto"/>
        <w:ind w:firstLine="709"/>
        <w:jc w:val="both"/>
        <w:rPr>
          <w:lang w:val="ru-RU"/>
        </w:rPr>
      </w:pPr>
      <w:r w:rsidRPr="000F6EE0">
        <w:rPr>
          <w:rFonts w:eastAsia="Times New Roman"/>
          <w:lang w:val="ru-RU"/>
        </w:rPr>
        <w:t>а) документы в установленных законодательством Российской Федерации случаях нотариально удостоверены, скреплены печатями (при наличии печати), имеют надлежащие подписи сторон или определенных законодательством Российской Федерации должностных лиц;</w:t>
      </w:r>
    </w:p>
    <w:p w:rsidR="0047343B" w:rsidRPr="000F6EE0" w:rsidRDefault="000F6EE0">
      <w:pPr>
        <w:spacing w:after="0" w:line="240" w:lineRule="auto"/>
        <w:ind w:firstLine="709"/>
        <w:jc w:val="both"/>
        <w:rPr>
          <w:lang w:val="ru-RU"/>
        </w:rPr>
      </w:pPr>
      <w:r w:rsidRPr="000F6EE0">
        <w:rPr>
          <w:rFonts w:eastAsia="Times New Roman"/>
          <w:lang w:val="ru-RU"/>
        </w:rPr>
        <w:t>б) тексты документов написаны разборчиво;</w:t>
      </w:r>
    </w:p>
    <w:p w:rsidR="0047343B" w:rsidRPr="000F6EE0" w:rsidRDefault="000F6EE0">
      <w:pPr>
        <w:spacing w:after="0" w:line="240" w:lineRule="auto"/>
        <w:ind w:firstLine="709"/>
        <w:jc w:val="both"/>
        <w:rPr>
          <w:lang w:val="ru-RU"/>
        </w:rPr>
      </w:pPr>
      <w:r w:rsidRPr="000F6EE0">
        <w:rPr>
          <w:rFonts w:eastAsia="Times New Roman"/>
          <w:lang w:val="ru-RU"/>
        </w:rPr>
        <w:t>в) фамилии, имена и отчества физических лиц, адреса их мест жительства написаны полностью;</w:t>
      </w:r>
    </w:p>
    <w:p w:rsidR="0047343B" w:rsidRPr="000F6EE0" w:rsidRDefault="000F6EE0">
      <w:pPr>
        <w:spacing w:after="0" w:line="240" w:lineRule="auto"/>
        <w:ind w:firstLine="709"/>
        <w:jc w:val="both"/>
        <w:rPr>
          <w:lang w:val="ru-RU"/>
        </w:rPr>
      </w:pPr>
      <w:r w:rsidRPr="000F6EE0">
        <w:rPr>
          <w:rFonts w:eastAsia="Times New Roman"/>
          <w:lang w:val="ru-RU"/>
        </w:rPr>
        <w:t>г) в документах нет подчисток, приписок, зачеркнутых слов и иных не оговоренных в них исправлений;</w:t>
      </w:r>
    </w:p>
    <w:p w:rsidR="0047343B" w:rsidRPr="000F6EE0" w:rsidRDefault="000F6EE0">
      <w:pPr>
        <w:spacing w:after="0" w:line="240" w:lineRule="auto"/>
        <w:ind w:firstLine="709"/>
        <w:jc w:val="both"/>
        <w:rPr>
          <w:lang w:val="ru-RU"/>
        </w:rPr>
      </w:pPr>
      <w:r w:rsidRPr="000F6EE0">
        <w:rPr>
          <w:rFonts w:eastAsia="Times New Roman"/>
          <w:lang w:val="ru-RU"/>
        </w:rPr>
        <w:t>д) документы не исполнены карандашом;</w:t>
      </w:r>
    </w:p>
    <w:p w:rsidR="0047343B" w:rsidRPr="000F6EE0" w:rsidRDefault="000F6EE0">
      <w:pPr>
        <w:spacing w:after="0" w:line="240" w:lineRule="auto"/>
        <w:ind w:firstLine="709"/>
        <w:jc w:val="both"/>
        <w:rPr>
          <w:lang w:val="ru-RU"/>
        </w:rPr>
      </w:pPr>
      <w:r w:rsidRPr="000F6EE0">
        <w:rPr>
          <w:rFonts w:eastAsia="Times New Roman"/>
          <w:lang w:val="ru-RU"/>
        </w:rPr>
        <w:t>е) документы не имеют серьезных повреждений, наличие которых не позволяет однозначно истолковать их содержание;</w:t>
      </w:r>
    </w:p>
    <w:p w:rsidR="0047343B" w:rsidRPr="000F6EE0" w:rsidRDefault="000F6EE0">
      <w:pPr>
        <w:spacing w:after="0" w:line="240" w:lineRule="auto"/>
        <w:ind w:firstLine="709"/>
        <w:jc w:val="both"/>
        <w:rPr>
          <w:lang w:val="ru-RU"/>
        </w:rPr>
      </w:pPr>
      <w:r w:rsidRPr="000F6EE0">
        <w:rPr>
          <w:rFonts w:eastAsia="Times New Roman"/>
          <w:lang w:val="ru-RU"/>
        </w:rPr>
        <w:t>ж) срок действия документов не истек;</w:t>
      </w:r>
    </w:p>
    <w:p w:rsidR="0047343B" w:rsidRPr="000F6EE0" w:rsidRDefault="000F6EE0">
      <w:pPr>
        <w:spacing w:after="0" w:line="240" w:lineRule="auto"/>
        <w:ind w:firstLine="709"/>
        <w:jc w:val="both"/>
        <w:rPr>
          <w:lang w:val="ru-RU"/>
        </w:rPr>
      </w:pPr>
      <w:r w:rsidRPr="000F6EE0">
        <w:rPr>
          <w:rFonts w:eastAsia="Times New Roman"/>
          <w:lang w:val="ru-RU"/>
        </w:rPr>
        <w:t>з) документы содержат информацию, необходимую для предоставления муниципальной услуги, указанной в заявлении;</w:t>
      </w:r>
    </w:p>
    <w:p w:rsidR="0047343B" w:rsidRPr="000F6EE0" w:rsidRDefault="000F6EE0">
      <w:pPr>
        <w:spacing w:after="0" w:line="240" w:lineRule="auto"/>
        <w:ind w:firstLine="709"/>
        <w:jc w:val="both"/>
        <w:rPr>
          <w:lang w:val="ru-RU"/>
        </w:rPr>
      </w:pPr>
      <w:r w:rsidRPr="000F6EE0">
        <w:rPr>
          <w:rFonts w:eastAsia="Times New Roman"/>
          <w:lang w:val="ru-RU"/>
        </w:rPr>
        <w:t>д) документы представлены в полном объеме;</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представления документов, предусмотренных пунктами 1 - 7, 9, 10, 14, 17 и 18 части 6 статьи 7 Федерального закона от 27 июля 2010 года </w:t>
      </w:r>
      <w:r w:rsidR="008B1697" w:rsidRPr="008B1697">
        <w:rPr>
          <w:rFonts w:eastAsia="Times New Roman"/>
          <w:lang w:val="ru-RU"/>
        </w:rPr>
        <w:t>№</w:t>
      </w:r>
      <w:r w:rsidRPr="000F6EE0">
        <w:rPr>
          <w:rFonts w:eastAsia="Times New Roman"/>
          <w:lang w:val="ru-RU"/>
        </w:rPr>
        <w:t xml:space="preserve"> 210-ФЗ </w:t>
      </w:r>
      <w:r w:rsidR="008B1697">
        <w:rPr>
          <w:rFonts w:eastAsia="Times New Roman"/>
          <w:lang w:val="ru-RU"/>
        </w:rPr>
        <w:t>«</w:t>
      </w:r>
      <w:r w:rsidRPr="000F6EE0">
        <w:rPr>
          <w:rFonts w:eastAsia="Times New Roman"/>
          <w:lang w:val="ru-RU"/>
        </w:rPr>
        <w:t>Об организации предоставления государственных и муниципальных услуг</w:t>
      </w:r>
      <w:r w:rsidR="008B1697">
        <w:rPr>
          <w:rFonts w:eastAsia="Times New Roman"/>
          <w:lang w:val="ru-RU"/>
        </w:rPr>
        <w:t>»</w:t>
      </w:r>
      <w:r w:rsidRPr="000F6EE0">
        <w:rPr>
          <w:rFonts w:eastAsia="Times New Roman"/>
          <w:lang w:val="ru-RU"/>
        </w:rPr>
        <w:t xml:space="preserve"> (далее - Закон </w:t>
      </w:r>
      <w:r w:rsidR="008B1697" w:rsidRPr="008B1697">
        <w:rPr>
          <w:rFonts w:eastAsia="Times New Roman"/>
          <w:lang w:val="ru-RU"/>
        </w:rPr>
        <w:t>№</w:t>
      </w:r>
      <w:r w:rsidRPr="000F6EE0">
        <w:rPr>
          <w:rFonts w:eastAsia="Times New Roman"/>
          <w:lang w:val="ru-RU"/>
        </w:rPr>
        <w:t xml:space="preserve"> 210-ФЗ), осуществляет их бесплатное ксерокопирование, сличает представленные заявителем экземпляры оригиналов и копий (ксерокопий) документов (в том числе нотариально удостоверенные) друг с другом. Если представленные копии (ксерокопии)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8B1697">
        <w:rPr>
          <w:rFonts w:eastAsia="Times New Roman"/>
          <w:lang w:val="ru-RU"/>
        </w:rPr>
        <w:t>«</w:t>
      </w:r>
      <w:r w:rsidRPr="000F6EE0">
        <w:rPr>
          <w:rFonts w:eastAsia="Times New Roman"/>
          <w:lang w:val="ru-RU"/>
        </w:rPr>
        <w:t>Копия верна</w:t>
      </w:r>
      <w:r w:rsidR="008B1697">
        <w:rPr>
          <w:rFonts w:eastAsia="Times New Roman"/>
          <w:lang w:val="ru-RU"/>
        </w:rPr>
        <w:t>»</w:t>
      </w:r>
      <w:r w:rsidRPr="000F6EE0">
        <w:rPr>
          <w:rFonts w:eastAsia="Times New Roman"/>
          <w:lang w:val="ru-RU"/>
        </w:rPr>
        <w:t xml:space="preserve"> на каждой странице.</w:t>
      </w:r>
    </w:p>
    <w:p w:rsidR="0047343B" w:rsidRPr="000F6EE0" w:rsidRDefault="000F6EE0">
      <w:pPr>
        <w:spacing w:after="0" w:line="240" w:lineRule="auto"/>
        <w:ind w:firstLine="709"/>
        <w:jc w:val="both"/>
        <w:rPr>
          <w:lang w:val="ru-RU"/>
        </w:rPr>
      </w:pPr>
      <w:r w:rsidRPr="000F6EE0">
        <w:rPr>
          <w:rFonts w:eastAsia="Times New Roman"/>
          <w:lang w:val="ru-RU"/>
        </w:rPr>
        <w:t xml:space="preserve">При приеме запросов о предоставлении муниципальной услуги либо комплексных запросов и выдаче документов сотрудник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Закона </w:t>
      </w:r>
      <w:r w:rsidR="008B1697" w:rsidRPr="008B1697">
        <w:rPr>
          <w:rFonts w:eastAsia="Times New Roman"/>
          <w:lang w:val="ru-RU"/>
        </w:rPr>
        <w:t>№</w:t>
      </w:r>
      <w:r w:rsidRPr="000F6EE0">
        <w:rPr>
          <w:rFonts w:eastAsia="Times New Roman"/>
          <w:lang w:val="ru-RU"/>
        </w:rPr>
        <w:t xml:space="preserve"> 210-ФЗ.</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w:t>
      </w:r>
      <w:r w:rsidRPr="000F6EE0">
        <w:rPr>
          <w:rFonts w:eastAsia="Times New Roman"/>
          <w:lang w:val="ru-RU"/>
        </w:rPr>
        <w:lastRenderedPageBreak/>
        <w:t>2 экземплярах, а при наличии таких оснований - расписку об отказе в приёме документов.</w:t>
      </w:r>
    </w:p>
    <w:p w:rsidR="0047343B" w:rsidRPr="000F6EE0" w:rsidRDefault="000F6EE0">
      <w:pPr>
        <w:spacing w:after="0" w:line="240" w:lineRule="auto"/>
        <w:ind w:firstLine="709"/>
        <w:jc w:val="both"/>
        <w:rPr>
          <w:lang w:val="ru-RU"/>
        </w:rPr>
      </w:pPr>
      <w:r w:rsidRPr="000F6EE0">
        <w:rPr>
          <w:rFonts w:eastAsia="Times New Roman"/>
          <w:lang w:val="ru-RU"/>
        </w:rPr>
        <w:t>Далее работник МФЦ передаёт заявителю первый экземпляр расписки, второй - помещает в пакет принятых документов.</w:t>
      </w:r>
    </w:p>
    <w:p w:rsidR="0047343B" w:rsidRPr="000F6EE0" w:rsidRDefault="000F6EE0">
      <w:pPr>
        <w:spacing w:after="0" w:line="240" w:lineRule="auto"/>
        <w:ind w:firstLine="709"/>
        <w:jc w:val="both"/>
        <w:rPr>
          <w:lang w:val="ru-RU"/>
        </w:rPr>
      </w:pPr>
      <w:r w:rsidRPr="000F6EE0">
        <w:rPr>
          <w:rFonts w:eastAsia="Times New Roman"/>
          <w:lang w:val="ru-RU"/>
        </w:rPr>
        <w:t xml:space="preserve">При отсутствии оснований для отказа в приёме документов работник уполномоченного органа оформляет расписку о приеме документов (с указанием их перечня и даты получения уполномоченным органом) по форме согласно приложению </w:t>
      </w:r>
      <w:r w:rsidR="00647F93">
        <w:rPr>
          <w:rFonts w:eastAsia="Times New Roman"/>
          <w:lang w:val="ru-RU"/>
        </w:rPr>
        <w:t xml:space="preserve">№ </w:t>
      </w:r>
      <w:r w:rsidRPr="000F6EE0">
        <w:rPr>
          <w:rFonts w:eastAsia="Times New Roman"/>
          <w:lang w:val="ru-RU"/>
        </w:rPr>
        <w:t xml:space="preserve">5 к Административному регламенту, а при наличии таких оснований - расписку об отказе в приёме документов по форме согласно приложению </w:t>
      </w:r>
      <w:r w:rsidR="00647F93">
        <w:rPr>
          <w:rFonts w:eastAsia="Times New Roman"/>
          <w:lang w:val="ru-RU"/>
        </w:rPr>
        <w:t xml:space="preserve">№ </w:t>
      </w:r>
      <w:r w:rsidRPr="000F6EE0">
        <w:rPr>
          <w:rFonts w:eastAsia="Times New Roman"/>
          <w:lang w:val="ru-RU"/>
        </w:rPr>
        <w:t>6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Заявитель, представивший документы для получения муниципальной услуги, в обязательном порядке информируется работником МФЦ:</w:t>
      </w:r>
    </w:p>
    <w:p w:rsidR="0047343B" w:rsidRPr="000F6EE0" w:rsidRDefault="000F6EE0">
      <w:pPr>
        <w:spacing w:after="0" w:line="240" w:lineRule="auto"/>
        <w:ind w:firstLine="709"/>
        <w:jc w:val="both"/>
        <w:rPr>
          <w:lang w:val="ru-RU"/>
        </w:rPr>
      </w:pPr>
      <w:r w:rsidRPr="000F6EE0">
        <w:rPr>
          <w:rFonts w:eastAsia="Times New Roman"/>
          <w:lang w:val="ru-RU"/>
        </w:rPr>
        <w:t>о сроке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 возможности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 при предоставлении муниципальной услуги по экстерриториальному принципу работник МФЦ:</w:t>
      </w:r>
    </w:p>
    <w:p w:rsidR="0047343B" w:rsidRPr="000F6EE0" w:rsidRDefault="000F6EE0">
      <w:pPr>
        <w:spacing w:after="0" w:line="240" w:lineRule="auto"/>
        <w:ind w:firstLine="709"/>
        <w:jc w:val="both"/>
        <w:rPr>
          <w:lang w:val="ru-RU"/>
        </w:rPr>
      </w:pPr>
      <w:r w:rsidRPr="000F6EE0">
        <w:rPr>
          <w:rFonts w:eastAsia="Times New Roman"/>
          <w:lang w:val="ru-RU"/>
        </w:rPr>
        <w:t>принимает от заявителя (представителя) заявление и прилагаемые документы;</w:t>
      </w:r>
    </w:p>
    <w:p w:rsidR="0047343B" w:rsidRPr="000F6EE0" w:rsidRDefault="000F6EE0">
      <w:pPr>
        <w:spacing w:after="0" w:line="240" w:lineRule="auto"/>
        <w:ind w:firstLine="709"/>
        <w:jc w:val="both"/>
        <w:rPr>
          <w:lang w:val="ru-RU"/>
        </w:rPr>
      </w:pPr>
      <w:r w:rsidRPr="000F6EE0">
        <w:rPr>
          <w:rFonts w:eastAsia="Times New Roman"/>
          <w:lang w:val="ru-RU"/>
        </w:rPr>
        <w:t xml:space="preserve">осуществляет копирование (сканирование) документов, предусмотренных пунктами 1 - 7, 9, 10, 14, 17 и 18 части 6 статьи 7 Закона </w:t>
      </w:r>
      <w:r w:rsidR="008B1697" w:rsidRPr="008B1697">
        <w:rPr>
          <w:rFonts w:eastAsia="Times New Roman"/>
          <w:lang w:val="ru-RU"/>
        </w:rPr>
        <w:t>№</w:t>
      </w:r>
      <w:r w:rsidRPr="000F6EE0">
        <w:rPr>
          <w:rFonts w:eastAsia="Times New Roman"/>
          <w:lang w:val="ru-RU"/>
        </w:rPr>
        <w:t xml:space="preserve"> 210-ФЗ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7343B" w:rsidRPr="000F6EE0" w:rsidRDefault="000F6EE0">
      <w:pPr>
        <w:spacing w:after="0" w:line="240" w:lineRule="auto"/>
        <w:ind w:firstLine="709"/>
        <w:jc w:val="both"/>
        <w:rPr>
          <w:lang w:val="ru-RU"/>
        </w:rPr>
      </w:pPr>
      <w:r w:rsidRPr="000F6EE0">
        <w:rPr>
          <w:rFonts w:eastAsia="Times New Roman"/>
          <w:lang w:val="ru-RU"/>
        </w:rPr>
        <w:t>формирует электронные документы и (или) электронные образы заявления,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rsidR="0047343B" w:rsidRPr="000F6EE0" w:rsidRDefault="000F6EE0">
      <w:pPr>
        <w:spacing w:after="0" w:line="240" w:lineRule="auto"/>
        <w:ind w:firstLine="709"/>
        <w:jc w:val="both"/>
        <w:rPr>
          <w:lang w:val="ru-RU"/>
        </w:rPr>
      </w:pPr>
      <w:r w:rsidRPr="000F6EE0">
        <w:rPr>
          <w:rFonts w:eastAsia="Times New Roman"/>
          <w:lang w:val="ru-RU"/>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3) при предоставлении муниципальной услуги посредством комплексного запроса работник МФЦ:</w:t>
      </w:r>
    </w:p>
    <w:p w:rsidR="0047343B" w:rsidRPr="000F6EE0" w:rsidRDefault="000F6EE0">
      <w:pPr>
        <w:spacing w:after="0" w:line="240" w:lineRule="auto"/>
        <w:ind w:firstLine="709"/>
        <w:jc w:val="both"/>
        <w:rPr>
          <w:lang w:val="ru-RU"/>
        </w:rPr>
      </w:pPr>
      <w:r w:rsidRPr="000F6EE0">
        <w:rPr>
          <w:rFonts w:eastAsia="Times New Roman"/>
          <w:lang w:val="ru-RU"/>
        </w:rPr>
        <w:t>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муниципальной услуги посредством комплексного запроса.</w:t>
      </w:r>
    </w:p>
    <w:p w:rsidR="0047343B" w:rsidRPr="000F6EE0" w:rsidRDefault="000F6EE0">
      <w:pPr>
        <w:spacing w:after="0" w:line="240" w:lineRule="auto"/>
        <w:ind w:firstLine="709"/>
        <w:jc w:val="both"/>
        <w:rPr>
          <w:lang w:val="ru-RU"/>
        </w:rPr>
      </w:pPr>
      <w:r w:rsidRPr="000F6EE0">
        <w:rPr>
          <w:rFonts w:eastAsia="Times New Roman"/>
          <w:lang w:val="ru-RU"/>
        </w:rPr>
        <w:lastRenderedPageBreak/>
        <w:t>В этом случае МФЦ для обеспечения получения заявителем муниципальной услуги, указанной в комплексном запросе, действует в интересах заявителя без доверенности и направляет в Уполномоченный орган заявление, подписанное уполномоченным работником МФЦ и скрепленное печатью МФЦ, а также сведения, документы и (или) информацию, необходимые для предоставления указанной в комплексном запросе муниципальной услуги, с приложением заверенной МФЦ копии комплексного запроса. При этом не требуются составление и подписание таких заявлений заявителем.</w:t>
      </w:r>
    </w:p>
    <w:p w:rsidR="0047343B" w:rsidRPr="000F6EE0" w:rsidRDefault="000F6EE0">
      <w:pPr>
        <w:spacing w:after="0" w:line="240" w:lineRule="auto"/>
        <w:ind w:firstLine="709"/>
        <w:jc w:val="both"/>
        <w:rPr>
          <w:lang w:val="ru-RU"/>
        </w:rPr>
      </w:pPr>
      <w:r w:rsidRPr="000F6EE0">
        <w:rPr>
          <w:rFonts w:eastAsia="Times New Roman"/>
          <w:lang w:val="ru-RU"/>
        </w:rPr>
        <w:t>Комплексный запрос должен содержать указание на муниципальную услугу, за предоставлением которой обратился заявитель, а также согласие заявителя на осуществление МФЦ от его имени действий, необходимых для ее предоставления.</w:t>
      </w:r>
    </w:p>
    <w:p w:rsidR="0047343B" w:rsidRPr="000F6EE0" w:rsidRDefault="000F6EE0">
      <w:pPr>
        <w:spacing w:after="0" w:line="240" w:lineRule="auto"/>
        <w:ind w:firstLine="709"/>
        <w:jc w:val="both"/>
        <w:rPr>
          <w:lang w:val="ru-RU"/>
        </w:rPr>
      </w:pPr>
      <w:r w:rsidRPr="000F6EE0">
        <w:rPr>
          <w:rFonts w:eastAsia="Times New Roman"/>
          <w:lang w:val="ru-RU"/>
        </w:rPr>
        <w:t>При приеме комплексного запроса у заявителя работники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муниципальной услуги, указанной в комплексном запросе.</w:t>
      </w:r>
    </w:p>
    <w:p w:rsidR="0047343B" w:rsidRPr="000F6EE0" w:rsidRDefault="000F6EE0">
      <w:pPr>
        <w:spacing w:after="0" w:line="240" w:lineRule="auto"/>
        <w:ind w:firstLine="709"/>
        <w:jc w:val="both"/>
        <w:rPr>
          <w:lang w:val="ru-RU"/>
        </w:rPr>
      </w:pPr>
      <w:r w:rsidRPr="000F6EE0">
        <w:rPr>
          <w:rFonts w:eastAsia="Times New Roman"/>
          <w:lang w:val="ru-RU"/>
        </w:rPr>
        <w:t xml:space="preserve">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Закона </w:t>
      </w:r>
      <w:r w:rsidR="008B1697" w:rsidRPr="008B1697">
        <w:rPr>
          <w:rFonts w:eastAsia="Times New Roman"/>
          <w:lang w:val="ru-RU"/>
        </w:rPr>
        <w:t>№</w:t>
      </w:r>
      <w:r w:rsidRPr="000F6EE0">
        <w:rPr>
          <w:rFonts w:eastAsia="Times New Roman"/>
          <w:lang w:val="ru-RU"/>
        </w:rPr>
        <w:t xml:space="preserve">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Закона </w:t>
      </w:r>
      <w:r w:rsidR="008B1697" w:rsidRPr="008B1697">
        <w:rPr>
          <w:rFonts w:eastAsia="Times New Roman"/>
          <w:lang w:val="ru-RU"/>
        </w:rPr>
        <w:t>№</w:t>
      </w:r>
      <w:r w:rsidRPr="000F6EE0">
        <w:rPr>
          <w:rFonts w:eastAsia="Times New Roman"/>
          <w:lang w:val="ru-RU"/>
        </w:rPr>
        <w:t xml:space="preserve"> 210-ФЗ,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47343B" w:rsidRPr="000F6EE0" w:rsidRDefault="000F6EE0">
      <w:pPr>
        <w:spacing w:after="0" w:line="240" w:lineRule="auto"/>
        <w:ind w:firstLine="709"/>
        <w:jc w:val="both"/>
        <w:rPr>
          <w:lang w:val="ru-RU"/>
        </w:rPr>
      </w:pPr>
      <w:r w:rsidRPr="000F6EE0">
        <w:rPr>
          <w:rFonts w:eastAsia="Times New Roman"/>
          <w:lang w:val="ru-RU"/>
        </w:rPr>
        <w:t xml:space="preserve">Примерная форма комплексного запроса, а также порядок хранения МФЦ комплексного запроса установлены приказом Министерства экономического развития Российской Федерации от 21 марта 2018 года </w:t>
      </w:r>
      <w:r w:rsidR="008B1697" w:rsidRPr="008B1697">
        <w:rPr>
          <w:rFonts w:eastAsia="Times New Roman"/>
          <w:lang w:val="ru-RU"/>
        </w:rPr>
        <w:t>№</w:t>
      </w:r>
      <w:r w:rsidRPr="000F6EE0">
        <w:rPr>
          <w:rFonts w:eastAsia="Times New Roman"/>
          <w:lang w:val="ru-RU"/>
        </w:rPr>
        <w:t xml:space="preserve"> 137 </w:t>
      </w:r>
      <w:r w:rsidR="008B1697">
        <w:rPr>
          <w:rFonts w:eastAsia="Times New Roman"/>
          <w:lang w:val="ru-RU"/>
        </w:rPr>
        <w:t>«</w:t>
      </w:r>
      <w:r w:rsidRPr="000F6EE0">
        <w:rPr>
          <w:rFonts w:eastAsia="Times New Roman"/>
          <w:lang w:val="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8B1697">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lastRenderedPageBreak/>
        <w:t xml:space="preserve">Направление работником МФЦ заявлений, а также указанных в части 4 настоящей статьи 15.1 Закона </w:t>
      </w:r>
      <w:r w:rsidR="008B1697" w:rsidRPr="008B1697">
        <w:rPr>
          <w:rFonts w:eastAsia="Times New Roman"/>
          <w:lang w:val="ru-RU"/>
        </w:rPr>
        <w:t>№</w:t>
      </w:r>
      <w:r w:rsidRPr="000F6EE0">
        <w:rPr>
          <w:rFonts w:eastAsia="Times New Roman"/>
          <w:lang w:val="ru-RU"/>
        </w:rPr>
        <w:t xml:space="preserve"> 210-ФЗ документов в органы, предоставляющие государственные услуги, органы, предоставляющие муниципальные услуги, осуществляется не позднее 1 рабочего дня, следующего за днем получения комплексного запроса.</w:t>
      </w:r>
    </w:p>
    <w:p w:rsidR="0047343B" w:rsidRPr="000F6EE0" w:rsidRDefault="000F6EE0">
      <w:pPr>
        <w:spacing w:after="0" w:line="240" w:lineRule="auto"/>
        <w:ind w:firstLine="709"/>
        <w:jc w:val="both"/>
        <w:rPr>
          <w:lang w:val="ru-RU"/>
        </w:rPr>
      </w:pPr>
      <w:r w:rsidRPr="000F6EE0">
        <w:rPr>
          <w:rFonts w:eastAsia="Times New Roman"/>
          <w:lang w:val="ru-RU"/>
        </w:rPr>
        <w:t>В случае если для получения муниципальной услуги, указанной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МФЦ не позднее 1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Российской Федерации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47343B" w:rsidRPr="000F6EE0" w:rsidRDefault="000F6EE0">
      <w:pPr>
        <w:spacing w:after="0" w:line="240" w:lineRule="auto"/>
        <w:ind w:firstLine="709"/>
        <w:jc w:val="both"/>
        <w:rPr>
          <w:lang w:val="ru-RU"/>
        </w:rPr>
      </w:pPr>
      <w:r w:rsidRPr="000F6EE0">
        <w:rPr>
          <w:rFonts w:eastAsia="Times New Roman"/>
          <w:lang w:val="ru-RU"/>
        </w:rPr>
        <w:t>Получение МФЦ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47343B" w:rsidRPr="000F6EE0" w:rsidRDefault="000F6EE0">
      <w:pPr>
        <w:spacing w:after="0" w:line="240" w:lineRule="auto"/>
        <w:ind w:firstLine="709"/>
        <w:jc w:val="both"/>
        <w:rPr>
          <w:lang w:val="ru-RU"/>
        </w:rPr>
      </w:pPr>
      <w:r w:rsidRPr="000F6EE0">
        <w:rPr>
          <w:rFonts w:eastAsia="Times New Roman"/>
          <w:lang w:val="ru-RU"/>
        </w:rPr>
        <w:t>МФЦ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государственных и (или) муниципальных услуг. МФЦ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соответствующих документов.</w:t>
      </w:r>
    </w:p>
    <w:p w:rsidR="0047343B" w:rsidRPr="000F6EE0" w:rsidRDefault="000F6EE0">
      <w:pPr>
        <w:spacing w:after="0" w:line="240" w:lineRule="auto"/>
        <w:ind w:firstLine="709"/>
        <w:jc w:val="both"/>
        <w:rPr>
          <w:lang w:val="ru-RU"/>
        </w:rPr>
      </w:pPr>
      <w:r w:rsidRPr="000F6EE0">
        <w:rPr>
          <w:rFonts w:eastAsia="Times New Roman"/>
          <w:lang w:val="ru-RU"/>
        </w:rPr>
        <w:t xml:space="preserve">Заявитель имеет право обратиться в МФЦ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w:t>
      </w:r>
      <w:r w:rsidRPr="000F6EE0">
        <w:rPr>
          <w:rFonts w:eastAsia="Times New Roman"/>
          <w:lang w:val="ru-RU"/>
        </w:rPr>
        <w:lastRenderedPageBreak/>
        <w:t>муниципальной услуги, указанной в комплексном запросе. Указанная информация предоставляется МФЦ:</w:t>
      </w:r>
    </w:p>
    <w:p w:rsidR="0047343B" w:rsidRPr="000F6EE0" w:rsidRDefault="000F6EE0">
      <w:pPr>
        <w:spacing w:after="0" w:line="240" w:lineRule="auto"/>
        <w:ind w:firstLine="709"/>
        <w:jc w:val="both"/>
        <w:rPr>
          <w:lang w:val="ru-RU"/>
        </w:rPr>
      </w:pPr>
      <w:r w:rsidRPr="000F6EE0">
        <w:rPr>
          <w:rFonts w:eastAsia="Times New Roman"/>
          <w:lang w:val="ru-RU"/>
        </w:rPr>
        <w:t>в ходе личного приема заявителя;</w:t>
      </w:r>
    </w:p>
    <w:p w:rsidR="0047343B" w:rsidRPr="000F6EE0" w:rsidRDefault="000F6EE0">
      <w:pPr>
        <w:spacing w:after="0" w:line="240" w:lineRule="auto"/>
        <w:ind w:firstLine="709"/>
        <w:jc w:val="both"/>
        <w:rPr>
          <w:lang w:val="ru-RU"/>
        </w:rPr>
      </w:pPr>
      <w:r w:rsidRPr="000F6EE0">
        <w:rPr>
          <w:rFonts w:eastAsia="Times New Roman"/>
          <w:lang w:val="ru-RU"/>
        </w:rPr>
        <w:t>по телефону;</w:t>
      </w:r>
    </w:p>
    <w:p w:rsidR="0047343B" w:rsidRPr="000F6EE0" w:rsidRDefault="000F6EE0">
      <w:pPr>
        <w:spacing w:after="0" w:line="240" w:lineRule="auto"/>
        <w:ind w:firstLine="709"/>
        <w:jc w:val="both"/>
        <w:rPr>
          <w:lang w:val="ru-RU"/>
        </w:rPr>
      </w:pPr>
      <w:r w:rsidRPr="000F6EE0">
        <w:rPr>
          <w:rFonts w:eastAsia="Times New Roman"/>
          <w:lang w:val="ru-RU"/>
        </w:rPr>
        <w:t>по электронной почте.</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заявителя в МФЦ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rsidR="0047343B" w:rsidRPr="000F6EE0" w:rsidRDefault="000F6EE0">
      <w:pPr>
        <w:spacing w:after="0" w:line="240" w:lineRule="auto"/>
        <w:ind w:firstLine="709"/>
        <w:jc w:val="both"/>
        <w:rPr>
          <w:lang w:val="ru-RU"/>
        </w:rPr>
      </w:pPr>
      <w:r w:rsidRPr="000F6EE0">
        <w:rPr>
          <w:rFonts w:eastAsia="Times New Roman"/>
          <w:lang w:val="ru-RU"/>
        </w:rPr>
        <w:t>В случае поступления в МФЦ документов, являющихся результатом предоставления муниципальной услуги, работник МФЦ обязан обеспечить возможность выдачи таких документов заявителю не позднее рабочего дня, следующего за днем поступления соответствующих документов в МФЦ.</w:t>
      </w:r>
    </w:p>
    <w:p w:rsidR="0047343B" w:rsidRPr="000F6EE0" w:rsidRDefault="000F6EE0">
      <w:pPr>
        <w:spacing w:after="0" w:line="240" w:lineRule="auto"/>
        <w:ind w:firstLine="709"/>
        <w:jc w:val="both"/>
        <w:rPr>
          <w:lang w:val="ru-RU"/>
        </w:rPr>
      </w:pPr>
      <w:r w:rsidRPr="000F6EE0">
        <w:rPr>
          <w:rFonts w:eastAsia="Times New Roman"/>
          <w:lang w:val="ru-RU"/>
        </w:rPr>
        <w:t>Работником МФЦ осуществляется информирование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7343B" w:rsidRPr="000F6EE0" w:rsidRDefault="000F6EE0">
      <w:pPr>
        <w:spacing w:after="0" w:line="240" w:lineRule="auto"/>
        <w:ind w:firstLine="709"/>
        <w:jc w:val="both"/>
        <w:rPr>
          <w:lang w:val="ru-RU"/>
        </w:rPr>
      </w:pPr>
      <w:r w:rsidRPr="000F6EE0">
        <w:rPr>
          <w:rFonts w:eastAsia="Times New Roman"/>
          <w:lang w:val="ru-RU"/>
        </w:rPr>
        <w:t>Работник МФЦ,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7343B" w:rsidRPr="000F6EE0" w:rsidRDefault="000F6EE0">
      <w:pPr>
        <w:spacing w:after="0" w:line="240" w:lineRule="auto"/>
        <w:ind w:firstLine="709"/>
        <w:jc w:val="both"/>
        <w:rPr>
          <w:lang w:val="ru-RU"/>
        </w:rPr>
      </w:pPr>
      <w:r w:rsidRPr="000F6EE0">
        <w:rPr>
          <w:rFonts w:eastAsia="Times New Roman"/>
          <w:lang w:val="ru-RU"/>
        </w:rPr>
        <w:t>При консультировании по телефону работник МФЦ должен назвать свою фамилию, имя, отчество (при наличии), должность, а затем в вежливой форме четко и подробно проинформировать обратившегося по интересующим его вопросам.</w:t>
      </w:r>
    </w:p>
    <w:p w:rsidR="0047343B" w:rsidRPr="000F6EE0" w:rsidRDefault="000F6EE0">
      <w:pPr>
        <w:spacing w:after="0" w:line="240" w:lineRule="auto"/>
        <w:ind w:firstLine="709"/>
        <w:jc w:val="both"/>
        <w:rPr>
          <w:lang w:val="ru-RU"/>
        </w:rPr>
      </w:pPr>
      <w:r w:rsidRPr="000F6EE0">
        <w:rPr>
          <w:rFonts w:eastAsia="Times New Roman"/>
          <w:lang w:val="ru-RU"/>
        </w:rPr>
        <w:t>Если работник МФЦ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7343B" w:rsidRPr="000F6EE0" w:rsidRDefault="000F6EE0">
      <w:pPr>
        <w:spacing w:after="0" w:line="240" w:lineRule="auto"/>
        <w:ind w:firstLine="709"/>
        <w:jc w:val="both"/>
        <w:rPr>
          <w:lang w:val="ru-RU"/>
        </w:rPr>
      </w:pPr>
      <w:r w:rsidRPr="000F6EE0">
        <w:rPr>
          <w:rFonts w:eastAsia="Times New Roman"/>
          <w:lang w:val="ru-RU"/>
        </w:rPr>
        <w:t>Рекомендуемое время для телефонного разговора - не более 10 минут, личного устного информирования - не более 20 минут.</w:t>
      </w:r>
    </w:p>
    <w:p w:rsidR="0047343B" w:rsidRPr="000F6EE0" w:rsidRDefault="000F6EE0">
      <w:pPr>
        <w:spacing w:after="0" w:line="240" w:lineRule="auto"/>
        <w:ind w:firstLine="709"/>
        <w:jc w:val="both"/>
        <w:rPr>
          <w:lang w:val="ru-RU"/>
        </w:rPr>
      </w:pPr>
      <w:r w:rsidRPr="000F6EE0">
        <w:rPr>
          <w:rFonts w:eastAsia="Times New Roman"/>
          <w:lang w:val="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7343B" w:rsidRPr="000F6EE0" w:rsidRDefault="000F6EE0">
      <w:pPr>
        <w:spacing w:after="0" w:line="240" w:lineRule="auto"/>
        <w:ind w:firstLine="709"/>
        <w:jc w:val="both"/>
        <w:rPr>
          <w:lang w:val="ru-RU"/>
        </w:rPr>
      </w:pPr>
      <w:r w:rsidRPr="000F6EE0">
        <w:rPr>
          <w:rFonts w:eastAsia="Times New Roman"/>
          <w:lang w:val="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7343B" w:rsidRPr="000F6EE0" w:rsidRDefault="000F6EE0">
      <w:pPr>
        <w:spacing w:after="0" w:line="240" w:lineRule="auto"/>
        <w:ind w:firstLine="709"/>
        <w:jc w:val="both"/>
        <w:rPr>
          <w:lang w:val="ru-RU"/>
        </w:rPr>
      </w:pPr>
      <w:r w:rsidRPr="000F6EE0">
        <w:rPr>
          <w:rFonts w:eastAsia="Times New Roman"/>
          <w:lang w:val="ru-RU"/>
        </w:rPr>
        <w:lastRenderedPageBreak/>
        <w:t>4) в случае обращения заявителя для предоставления муниципальной услуги через Портал, заявление и сканированные копии документов, предусмотренные Административным регламентом, направляются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7343B" w:rsidRPr="000F6EE0" w:rsidRDefault="000F6EE0">
      <w:pPr>
        <w:spacing w:after="0" w:line="240" w:lineRule="auto"/>
        <w:ind w:firstLine="709"/>
        <w:jc w:val="both"/>
        <w:rPr>
          <w:lang w:val="ru-RU"/>
        </w:rPr>
      </w:pPr>
      <w:r w:rsidRPr="000F6EE0">
        <w:rPr>
          <w:rFonts w:eastAsia="Times New Roman"/>
          <w:lang w:val="ru-RU"/>
        </w:rPr>
        <w:t>В случае поступления заявления и документов, предусмотренных Административным регламентом,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47343B" w:rsidRPr="000F6EE0" w:rsidRDefault="000F6EE0">
      <w:pPr>
        <w:spacing w:after="0" w:line="240" w:lineRule="auto"/>
        <w:ind w:firstLine="709"/>
        <w:jc w:val="both"/>
        <w:rPr>
          <w:lang w:val="ru-RU"/>
        </w:rPr>
      </w:pPr>
      <w:r w:rsidRPr="000F6EE0">
        <w:rPr>
          <w:rFonts w:eastAsia="Times New Roman"/>
          <w:lang w:val="ru-RU"/>
        </w:rPr>
        <w:t xml:space="preserve">Если в результате проверки квалифицированной электронной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w:t>
      </w:r>
      <w:r w:rsidR="008B1697" w:rsidRPr="008B1697">
        <w:rPr>
          <w:rFonts w:eastAsia="Times New Roman"/>
          <w:lang w:val="ru-RU"/>
        </w:rPr>
        <w:t>№</w:t>
      </w:r>
      <w:r w:rsidRPr="000F6EE0">
        <w:rPr>
          <w:rFonts w:eastAsia="Times New Roman"/>
          <w:lang w:val="ru-RU"/>
        </w:rPr>
        <w:t xml:space="preserve"> 63-ФЗ </w:t>
      </w:r>
      <w:r w:rsidR="008B1697">
        <w:rPr>
          <w:rFonts w:eastAsia="Times New Roman"/>
          <w:lang w:val="ru-RU"/>
        </w:rPr>
        <w:t>«</w:t>
      </w:r>
      <w:r w:rsidRPr="000F6EE0">
        <w:rPr>
          <w:rFonts w:eastAsia="Times New Roman"/>
          <w:lang w:val="ru-RU"/>
        </w:rPr>
        <w:t>Об электронной подписи</w:t>
      </w:r>
      <w:r w:rsidR="008B1697">
        <w:rPr>
          <w:rFonts w:eastAsia="Times New Roman"/>
          <w:lang w:val="ru-RU"/>
        </w:rPr>
        <w:t>»</w:t>
      </w:r>
      <w:r w:rsidRPr="000F6EE0">
        <w:rPr>
          <w:rFonts w:eastAsia="Times New Roman"/>
          <w:lang w:val="ru-RU"/>
        </w:rPr>
        <w:t>, которые послужили основанием для принятия указанного решения. Такое уведомление подписывается квалифицированной электронной подписью должностного лица уполномоченного органа и направляется на адрес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7343B" w:rsidRPr="000F6EE0" w:rsidRDefault="000F6EE0">
      <w:pPr>
        <w:spacing w:after="0" w:line="240" w:lineRule="auto"/>
        <w:ind w:firstLine="709"/>
        <w:jc w:val="both"/>
        <w:rPr>
          <w:lang w:val="ru-RU"/>
        </w:rPr>
      </w:pPr>
      <w:r w:rsidRPr="000F6EE0">
        <w:rPr>
          <w:rFonts w:eastAsia="Times New Roman"/>
          <w:lang w:val="ru-RU"/>
        </w:rPr>
        <w:t>На Портале размещаются образцы заполнения электронной формы заявления.</w:t>
      </w:r>
    </w:p>
    <w:p w:rsidR="0047343B" w:rsidRPr="000F6EE0" w:rsidRDefault="000F6EE0">
      <w:pPr>
        <w:spacing w:after="0" w:line="240" w:lineRule="auto"/>
        <w:ind w:firstLine="709"/>
        <w:jc w:val="both"/>
        <w:rPr>
          <w:lang w:val="ru-RU"/>
        </w:rPr>
      </w:pPr>
      <w:r w:rsidRPr="000F6EE0">
        <w:rPr>
          <w:rFonts w:eastAsia="Times New Roman"/>
          <w:lang w:val="ru-RU"/>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7343B" w:rsidRPr="000F6EE0" w:rsidRDefault="000F6EE0">
      <w:pPr>
        <w:spacing w:after="0" w:line="240" w:lineRule="auto"/>
        <w:ind w:firstLine="709"/>
        <w:jc w:val="both"/>
        <w:rPr>
          <w:lang w:val="ru-RU"/>
        </w:rPr>
      </w:pPr>
      <w:r w:rsidRPr="000F6EE0">
        <w:rPr>
          <w:rFonts w:eastAsia="Times New Roman"/>
          <w:lang w:val="ru-RU"/>
        </w:rPr>
        <w:t>При формировании заявления заявителю обеспечивается:</w:t>
      </w:r>
    </w:p>
    <w:p w:rsidR="0047343B" w:rsidRPr="000F6EE0" w:rsidRDefault="000F6EE0">
      <w:pPr>
        <w:spacing w:after="0" w:line="240" w:lineRule="auto"/>
        <w:ind w:firstLine="709"/>
        <w:jc w:val="both"/>
        <w:rPr>
          <w:lang w:val="ru-RU"/>
        </w:rPr>
      </w:pPr>
      <w:r w:rsidRPr="000F6EE0">
        <w:rPr>
          <w:rFonts w:eastAsia="Times New Roman"/>
          <w:lang w:val="ru-RU"/>
        </w:rPr>
        <w:t>возможность копирования и сохранения заявления и иных документов, предусмотренных Административным регламентом,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lastRenderedPageBreak/>
        <w:t>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запроса несколькими заявителями;</w:t>
      </w:r>
    </w:p>
    <w:p w:rsidR="0047343B" w:rsidRPr="000F6EE0" w:rsidRDefault="000F6EE0">
      <w:pPr>
        <w:spacing w:after="0" w:line="240" w:lineRule="auto"/>
        <w:ind w:firstLine="709"/>
        <w:jc w:val="both"/>
        <w:rPr>
          <w:lang w:val="ru-RU"/>
        </w:rPr>
      </w:pPr>
      <w:r w:rsidRPr="000F6EE0">
        <w:rPr>
          <w:rFonts w:eastAsia="Times New Roman"/>
          <w:lang w:val="ru-RU"/>
        </w:rPr>
        <w:t>возможность печати на бумажном носителе копии электронной формы заявления;</w:t>
      </w:r>
    </w:p>
    <w:p w:rsidR="0047343B" w:rsidRPr="000F6EE0" w:rsidRDefault="000F6EE0">
      <w:pPr>
        <w:spacing w:after="0" w:line="240" w:lineRule="auto"/>
        <w:ind w:firstLine="709"/>
        <w:jc w:val="both"/>
        <w:rPr>
          <w:lang w:val="ru-RU"/>
        </w:rPr>
      </w:pPr>
      <w:r w:rsidRPr="000F6EE0">
        <w:rPr>
          <w:rFonts w:eastAsia="Times New Roman"/>
          <w:lang w:val="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7343B" w:rsidRPr="000F6EE0" w:rsidRDefault="000F6EE0">
      <w:pPr>
        <w:spacing w:after="0" w:line="240" w:lineRule="auto"/>
        <w:ind w:firstLine="709"/>
        <w:jc w:val="both"/>
        <w:rPr>
          <w:lang w:val="ru-RU"/>
        </w:rPr>
      </w:pPr>
      <w:r w:rsidRPr="000F6EE0">
        <w:rPr>
          <w:rFonts w:eastAsia="Times New Roman"/>
          <w:lang w:val="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47343B" w:rsidRPr="000F6EE0" w:rsidRDefault="000F6EE0">
      <w:pPr>
        <w:spacing w:after="0" w:line="240" w:lineRule="auto"/>
        <w:ind w:firstLine="709"/>
        <w:jc w:val="both"/>
        <w:rPr>
          <w:lang w:val="ru-RU"/>
        </w:rPr>
      </w:pPr>
      <w:r w:rsidRPr="000F6EE0">
        <w:rPr>
          <w:rFonts w:eastAsia="Times New Roman"/>
          <w:lang w:val="ru-RU"/>
        </w:rPr>
        <w:t>возможность вернуться на любой из этапов заполнения электронной формы заявления без потери ранее введенной информации;</w:t>
      </w:r>
    </w:p>
    <w:p w:rsidR="0047343B" w:rsidRPr="000F6EE0" w:rsidRDefault="000F6EE0">
      <w:pPr>
        <w:spacing w:after="0" w:line="240" w:lineRule="auto"/>
        <w:ind w:firstLine="709"/>
        <w:jc w:val="both"/>
        <w:rPr>
          <w:lang w:val="ru-RU"/>
        </w:rPr>
      </w:pPr>
      <w:r w:rsidRPr="000F6EE0">
        <w:rPr>
          <w:rFonts w:eastAsia="Times New Roman"/>
          <w:lang w:val="ru-RU"/>
        </w:rPr>
        <w:t>возможность доступа заявителя на Портале к ранее поданным им заявления в течение не менее 1 года, а также частично сформированным заявлениям - в течение не менее 3 месяцев.</w:t>
      </w:r>
    </w:p>
    <w:p w:rsidR="0047343B" w:rsidRPr="000F6EE0" w:rsidRDefault="000F6EE0">
      <w:pPr>
        <w:spacing w:after="0" w:line="240" w:lineRule="auto"/>
        <w:ind w:firstLine="709"/>
        <w:jc w:val="both"/>
        <w:rPr>
          <w:lang w:val="ru-RU"/>
        </w:rPr>
      </w:pPr>
      <w:r w:rsidRPr="000F6EE0">
        <w:rPr>
          <w:rFonts w:eastAsia="Times New Roman"/>
          <w:lang w:val="ru-RU"/>
        </w:rPr>
        <w:t>Сформированные и подписанные заявление и прилагаемые документы, предусмотренные Административным регламентом, необходимые для предоставления муниципальной услуги, направляются в уполномоченный орган посредством Портала.</w:t>
      </w:r>
    </w:p>
    <w:p w:rsidR="0047343B" w:rsidRPr="000F6EE0" w:rsidRDefault="000F6EE0">
      <w:pPr>
        <w:spacing w:after="0" w:line="240" w:lineRule="auto"/>
        <w:ind w:firstLine="709"/>
        <w:jc w:val="both"/>
        <w:rPr>
          <w:lang w:val="ru-RU"/>
        </w:rPr>
      </w:pPr>
      <w:r w:rsidRPr="000F6EE0">
        <w:rPr>
          <w:rFonts w:eastAsia="Times New Roman"/>
          <w:lang w:val="ru-RU"/>
        </w:rPr>
        <w:t>Уполномоченный орган обеспечивает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w:t>
      </w:r>
    </w:p>
    <w:p w:rsidR="0047343B" w:rsidRPr="000F6EE0" w:rsidRDefault="000F6EE0">
      <w:pPr>
        <w:spacing w:after="0" w:line="240" w:lineRule="auto"/>
        <w:ind w:firstLine="709"/>
        <w:jc w:val="both"/>
        <w:rPr>
          <w:lang w:val="ru-RU"/>
        </w:rPr>
      </w:pPr>
      <w:r w:rsidRPr="000F6EE0">
        <w:rPr>
          <w:rFonts w:eastAsia="Times New Roman"/>
          <w:lang w:val="ru-RU"/>
        </w:rPr>
        <w:t>Срок регистрации заявления - 1 рабочий день.</w:t>
      </w:r>
    </w:p>
    <w:p w:rsidR="0047343B" w:rsidRPr="000F6EE0" w:rsidRDefault="000F6EE0">
      <w:pPr>
        <w:spacing w:after="0" w:line="240" w:lineRule="auto"/>
        <w:ind w:firstLine="709"/>
        <w:jc w:val="both"/>
        <w:rPr>
          <w:lang w:val="ru-RU"/>
        </w:rPr>
      </w:pPr>
      <w:r w:rsidRPr="000F6EE0">
        <w:rPr>
          <w:rFonts w:eastAsia="Times New Roman"/>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При успешной отправке заявлению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заявления.</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принятия заявления уполномоченным органом в личном кабинете заявителя посредством Портала заявлению присваивается статус </w:t>
      </w:r>
      <w:r w:rsidR="00BC563B">
        <w:rPr>
          <w:rFonts w:eastAsia="Times New Roman"/>
          <w:lang w:val="ru-RU"/>
        </w:rPr>
        <w:t>«</w:t>
      </w:r>
      <w:r w:rsidRPr="000F6EE0">
        <w:rPr>
          <w:rFonts w:eastAsia="Times New Roman"/>
          <w:lang w:val="ru-RU"/>
        </w:rPr>
        <w:t>Регистрация заявления и прием документов</w:t>
      </w:r>
      <w:r w:rsidR="00BC563B">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При получении заявления в электронной форме должностным лицом, уполномоченным на предоставление муниципальной услуги, проверяется наличие оснований для отказа в приеме заявления, предусмотренных Административным регламентом.</w:t>
      </w:r>
    </w:p>
    <w:p w:rsidR="0047343B" w:rsidRPr="000F6EE0" w:rsidRDefault="000F6EE0">
      <w:pPr>
        <w:spacing w:after="0" w:line="240" w:lineRule="auto"/>
        <w:ind w:firstLine="709"/>
        <w:jc w:val="both"/>
        <w:rPr>
          <w:lang w:val="ru-RU"/>
        </w:rPr>
      </w:pPr>
      <w:r w:rsidRPr="000F6EE0">
        <w:rPr>
          <w:rFonts w:eastAsia="Times New Roman"/>
          <w:lang w:val="ru-RU"/>
        </w:rPr>
        <w:t xml:space="preserve">При наличии хотя бы одного из оснований должностное лицо, ответственное за предоставление муниципальной услуги, в срок, не превышающий срок </w:t>
      </w:r>
      <w:r w:rsidRPr="000F6EE0">
        <w:rPr>
          <w:rFonts w:eastAsia="Times New Roman"/>
          <w:lang w:val="ru-RU"/>
        </w:rPr>
        <w:lastRenderedPageBreak/>
        <w:t>предоставления муниципальной услуги, оформляет письмо об отказе в приеме документов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5) при приеме заявления и прилагаемых к нему документов работник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 в том числе проверяет документ, удостоверяющий личность либо иного документа, удостоверяющего личность, в соответствии с законодательством Российской Федерации, проверяет полномочия заявителя, в том числе полномочия представителя действовать от его имени;</w:t>
      </w:r>
    </w:p>
    <w:p w:rsidR="0047343B" w:rsidRPr="000F6EE0" w:rsidRDefault="000F6EE0">
      <w:pPr>
        <w:spacing w:after="0" w:line="240" w:lineRule="auto"/>
        <w:ind w:firstLine="709"/>
        <w:jc w:val="both"/>
        <w:rPr>
          <w:lang w:val="ru-RU"/>
        </w:rPr>
      </w:pPr>
      <w:r w:rsidRPr="000F6EE0">
        <w:rPr>
          <w:rFonts w:eastAsia="Times New Roman"/>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проверяет соответствие представленных документов установленным требованиям, удостоверяясь, что:</w:t>
      </w:r>
    </w:p>
    <w:p w:rsidR="0047343B" w:rsidRPr="000F6EE0" w:rsidRDefault="000F6EE0">
      <w:pPr>
        <w:spacing w:after="0" w:line="240" w:lineRule="auto"/>
        <w:ind w:firstLine="709"/>
        <w:jc w:val="both"/>
        <w:rPr>
          <w:lang w:val="ru-RU"/>
        </w:rPr>
      </w:pPr>
      <w:r w:rsidRPr="000F6EE0">
        <w:rPr>
          <w:rFonts w:eastAsia="Times New Roman"/>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Российской Федерации должностных лиц;</w:t>
      </w:r>
    </w:p>
    <w:p w:rsidR="0047343B" w:rsidRPr="000F6EE0" w:rsidRDefault="000F6EE0">
      <w:pPr>
        <w:spacing w:after="0" w:line="240" w:lineRule="auto"/>
        <w:ind w:firstLine="709"/>
        <w:jc w:val="both"/>
        <w:rPr>
          <w:lang w:val="ru-RU"/>
        </w:rPr>
      </w:pPr>
      <w:r w:rsidRPr="000F6EE0">
        <w:rPr>
          <w:rFonts w:eastAsia="Times New Roman"/>
          <w:lang w:val="ru-RU"/>
        </w:rPr>
        <w:t>тексты документов написаны разборчиво;</w:t>
      </w:r>
    </w:p>
    <w:p w:rsidR="0047343B" w:rsidRPr="000F6EE0" w:rsidRDefault="000F6EE0">
      <w:pPr>
        <w:spacing w:after="0" w:line="240" w:lineRule="auto"/>
        <w:ind w:firstLine="709"/>
        <w:jc w:val="both"/>
        <w:rPr>
          <w:lang w:val="ru-RU"/>
        </w:rPr>
      </w:pPr>
      <w:r w:rsidRPr="000F6EE0">
        <w:rPr>
          <w:rFonts w:eastAsia="Times New Roman"/>
          <w:lang w:val="ru-RU"/>
        </w:rPr>
        <w:t>фамилии, имена и отчества физических лиц, адреса их мест жительства написаны полностью;</w:t>
      </w:r>
    </w:p>
    <w:p w:rsidR="0047343B" w:rsidRPr="000F6EE0" w:rsidRDefault="000F6EE0">
      <w:pPr>
        <w:spacing w:after="0" w:line="240" w:lineRule="auto"/>
        <w:ind w:firstLine="709"/>
        <w:jc w:val="both"/>
        <w:rPr>
          <w:lang w:val="ru-RU"/>
        </w:rPr>
      </w:pPr>
      <w:r w:rsidRPr="000F6EE0">
        <w:rPr>
          <w:rFonts w:eastAsia="Times New Roman"/>
          <w:lang w:val="ru-RU"/>
        </w:rPr>
        <w:t>в документах нет подчисток, приписок, зачеркнутых слов и иных не оговоренных в них исправлений;</w:t>
      </w:r>
    </w:p>
    <w:p w:rsidR="0047343B" w:rsidRPr="000F6EE0" w:rsidRDefault="000F6EE0">
      <w:pPr>
        <w:spacing w:after="0" w:line="240" w:lineRule="auto"/>
        <w:ind w:firstLine="709"/>
        <w:jc w:val="both"/>
        <w:rPr>
          <w:lang w:val="ru-RU"/>
        </w:rPr>
      </w:pPr>
      <w:r w:rsidRPr="000F6EE0">
        <w:rPr>
          <w:rFonts w:eastAsia="Times New Roman"/>
          <w:lang w:val="ru-RU"/>
        </w:rPr>
        <w:t>документы не исполнены карандашом;</w:t>
      </w:r>
    </w:p>
    <w:p w:rsidR="0047343B" w:rsidRPr="000F6EE0" w:rsidRDefault="000F6EE0">
      <w:pPr>
        <w:spacing w:after="0" w:line="240" w:lineRule="auto"/>
        <w:ind w:firstLine="709"/>
        <w:jc w:val="both"/>
        <w:rPr>
          <w:lang w:val="ru-RU"/>
        </w:rPr>
      </w:pPr>
      <w:r w:rsidRPr="000F6EE0">
        <w:rPr>
          <w:rFonts w:eastAsia="Times New Roman"/>
          <w:lang w:val="ru-RU"/>
        </w:rPr>
        <w:t>документы не имеют серьезных повреждений, наличие которых не позволяет однозначно истолковать их содержание;</w:t>
      </w:r>
    </w:p>
    <w:p w:rsidR="0047343B" w:rsidRPr="000F6EE0" w:rsidRDefault="000F6EE0">
      <w:pPr>
        <w:spacing w:after="0" w:line="240" w:lineRule="auto"/>
        <w:ind w:firstLine="709"/>
        <w:jc w:val="both"/>
        <w:rPr>
          <w:lang w:val="ru-RU"/>
        </w:rPr>
      </w:pPr>
      <w:r w:rsidRPr="000F6EE0">
        <w:rPr>
          <w:rFonts w:eastAsia="Times New Roman"/>
          <w:lang w:val="ru-RU"/>
        </w:rPr>
        <w:t>срок действия документов не истек;</w:t>
      </w:r>
    </w:p>
    <w:p w:rsidR="0047343B" w:rsidRPr="000F6EE0" w:rsidRDefault="000F6EE0">
      <w:pPr>
        <w:spacing w:after="0" w:line="240" w:lineRule="auto"/>
        <w:ind w:firstLine="709"/>
        <w:jc w:val="both"/>
        <w:rPr>
          <w:lang w:val="ru-RU"/>
        </w:rPr>
      </w:pPr>
      <w:r w:rsidRPr="000F6EE0">
        <w:rPr>
          <w:rFonts w:eastAsia="Times New Roman"/>
          <w:lang w:val="ru-RU"/>
        </w:rPr>
        <w:t>документы содержат информацию, необходимую для предоставления муниципальной услуги, указанной в заявлении;</w:t>
      </w:r>
    </w:p>
    <w:p w:rsidR="0047343B" w:rsidRPr="000F6EE0" w:rsidRDefault="000F6EE0">
      <w:pPr>
        <w:spacing w:after="0" w:line="240" w:lineRule="auto"/>
        <w:ind w:firstLine="709"/>
        <w:jc w:val="both"/>
        <w:rPr>
          <w:lang w:val="ru-RU"/>
        </w:rPr>
      </w:pPr>
      <w:r w:rsidRPr="000F6EE0">
        <w:rPr>
          <w:rFonts w:eastAsia="Times New Roman"/>
          <w:lang w:val="ru-RU"/>
        </w:rPr>
        <w:t>документы представлены в полном объеме.</w:t>
      </w:r>
    </w:p>
    <w:p w:rsidR="0047343B" w:rsidRPr="000F6EE0" w:rsidRDefault="000F6EE0">
      <w:pPr>
        <w:spacing w:after="0" w:line="240" w:lineRule="auto"/>
        <w:ind w:firstLine="709"/>
        <w:jc w:val="both"/>
        <w:rPr>
          <w:lang w:val="ru-RU"/>
        </w:rPr>
      </w:pPr>
      <w:r w:rsidRPr="000F6EE0">
        <w:rPr>
          <w:rFonts w:eastAsia="Times New Roman"/>
          <w:lang w:val="ru-RU"/>
        </w:rPr>
        <w:t>Заявитель, представивший документы для получения муниципальной услуги, в обязательном порядке информируется работником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о сроке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 возможности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Работником уполномоченного органа регистрируется заявление, заявителю выдается расписка в получении заявления и документов с указанием их наименования, количества, порядкового номера, даты получения документов, перечня документов, которые будут получены по межведомственным запросам, Ф.И.О., должности и подписи работника. При наличии оснований для отказа в приеме документов работником уполномоченного органа оформляется расписка об отказе в приеме документов.</w:t>
      </w:r>
    </w:p>
    <w:p w:rsidR="0047343B" w:rsidRPr="000F6EE0" w:rsidRDefault="000F6EE0">
      <w:pPr>
        <w:spacing w:after="0" w:line="240" w:lineRule="auto"/>
        <w:ind w:firstLine="709"/>
        <w:jc w:val="both"/>
        <w:rPr>
          <w:lang w:val="ru-RU"/>
        </w:rPr>
      </w:pPr>
      <w:r w:rsidRPr="000F6EE0">
        <w:rPr>
          <w:rFonts w:eastAsia="Times New Roman"/>
          <w:lang w:val="ru-RU"/>
        </w:rPr>
        <w:lastRenderedPageBreak/>
        <w:t>Результатом административной процедуры является принятие от заявителя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Срок выполнения административной процедуры составляет 1 календарный день.</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 осуществляется:</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 получением муниципальной услуги непосредственно в уполномоченный орган (в том числе посредством почтового отправления), или посредством использования информационно-телекоммуникационных технологий, включая использование Портала - работником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 получением муниципальной услуги через МФЦ в уполномоченный орган - работником МФЦ.</w:t>
      </w:r>
    </w:p>
    <w:p w:rsidR="0047343B" w:rsidRPr="000F6EE0" w:rsidRDefault="000F6EE0">
      <w:pPr>
        <w:spacing w:after="0" w:line="240" w:lineRule="auto"/>
        <w:ind w:firstLine="709"/>
        <w:jc w:val="both"/>
        <w:rPr>
          <w:lang w:val="ru-RU"/>
        </w:rPr>
      </w:pPr>
      <w:r w:rsidRPr="000F6EE0">
        <w:rPr>
          <w:rFonts w:eastAsia="Times New Roman"/>
          <w:lang w:val="ru-RU"/>
        </w:rPr>
        <w:t>Заявление и прилагаемые документы могут быть приняты уполномоченным органом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7343B" w:rsidRPr="000F6EE0" w:rsidRDefault="000F6EE0">
      <w:pPr>
        <w:spacing w:after="0" w:line="240" w:lineRule="auto"/>
        <w:ind w:firstLine="709"/>
        <w:jc w:val="both"/>
        <w:rPr>
          <w:lang w:val="ru-RU"/>
        </w:rPr>
      </w:pPr>
      <w:r w:rsidRPr="000F6EE0">
        <w:rPr>
          <w:rFonts w:eastAsia="Times New Roman"/>
          <w:lang w:val="ru-RU"/>
        </w:rPr>
        <w:t>Срок регистрации заявления и прилагаемых документов работником Уполномоченного органа или МФЦ не может превышать 20 минут.</w:t>
      </w:r>
    </w:p>
    <w:p w:rsidR="0047343B" w:rsidRPr="000F6EE0" w:rsidRDefault="000F6EE0">
      <w:pPr>
        <w:spacing w:after="0" w:line="240" w:lineRule="auto"/>
        <w:ind w:firstLine="709"/>
        <w:jc w:val="both"/>
        <w:rPr>
          <w:lang w:val="ru-RU"/>
        </w:rPr>
      </w:pPr>
      <w:r w:rsidRPr="000F6EE0">
        <w:rPr>
          <w:rFonts w:eastAsia="Times New Roman"/>
          <w:lang w:val="ru-RU"/>
        </w:rPr>
        <w:t>3.3.2.2. Передача пакета документов из МФЦ в уполномоченный орган (при подаче заявления о предоставлении муниципальной услуги через МФЦ).</w:t>
      </w:r>
    </w:p>
    <w:p w:rsidR="0047343B" w:rsidRPr="000F6EE0" w:rsidRDefault="000F6EE0">
      <w:pPr>
        <w:spacing w:after="0" w:line="240" w:lineRule="auto"/>
        <w:ind w:firstLine="709"/>
        <w:jc w:val="both"/>
        <w:rPr>
          <w:lang w:val="ru-RU"/>
        </w:rPr>
      </w:pPr>
      <w:r w:rsidRPr="000F6EE0">
        <w:rPr>
          <w:rFonts w:eastAsia="Times New Roman"/>
          <w:lang w:val="ru-RU"/>
        </w:rPr>
        <w:t>1) работник 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данной муниципальной услуги, направляются МФЦ в уполномоченный орган на бумажных носителях.</w:t>
      </w:r>
    </w:p>
    <w:p w:rsidR="0047343B" w:rsidRPr="000F6EE0" w:rsidRDefault="000F6EE0">
      <w:pPr>
        <w:spacing w:after="0" w:line="240" w:lineRule="auto"/>
        <w:ind w:firstLine="709"/>
        <w:jc w:val="both"/>
        <w:rPr>
          <w:lang w:val="ru-RU"/>
        </w:rPr>
      </w:pPr>
      <w:r w:rsidRPr="000F6EE0">
        <w:rPr>
          <w:rFonts w:eastAsia="Times New Roman"/>
          <w:lang w:val="ru-RU"/>
        </w:rPr>
        <w:t>Уполномоченный орган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2) при передаче документов на бумажных носителях передача документов из МФЦ в уполномоченный орган осуществляется не позднее следующего дня после принятия заявления и пакета документов на основании реестра, который составляется в двух экземплярах и содержит дату и время передачи.</w:t>
      </w:r>
    </w:p>
    <w:p w:rsidR="0047343B" w:rsidRPr="000F6EE0" w:rsidRDefault="000F6EE0">
      <w:pPr>
        <w:spacing w:after="0" w:line="240" w:lineRule="auto"/>
        <w:ind w:firstLine="709"/>
        <w:jc w:val="both"/>
        <w:rPr>
          <w:lang w:val="ru-RU"/>
        </w:rPr>
      </w:pPr>
      <w:r w:rsidRPr="000F6EE0">
        <w:rPr>
          <w:rFonts w:eastAsia="Times New Roman"/>
          <w:lang w:val="ru-RU"/>
        </w:rPr>
        <w:lastRenderedPageBreak/>
        <w:t>График приема-передачи документов из МФЦ в уполномоченный орган и из уполномоченного органа в МФЦ согласовывается с руководителями МФЦ.</w:t>
      </w:r>
    </w:p>
    <w:p w:rsidR="0047343B" w:rsidRPr="000F6EE0" w:rsidRDefault="000F6EE0">
      <w:pPr>
        <w:spacing w:after="0" w:line="240" w:lineRule="auto"/>
        <w:ind w:firstLine="709"/>
        <w:jc w:val="both"/>
        <w:rPr>
          <w:lang w:val="ru-RU"/>
        </w:rPr>
      </w:pPr>
      <w:r w:rsidRPr="000F6EE0">
        <w:rPr>
          <w:rFonts w:eastAsia="Times New Roman"/>
          <w:lang w:val="ru-RU"/>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 подлежит возврату курьеру. Информация о получении документов заносится в электронную базу.</w:t>
      </w:r>
    </w:p>
    <w:p w:rsidR="0047343B" w:rsidRPr="000F6EE0" w:rsidRDefault="000F6EE0">
      <w:pPr>
        <w:spacing w:after="0" w:line="240" w:lineRule="auto"/>
        <w:ind w:firstLine="709"/>
        <w:jc w:val="both"/>
        <w:rPr>
          <w:lang w:val="ru-RU"/>
        </w:rPr>
      </w:pPr>
      <w:r w:rsidRPr="000F6EE0">
        <w:rPr>
          <w:rFonts w:eastAsia="Times New Roman"/>
          <w:lang w:val="ru-RU"/>
        </w:rPr>
        <w:t>Результатом административной процедуры является передача пакета документов из МФЦ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Срок выполнения административной процедуры составляет 1 календарный день.</w:t>
      </w:r>
    </w:p>
    <w:p w:rsidR="0047343B" w:rsidRPr="000F6EE0" w:rsidRDefault="000F6EE0">
      <w:pPr>
        <w:spacing w:after="0" w:line="240" w:lineRule="auto"/>
        <w:ind w:firstLine="709"/>
        <w:jc w:val="both"/>
        <w:rPr>
          <w:lang w:val="ru-RU"/>
        </w:rPr>
      </w:pPr>
      <w:r w:rsidRPr="000F6EE0">
        <w:rPr>
          <w:rFonts w:eastAsia="Times New Roman"/>
          <w:lang w:val="ru-RU"/>
        </w:rPr>
        <w:t>3.4.2.3.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принятие решение о возврате заявления или приостановлении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После поступления заявления и прилагаемых документов в уполномоченный орган работник уполномоченного органа проводит анализ заявления и прилагаемых документов на предмет:</w:t>
      </w:r>
    </w:p>
    <w:p w:rsidR="0047343B" w:rsidRPr="000F6EE0" w:rsidRDefault="000F6EE0">
      <w:pPr>
        <w:spacing w:after="0" w:line="240" w:lineRule="auto"/>
        <w:ind w:firstLine="709"/>
        <w:jc w:val="both"/>
        <w:rPr>
          <w:lang w:val="ru-RU"/>
        </w:rPr>
      </w:pPr>
      <w:r w:rsidRPr="000F6EE0">
        <w:rPr>
          <w:rFonts w:eastAsia="Times New Roman"/>
          <w:lang w:val="ru-RU"/>
        </w:rPr>
        <w:t>необходимости направления межведомственных запросов для получения соответствующих сведений.</w:t>
      </w:r>
    </w:p>
    <w:p w:rsidR="0047343B" w:rsidRPr="000F6EE0" w:rsidRDefault="000F6EE0">
      <w:pPr>
        <w:spacing w:after="0" w:line="240" w:lineRule="auto"/>
        <w:ind w:firstLine="709"/>
        <w:jc w:val="both"/>
        <w:rPr>
          <w:lang w:val="ru-RU"/>
        </w:rPr>
      </w:pPr>
      <w:r w:rsidRPr="000F6EE0">
        <w:rPr>
          <w:rFonts w:eastAsia="Times New Roman"/>
          <w:lang w:val="ru-RU"/>
        </w:rPr>
        <w:t>наличия (отсутствия) оснований для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Работник уполномоченного органа в течение 1 дня после поступления документов в уполномоченный орган осуществляет проверку полноты и достоверности документов.</w:t>
      </w:r>
    </w:p>
    <w:p w:rsidR="0047343B" w:rsidRPr="000F6EE0" w:rsidRDefault="000F6EE0">
      <w:pPr>
        <w:spacing w:after="0" w:line="240" w:lineRule="auto"/>
        <w:ind w:firstLine="709"/>
        <w:jc w:val="both"/>
        <w:rPr>
          <w:lang w:val="ru-RU"/>
        </w:rPr>
      </w:pPr>
      <w:r w:rsidRPr="000F6EE0">
        <w:rPr>
          <w:rFonts w:eastAsia="Times New Roman"/>
          <w:lang w:val="ru-RU"/>
        </w:rPr>
        <w:t>При необходимости направления межведомственных запросов работник уполномоченного органа направляет в порядке, установленном пунктом 3.4.5 подраздела 3.4 раздела 3 Административного регламента, межведомственные запросы.</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заявителя за получением муниципальной услуги через Портал,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уполномоченным органом осуществляются в том же порядке, что и при обращении заявителя за получением муниципальной услуги непосредственно в уполномоченный орган или через МФЦ.</w:t>
      </w:r>
    </w:p>
    <w:p w:rsidR="00BC563B" w:rsidRDefault="000F6EE0">
      <w:pPr>
        <w:spacing w:after="0" w:line="240" w:lineRule="auto"/>
        <w:ind w:firstLine="709"/>
        <w:jc w:val="both"/>
        <w:rPr>
          <w:rFonts w:eastAsia="Times New Roman"/>
          <w:lang w:val="ru-RU"/>
        </w:rPr>
      </w:pPr>
      <w:r w:rsidRPr="000F6EE0">
        <w:rPr>
          <w:rFonts w:eastAsia="Times New Roman"/>
          <w:lang w:val="ru-RU"/>
        </w:rPr>
        <w:t>3.4.2.4. Принятие решения о предоставлении (об отказе в предоставлении) муниципальной услуги</w:t>
      </w:r>
      <w:r w:rsidR="00BC563B">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установления наличия оснований для отказа в предоставлении муниципальной услуги, указанных в Приложении </w:t>
      </w:r>
      <w:r w:rsidR="00BC563B">
        <w:rPr>
          <w:rFonts w:eastAsia="Times New Roman"/>
          <w:lang w:val="ru-RU"/>
        </w:rPr>
        <w:t xml:space="preserve">№ </w:t>
      </w:r>
      <w:r w:rsidRPr="000F6EE0">
        <w:rPr>
          <w:rFonts w:eastAsia="Times New Roman"/>
          <w:lang w:val="ru-RU"/>
        </w:rPr>
        <w:t xml:space="preserve">8 настоящего Административного регламента, работник уполномоченного органа </w:t>
      </w:r>
      <w:r w:rsidRPr="000F6EE0">
        <w:rPr>
          <w:rFonts w:eastAsia="Times New Roman"/>
          <w:lang w:val="ru-RU"/>
        </w:rPr>
        <w:lastRenderedPageBreak/>
        <w:t>подготавливает мотивированный ответ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Данный мотивированный ответ подписывается главой Новоджерелиевского сельского поселения Брюховецкого муниципального района Краснодарского края, подлежит регистрации в установленном порядке в течение двух рабочих дней и выдаче заявителю (представителю заявителя).</w:t>
      </w:r>
    </w:p>
    <w:p w:rsidR="0047343B" w:rsidRPr="000F6EE0" w:rsidRDefault="000F6EE0">
      <w:pPr>
        <w:spacing w:after="0" w:line="240" w:lineRule="auto"/>
        <w:ind w:firstLine="709"/>
        <w:jc w:val="both"/>
        <w:rPr>
          <w:lang w:val="ru-RU"/>
        </w:rPr>
      </w:pPr>
      <w:r w:rsidRPr="000F6EE0">
        <w:rPr>
          <w:rFonts w:eastAsia="Times New Roman"/>
          <w:lang w:val="ru-RU"/>
        </w:rPr>
        <w:t xml:space="preserve">При отсутствии оснований для отказа в предоставлении муниципальной услуги, указанных в Приложении </w:t>
      </w:r>
      <w:r w:rsidR="00BC563B">
        <w:rPr>
          <w:rFonts w:eastAsia="Times New Roman"/>
          <w:lang w:val="ru-RU"/>
        </w:rPr>
        <w:t xml:space="preserve">№ </w:t>
      </w:r>
      <w:r w:rsidRPr="000F6EE0">
        <w:rPr>
          <w:rFonts w:eastAsia="Times New Roman"/>
          <w:lang w:val="ru-RU"/>
        </w:rPr>
        <w:t xml:space="preserve">8 настоящего Административного регламента, работниками уполномоченного органа в течение 3 (трех) рабочих дней с выездом на место проводится обследование зеленых насаждений, по результатам которого составляется акт обследования зеленых насаждений по форме установленной приложением </w:t>
      </w:r>
      <w:r w:rsidR="00BC563B">
        <w:rPr>
          <w:rFonts w:eastAsia="Times New Roman"/>
          <w:lang w:val="ru-RU"/>
        </w:rPr>
        <w:t xml:space="preserve">№ </w:t>
      </w:r>
      <w:r w:rsidRPr="000F6EE0">
        <w:rPr>
          <w:rFonts w:eastAsia="Times New Roman"/>
          <w:lang w:val="ru-RU"/>
        </w:rPr>
        <w:t>4 к Административному регламенту.</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проведенного обследования в случае установления наличия оснований для отказа в предоставлении муниципальной услуги, указанных в Приложении </w:t>
      </w:r>
      <w:r w:rsidR="00BC563B">
        <w:rPr>
          <w:rFonts w:eastAsia="Times New Roman"/>
          <w:lang w:val="ru-RU"/>
        </w:rPr>
        <w:t xml:space="preserve">№ </w:t>
      </w:r>
      <w:r w:rsidRPr="000F6EE0">
        <w:rPr>
          <w:rFonts w:eastAsia="Times New Roman"/>
          <w:lang w:val="ru-RU"/>
        </w:rPr>
        <w:t>8 настоящего Административного регламента, работник уполномоченного органа подготавливает мотивированный ответ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Данный мотивированный ответ подписывается главой Новоджерелиевского сельского поселения Брюховецкого муниципального района Краснодарского края, подлежит регистрации в установленном порядке в течение двух рабочих дней и выдаче заявителю (представителю заявителя).</w:t>
      </w:r>
    </w:p>
    <w:p w:rsidR="0047343B" w:rsidRPr="000F6EE0" w:rsidRDefault="000F6EE0">
      <w:pPr>
        <w:spacing w:after="0" w:line="240" w:lineRule="auto"/>
        <w:ind w:firstLine="709"/>
        <w:jc w:val="both"/>
        <w:rPr>
          <w:lang w:val="ru-RU"/>
        </w:rPr>
      </w:pPr>
      <w:r w:rsidRPr="000F6EE0">
        <w:rPr>
          <w:rFonts w:eastAsia="Times New Roman"/>
          <w:lang w:val="ru-RU"/>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проведенного обследования в случае отсутствия оснований для отказа в предоставлении муниципальной услуги, указанных в Приложении </w:t>
      </w:r>
      <w:r w:rsidR="00BC563B">
        <w:rPr>
          <w:rFonts w:eastAsia="Times New Roman"/>
          <w:lang w:val="ru-RU"/>
        </w:rPr>
        <w:t xml:space="preserve">№ </w:t>
      </w:r>
      <w:r w:rsidRPr="000F6EE0">
        <w:rPr>
          <w:rFonts w:eastAsia="Times New Roman"/>
          <w:lang w:val="ru-RU"/>
        </w:rPr>
        <w:t>8 настоящего Административного регламента, работник уполномоченного органа при условии необходимости внесения платы за проведение компенсационного озеленения при уничтожении зелёных насаждений, передает акт обследования ответственному специалисту Уполномоченного органа, который выполняет в течение 2 (двух) рабочих дней расчет платы за проведение компенсационного озеленения при уничтожении зеленых насаждений и направляет заявителю копию акта обследования и подготовленный платежный документ с указанием размера платы за проведение компенсационного озеленения при уничтожении зеленых насаждений и назначением платежа, способом, установленным подпунктом 3.4.2.5 пункта 3.4.2 подраздела 3.4 раздела 3 Административного регламента.</w:t>
      </w:r>
    </w:p>
    <w:p w:rsidR="0047343B" w:rsidRPr="000F6EE0" w:rsidRDefault="000F6EE0">
      <w:pPr>
        <w:spacing w:after="0" w:line="240" w:lineRule="auto"/>
        <w:ind w:firstLine="709"/>
        <w:jc w:val="both"/>
        <w:rPr>
          <w:lang w:val="ru-RU"/>
        </w:rPr>
      </w:pPr>
      <w:r w:rsidRPr="000F6EE0">
        <w:rPr>
          <w:rFonts w:eastAsia="Times New Roman"/>
          <w:lang w:val="ru-RU"/>
        </w:rPr>
        <w:t xml:space="preserve">После внесения платы работник Уполномоченного органа подготавливает порубочный билет по форме установленной приложением </w:t>
      </w:r>
      <w:r w:rsidR="00BC563B">
        <w:rPr>
          <w:rFonts w:eastAsia="Times New Roman"/>
          <w:lang w:val="ru-RU"/>
        </w:rPr>
        <w:t xml:space="preserve">№ </w:t>
      </w:r>
      <w:r w:rsidRPr="000F6EE0">
        <w:rPr>
          <w:rFonts w:eastAsia="Times New Roman"/>
          <w:lang w:val="ru-RU"/>
        </w:rPr>
        <w:t>3 к Административному регламенту в течение 1 (одного) рабочего дня.</w:t>
      </w:r>
    </w:p>
    <w:p w:rsidR="0047343B" w:rsidRPr="000F6EE0" w:rsidRDefault="000F6EE0">
      <w:pPr>
        <w:spacing w:after="0" w:line="240" w:lineRule="auto"/>
        <w:ind w:firstLine="709"/>
        <w:jc w:val="both"/>
        <w:rPr>
          <w:lang w:val="ru-RU"/>
        </w:rPr>
      </w:pPr>
      <w:r w:rsidRPr="000F6EE0">
        <w:rPr>
          <w:rFonts w:eastAsia="Times New Roman"/>
          <w:lang w:val="ru-RU"/>
        </w:rPr>
        <w:t xml:space="preserve">Порубочный билет подписывается ответственным специалистом Уполномоченного органа и утверждается главой Новоджерелиевского сельского </w:t>
      </w:r>
      <w:r w:rsidRPr="000F6EE0">
        <w:rPr>
          <w:rFonts w:eastAsia="Times New Roman"/>
          <w:lang w:val="ru-RU"/>
        </w:rPr>
        <w:lastRenderedPageBreak/>
        <w:t>поселения Брюховецкого муниципального района Краснодарского края в течение одного рабочего дня.</w:t>
      </w:r>
    </w:p>
    <w:p w:rsidR="0047343B" w:rsidRPr="000F6EE0" w:rsidRDefault="000F6EE0">
      <w:pPr>
        <w:spacing w:after="0" w:line="240" w:lineRule="auto"/>
        <w:ind w:firstLine="709"/>
        <w:jc w:val="both"/>
        <w:rPr>
          <w:lang w:val="ru-RU"/>
        </w:rPr>
      </w:pPr>
      <w:r w:rsidRPr="000F6EE0">
        <w:rPr>
          <w:rFonts w:eastAsia="Times New Roman"/>
          <w:lang w:val="ru-RU"/>
        </w:rPr>
        <w:t>Работник уполномоченного органа регистрирует порубочный билет в журнале регистрации порубочных билетов в течение одного рабочего дня.</w:t>
      </w:r>
    </w:p>
    <w:p w:rsidR="0047343B" w:rsidRPr="000F6EE0" w:rsidRDefault="000F6EE0">
      <w:pPr>
        <w:spacing w:after="0" w:line="240" w:lineRule="auto"/>
        <w:ind w:firstLine="709"/>
        <w:jc w:val="both"/>
        <w:rPr>
          <w:lang w:val="ru-RU"/>
        </w:rPr>
      </w:pPr>
      <w:r w:rsidRPr="000F6EE0">
        <w:rPr>
          <w:rFonts w:eastAsia="Times New Roman"/>
          <w:lang w:val="ru-RU"/>
        </w:rPr>
        <w:t>Порубочный билет изготавливается в двух экземплярах, один из которых хранится в архиве уполномоченного органа, один - подлежит выдачи заявителю в течение трех дней способом, установленным подпунктом 3.4.2.5 пункта 3.4.2 подраздела 3.4. раздела 3 Административного регламента.</w:t>
      </w:r>
    </w:p>
    <w:p w:rsidR="0047343B" w:rsidRPr="000F6EE0" w:rsidRDefault="000F6EE0">
      <w:pPr>
        <w:spacing w:after="0" w:line="240" w:lineRule="auto"/>
        <w:ind w:firstLine="709"/>
        <w:jc w:val="both"/>
        <w:rPr>
          <w:lang w:val="ru-RU"/>
        </w:rPr>
      </w:pPr>
      <w:r w:rsidRPr="000F6EE0">
        <w:rPr>
          <w:rFonts w:eastAsia="Times New Roman"/>
          <w:lang w:val="ru-RU"/>
        </w:rPr>
        <w:t>Заявитель вправе отозвать своё заявление на любой стадии рассмотрения, согласования или подготовки документа в уполномоченным органом, обратившись с соответствующим заявлением в уполномоченный орган либо МФЦ.</w:t>
      </w:r>
    </w:p>
    <w:p w:rsidR="0047343B" w:rsidRPr="000F6EE0" w:rsidRDefault="000F6EE0">
      <w:pPr>
        <w:spacing w:after="0" w:line="240" w:lineRule="auto"/>
        <w:ind w:firstLine="709"/>
        <w:jc w:val="both"/>
        <w:rPr>
          <w:lang w:val="ru-RU"/>
        </w:rPr>
      </w:pPr>
      <w:r w:rsidRPr="000F6EE0">
        <w:rPr>
          <w:rFonts w:eastAsia="Times New Roman"/>
          <w:lang w:val="ru-RU"/>
        </w:rPr>
        <w:t>В случае обращения заявителя за получением муниципальной услуги через Портал, иные информационные системы, принятие решения о предоставлении (об отказе в предоставлении) муниципальной услуги осуществляются в том же порядке, что и при обращении заявителя за получением муниципальной услуги непосредственно в уполномоченный орган или через МФЦ.</w:t>
      </w:r>
    </w:p>
    <w:p w:rsidR="0047343B" w:rsidRPr="000F6EE0" w:rsidRDefault="000F6EE0">
      <w:pPr>
        <w:spacing w:after="0" w:line="240" w:lineRule="auto"/>
        <w:ind w:firstLine="709"/>
        <w:jc w:val="both"/>
        <w:rPr>
          <w:lang w:val="ru-RU"/>
        </w:rPr>
      </w:pPr>
      <w:r w:rsidRPr="000F6EE0">
        <w:rPr>
          <w:rFonts w:eastAsia="Times New Roman"/>
          <w:lang w:val="ru-RU"/>
        </w:rPr>
        <w:t>3.4.2.5.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Передача документов на всех стадиях подготовки порубочного билета осуществляется с внесением соответствующих данных в электронную базу (с указанием даты, времени и лица, которому переданы документы).</w:t>
      </w:r>
    </w:p>
    <w:p w:rsidR="0047343B" w:rsidRPr="000F6EE0" w:rsidRDefault="000F6EE0">
      <w:pPr>
        <w:spacing w:after="0" w:line="240" w:lineRule="auto"/>
        <w:ind w:firstLine="709"/>
        <w:jc w:val="both"/>
        <w:rPr>
          <w:lang w:val="ru-RU"/>
        </w:rPr>
      </w:pPr>
      <w:r w:rsidRPr="000F6EE0">
        <w:rPr>
          <w:rFonts w:eastAsia="Times New Roman"/>
          <w:lang w:val="ru-RU"/>
        </w:rPr>
        <w:t>Подготовленные документы об исполнении муниципальной услуги направляются заявителю (представителю заявителя) одним из способов, указанных в заявлении:</w:t>
      </w:r>
    </w:p>
    <w:p w:rsidR="0047343B" w:rsidRPr="000F6EE0" w:rsidRDefault="000F6EE0">
      <w:pPr>
        <w:spacing w:after="0" w:line="240" w:lineRule="auto"/>
        <w:ind w:firstLine="709"/>
        <w:jc w:val="both"/>
        <w:rPr>
          <w:lang w:val="ru-RU"/>
        </w:rPr>
      </w:pPr>
      <w:r w:rsidRPr="000F6EE0">
        <w:rPr>
          <w:rFonts w:eastAsia="Times New Roman"/>
          <w:lang w:val="ru-RU"/>
        </w:rPr>
        <w:t>1) непосредственно через Уполномоченный орган, в следующем порядке:</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заявитель прибывает в уполномоченный орган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При выдаче документов работник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w:t>
      </w:r>
    </w:p>
    <w:p w:rsidR="0047343B" w:rsidRPr="000F6EE0" w:rsidRDefault="000F6EE0">
      <w:pPr>
        <w:spacing w:after="0" w:line="240" w:lineRule="auto"/>
        <w:ind w:firstLine="709"/>
        <w:jc w:val="both"/>
        <w:rPr>
          <w:lang w:val="ru-RU"/>
        </w:rPr>
      </w:pPr>
      <w:r w:rsidRPr="000F6EE0">
        <w:rPr>
          <w:rFonts w:eastAsia="Times New Roman"/>
          <w:lang w:val="ru-RU"/>
        </w:rPr>
        <w:t>знакомит заявителя с содержанием документов и выдает их.</w:t>
      </w:r>
    </w:p>
    <w:p w:rsidR="0047343B" w:rsidRPr="000F6EE0" w:rsidRDefault="000F6EE0">
      <w:pPr>
        <w:spacing w:after="0" w:line="240" w:lineRule="auto"/>
        <w:ind w:firstLine="709"/>
        <w:jc w:val="both"/>
        <w:rPr>
          <w:lang w:val="ru-RU"/>
        </w:rPr>
      </w:pPr>
      <w:r w:rsidRPr="000F6EE0">
        <w:rPr>
          <w:rFonts w:eastAsia="Times New Roman"/>
          <w:lang w:val="ru-RU"/>
        </w:rPr>
        <w:t>2) через МФЦ в соответствии с соглашением о взаимодействии между МФЦ и уполномоченным органом, в следующем порядке:</w:t>
      </w:r>
    </w:p>
    <w:p w:rsidR="0047343B" w:rsidRPr="000F6EE0" w:rsidRDefault="000F6EE0">
      <w:pPr>
        <w:spacing w:after="0" w:line="240" w:lineRule="auto"/>
        <w:ind w:firstLine="709"/>
        <w:jc w:val="both"/>
        <w:rPr>
          <w:lang w:val="ru-RU"/>
        </w:rPr>
      </w:pPr>
      <w:r w:rsidRPr="000F6EE0">
        <w:rPr>
          <w:rFonts w:eastAsia="Times New Roman"/>
          <w:lang w:val="ru-RU"/>
        </w:rPr>
        <w:t>передача документов из уполномоченного органа в МФЦ осуществляется на основании реестра, который составляется в двух экземплярах и содержит дату и время передачи;</w:t>
      </w:r>
    </w:p>
    <w:p w:rsidR="0047343B" w:rsidRPr="000F6EE0" w:rsidRDefault="000F6EE0">
      <w:pPr>
        <w:spacing w:after="0" w:line="240" w:lineRule="auto"/>
        <w:ind w:firstLine="709"/>
        <w:jc w:val="both"/>
        <w:rPr>
          <w:lang w:val="ru-RU"/>
        </w:rPr>
      </w:pPr>
      <w:r w:rsidRPr="000F6EE0">
        <w:rPr>
          <w:rFonts w:eastAsia="Times New Roman"/>
          <w:lang w:val="ru-RU"/>
        </w:rPr>
        <w:lastRenderedPageBreak/>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заявитель прибывает в МФЦ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При выдаче документов работник МФЦ:</w:t>
      </w:r>
    </w:p>
    <w:p w:rsidR="0047343B" w:rsidRPr="000F6EE0" w:rsidRDefault="000F6EE0">
      <w:pPr>
        <w:spacing w:after="0" w:line="240" w:lineRule="auto"/>
        <w:ind w:firstLine="709"/>
        <w:jc w:val="both"/>
        <w:rPr>
          <w:lang w:val="ru-RU"/>
        </w:rPr>
      </w:pPr>
      <w:r w:rsidRPr="000F6EE0">
        <w:rPr>
          <w:rFonts w:eastAsia="Times New Roman"/>
          <w:lang w:val="ru-RU"/>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w:t>
      </w:r>
      <w:r w:rsidR="00BC563B">
        <w:rPr>
          <w:rFonts w:eastAsia="Times New Roman"/>
          <w:lang w:val="ru-RU"/>
        </w:rPr>
        <w:t>«</w:t>
      </w:r>
      <w:r w:rsidRPr="000F6EE0">
        <w:rPr>
          <w:rFonts w:eastAsia="Times New Roman"/>
          <w:lang w:val="ru-RU"/>
        </w:rPr>
        <w:t>оригинал расписки утерян</w:t>
      </w:r>
      <w:r w:rsidR="00BC563B">
        <w:rPr>
          <w:rFonts w:eastAsia="Times New Roman"/>
          <w:lang w:val="ru-RU"/>
        </w:rPr>
        <w:t>»</w:t>
      </w:r>
      <w:r w:rsidRPr="000F6EE0">
        <w:rPr>
          <w:rFonts w:eastAsia="Times New Roman"/>
          <w:lang w:val="ru-RU"/>
        </w:rPr>
        <w:t>, ставит дату и подпись);</w:t>
      </w:r>
    </w:p>
    <w:p w:rsidR="0047343B" w:rsidRPr="000F6EE0" w:rsidRDefault="000F6EE0">
      <w:pPr>
        <w:spacing w:after="0" w:line="240" w:lineRule="auto"/>
        <w:ind w:firstLine="709"/>
        <w:jc w:val="both"/>
        <w:rPr>
          <w:lang w:val="ru-RU"/>
        </w:rPr>
      </w:pPr>
      <w:r w:rsidRPr="000F6EE0">
        <w:rPr>
          <w:rFonts w:eastAsia="Times New Roman"/>
          <w:lang w:val="ru-RU"/>
        </w:rPr>
        <w:t>знакомит заявителя с содержанием документов и выдает их.</w:t>
      </w:r>
    </w:p>
    <w:p w:rsidR="0047343B" w:rsidRPr="000F6EE0" w:rsidRDefault="000F6EE0">
      <w:pPr>
        <w:spacing w:after="0" w:line="240" w:lineRule="auto"/>
        <w:ind w:firstLine="709"/>
        <w:jc w:val="both"/>
        <w:rPr>
          <w:lang w:val="ru-RU"/>
        </w:rPr>
      </w:pPr>
      <w:r w:rsidRPr="000F6EE0">
        <w:rPr>
          <w:rFonts w:eastAsia="Times New Roman"/>
          <w:lang w:val="ru-RU"/>
        </w:rPr>
        <w:t>3) через Портала.</w:t>
      </w:r>
    </w:p>
    <w:p w:rsidR="0047343B" w:rsidRPr="000F6EE0" w:rsidRDefault="000F6EE0">
      <w:pPr>
        <w:spacing w:after="0" w:line="240" w:lineRule="auto"/>
        <w:ind w:firstLine="709"/>
        <w:jc w:val="both"/>
        <w:rPr>
          <w:lang w:val="ru-RU"/>
        </w:rPr>
      </w:pPr>
      <w:r w:rsidRPr="000F6EE0">
        <w:rPr>
          <w:rFonts w:eastAsia="Times New Roman"/>
          <w:lang w:val="ru-RU"/>
        </w:rPr>
        <w:t>Для получения оригинала результата предоставления муниципальной услуги заявитель прибывает в уполномоченный орган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Сканированная копия результата предоставления муниципальной услуги дополнительно направляется заявителю через Портал.</w:t>
      </w:r>
    </w:p>
    <w:p w:rsidR="0047343B" w:rsidRPr="000F6EE0" w:rsidRDefault="000F6EE0">
      <w:pPr>
        <w:spacing w:after="0" w:line="240" w:lineRule="auto"/>
        <w:ind w:firstLine="709"/>
        <w:jc w:val="both"/>
        <w:rPr>
          <w:lang w:val="ru-RU"/>
        </w:rPr>
      </w:pPr>
      <w:r w:rsidRPr="000F6EE0">
        <w:rPr>
          <w:rFonts w:eastAsia="Times New Roman"/>
          <w:lang w:val="ru-RU"/>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7343B" w:rsidRPr="000F6EE0" w:rsidRDefault="000F6EE0">
      <w:pPr>
        <w:spacing w:after="0" w:line="240" w:lineRule="auto"/>
        <w:ind w:firstLine="709"/>
        <w:jc w:val="both"/>
        <w:rPr>
          <w:lang w:val="ru-RU"/>
        </w:rPr>
      </w:pPr>
      <w:r w:rsidRPr="000F6EE0">
        <w:rPr>
          <w:rFonts w:eastAsia="Times New Roman"/>
          <w:lang w:val="ru-RU"/>
        </w:rPr>
        <w:t>4) результат муниципальной услуги могут быть предоставлены заявителю уполномоченным органом или МФЦ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почтового отправления.</w:t>
      </w:r>
    </w:p>
    <w:p w:rsidR="0047343B" w:rsidRPr="000F6EE0" w:rsidRDefault="000F6EE0">
      <w:pPr>
        <w:spacing w:after="0" w:line="240" w:lineRule="auto"/>
        <w:ind w:firstLine="709"/>
        <w:jc w:val="both"/>
        <w:rPr>
          <w:lang w:val="ru-RU"/>
        </w:rPr>
      </w:pPr>
      <w:r w:rsidRPr="000F6EE0">
        <w:rPr>
          <w:rFonts w:eastAsia="Times New Roman"/>
          <w:lang w:val="ru-RU"/>
        </w:rPr>
        <w:t>Срок предоставления заявителю результата муниципальной услуги - 1 рабочий день со дня регистрации порубочного билета либо письма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3.4.3. Максимальный срок предоставления муниципальной услуги </w:t>
      </w:r>
      <w:r w:rsidR="00BC563B">
        <w:rPr>
          <w:rFonts w:eastAsia="Times New Roman"/>
          <w:lang w:val="ru-RU"/>
        </w:rPr>
        <w:t>«</w:t>
      </w:r>
      <w:r w:rsidRPr="000F6EE0">
        <w:rPr>
          <w:rFonts w:eastAsia="Times New Roman"/>
          <w:lang w:val="ru-RU"/>
        </w:rP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r w:rsidR="00BC563B">
        <w:rPr>
          <w:rFonts w:eastAsia="Times New Roman"/>
          <w:lang w:val="ru-RU"/>
        </w:rPr>
        <w:t>»</w:t>
      </w:r>
      <w:r w:rsidRPr="000F6EE0">
        <w:rPr>
          <w:rFonts w:eastAsia="Times New Roman"/>
          <w:lang w:val="ru-RU"/>
        </w:rPr>
        <w:t xml:space="preserve"> - 15 рабочих дней.</w:t>
      </w:r>
    </w:p>
    <w:p w:rsidR="0047343B" w:rsidRPr="000F6EE0" w:rsidRDefault="000F6EE0">
      <w:pPr>
        <w:spacing w:after="0" w:line="240" w:lineRule="auto"/>
        <w:ind w:firstLine="709"/>
        <w:jc w:val="both"/>
        <w:rPr>
          <w:lang w:val="ru-RU"/>
        </w:rPr>
      </w:pPr>
      <w:r w:rsidRPr="000F6EE0">
        <w:rPr>
          <w:rFonts w:eastAsia="Times New Roman"/>
          <w:lang w:val="ru-RU"/>
        </w:rPr>
        <w:t>3.4.4. Способы установления личности (идентификации) заявителя (представителя заявителя).</w:t>
      </w:r>
    </w:p>
    <w:p w:rsidR="0047343B" w:rsidRPr="000F6EE0" w:rsidRDefault="000F6EE0">
      <w:pPr>
        <w:spacing w:after="0" w:line="240" w:lineRule="auto"/>
        <w:ind w:firstLine="709"/>
        <w:jc w:val="both"/>
        <w:rPr>
          <w:lang w:val="ru-RU"/>
        </w:rPr>
      </w:pPr>
      <w:r w:rsidRPr="000F6EE0">
        <w:rPr>
          <w:rFonts w:eastAsia="Times New Roman"/>
          <w:lang w:val="ru-RU"/>
        </w:rPr>
        <w:lastRenderedPageBreak/>
        <w:t xml:space="preserve">При подаче заявления в уполномоченный орган или МФЦ - в ходе личного приема проверка документа, удостоверяющего личность либо иного документа, удостоверяющего личность, в соответствии с законодательством Российской Федерации, или установление личности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w:t>
      </w:r>
      <w:r w:rsidR="008B1697" w:rsidRPr="008B1697">
        <w:rPr>
          <w:rFonts w:eastAsia="Times New Roman"/>
          <w:lang w:val="ru-RU"/>
        </w:rPr>
        <w:t>№</w:t>
      </w:r>
      <w:r w:rsidRPr="000F6EE0">
        <w:rPr>
          <w:rFonts w:eastAsia="Times New Roman"/>
          <w:lang w:val="ru-RU"/>
        </w:rPr>
        <w:t xml:space="preserve"> 572-ФЗ </w:t>
      </w:r>
      <w:r w:rsidR="00BC563B">
        <w:rPr>
          <w:rFonts w:eastAsia="Times New Roman"/>
          <w:lang w:val="ru-RU"/>
        </w:rPr>
        <w:t>«</w:t>
      </w:r>
      <w:r w:rsidRPr="000F6EE0">
        <w:rPr>
          <w:rFonts w:eastAsia="Times New Roman"/>
          <w:lang w:val="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BC563B">
        <w:rPr>
          <w:rFonts w:eastAsia="Times New Roman"/>
          <w:lang w:val="ru-RU"/>
        </w:rPr>
        <w:t>»</w:t>
      </w:r>
      <w:r w:rsidRPr="000F6EE0">
        <w:rPr>
          <w:rFonts w:eastAsia="Times New Roman"/>
          <w:lang w:val="ru-RU"/>
        </w:rPr>
        <w:t xml:space="preserve"> (использование вышеуказанных технологий проводится при наличии технической возможности).</w:t>
      </w:r>
    </w:p>
    <w:p w:rsidR="0047343B" w:rsidRPr="000F6EE0" w:rsidRDefault="000F6EE0">
      <w:pPr>
        <w:spacing w:after="0" w:line="240" w:lineRule="auto"/>
        <w:ind w:firstLine="709"/>
        <w:jc w:val="both"/>
        <w:rPr>
          <w:lang w:val="ru-RU"/>
        </w:rPr>
      </w:pPr>
      <w:r w:rsidRPr="000F6EE0">
        <w:rPr>
          <w:rFonts w:eastAsia="Times New Roman"/>
          <w:lang w:val="ru-RU"/>
        </w:rPr>
        <w:t xml:space="preserve">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Правительства Российской Федерации от 25 июня 2012 года </w:t>
      </w:r>
      <w:r w:rsidR="008B1697" w:rsidRPr="008B1697">
        <w:rPr>
          <w:rFonts w:eastAsia="Times New Roman"/>
          <w:lang w:val="ru-RU"/>
        </w:rPr>
        <w:t>№</w:t>
      </w:r>
      <w:r w:rsidRPr="000F6EE0">
        <w:rPr>
          <w:rFonts w:eastAsia="Times New Roman"/>
          <w:lang w:val="ru-RU"/>
        </w:rPr>
        <w:t xml:space="preserve"> 634 </w:t>
      </w:r>
      <w:r w:rsidR="00BC563B">
        <w:rPr>
          <w:rFonts w:eastAsia="Times New Roman"/>
          <w:lang w:val="ru-RU"/>
        </w:rPr>
        <w:t>«</w:t>
      </w:r>
      <w:r w:rsidRPr="000F6EE0">
        <w:rPr>
          <w:rFonts w:eastAsia="Times New Roman"/>
          <w:lang w:val="ru-RU"/>
        </w:rPr>
        <w:t>О видах электронной подписи, использование которых допускается при обращении за получением государственных и муниципальных услуг</w:t>
      </w:r>
      <w:r w:rsidR="00BC563B">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3.4.5. Описание процедуры межведомственного информационного взаимодействия.</w:t>
      </w:r>
    </w:p>
    <w:p w:rsidR="0047343B" w:rsidRPr="000F6EE0" w:rsidRDefault="000F6EE0">
      <w:pPr>
        <w:spacing w:after="0" w:line="240" w:lineRule="auto"/>
        <w:ind w:firstLine="709"/>
        <w:jc w:val="both"/>
        <w:rPr>
          <w:lang w:val="ru-RU"/>
        </w:rPr>
      </w:pPr>
      <w:r w:rsidRPr="000F6EE0">
        <w:rPr>
          <w:rFonts w:eastAsia="Times New Roman"/>
          <w:lang w:val="ru-RU"/>
        </w:rPr>
        <w:t>3.4.5.1. Работник Уполномоченного органа в течение 1 дня после поступления документов в Уполномоченный орган осуществляет проверку полноты и достоверности документов и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 в отношении следующих сведений:</w:t>
      </w:r>
    </w:p>
    <w:p w:rsidR="0047343B" w:rsidRPr="000F6EE0" w:rsidRDefault="000F6EE0">
      <w:pPr>
        <w:spacing w:after="0" w:line="240" w:lineRule="auto"/>
        <w:ind w:firstLine="709"/>
        <w:jc w:val="both"/>
        <w:rPr>
          <w:lang w:val="ru-RU"/>
        </w:rPr>
      </w:pPr>
      <w:r w:rsidRPr="000F6EE0">
        <w:rPr>
          <w:rFonts w:eastAsia="Times New Roman"/>
          <w:lang w:val="ru-RU"/>
        </w:rPr>
        <w:t>1) сведения из Единого государственного реестра недвижимости на земельный участок, либо правоустанавливающие документы на земельный участок, в случае, если указанные документы (их копии или сведения, содержащиеся в них) отсутствуют в ЕГРН - в управление Федеральной службы государственной регистрации, кадастра и картографии по Краснодарскому краю;</w:t>
      </w:r>
    </w:p>
    <w:p w:rsidR="0047343B" w:rsidRPr="000F6EE0" w:rsidRDefault="000F6EE0">
      <w:pPr>
        <w:spacing w:after="0" w:line="240" w:lineRule="auto"/>
        <w:ind w:firstLine="709"/>
        <w:jc w:val="both"/>
        <w:rPr>
          <w:lang w:val="ru-RU"/>
        </w:rPr>
      </w:pPr>
      <w:r w:rsidRPr="000F6EE0">
        <w:rPr>
          <w:rFonts w:eastAsia="Times New Roman"/>
          <w:lang w:val="ru-RU"/>
        </w:rPr>
        <w:t>2) выписка из Единого государственного реестра юридических лиц (для юридических лиц) - в управление Федеральной налоговой службы по Краснодарскому краю.</w:t>
      </w:r>
    </w:p>
    <w:p w:rsidR="0047343B" w:rsidRPr="000F6EE0" w:rsidRDefault="000F6EE0">
      <w:pPr>
        <w:spacing w:after="0" w:line="240" w:lineRule="auto"/>
        <w:ind w:firstLine="709"/>
        <w:jc w:val="both"/>
        <w:rPr>
          <w:lang w:val="ru-RU"/>
        </w:rPr>
      </w:pPr>
      <w:r w:rsidRPr="000F6EE0">
        <w:rPr>
          <w:rFonts w:eastAsia="Times New Roman"/>
          <w:lang w:val="ru-RU"/>
        </w:rPr>
        <w:t xml:space="preserve">3.4.5.2. Межведомственные запросы оформляются в соответствии с требованиями, установленными Закона </w:t>
      </w:r>
      <w:r w:rsidR="008B1697" w:rsidRPr="008B1697">
        <w:rPr>
          <w:rFonts w:eastAsia="Times New Roman"/>
          <w:lang w:val="ru-RU"/>
        </w:rPr>
        <w:t>№</w:t>
      </w:r>
      <w:r w:rsidRPr="000F6EE0">
        <w:rPr>
          <w:rFonts w:eastAsia="Times New Roman"/>
          <w:lang w:val="ru-RU"/>
        </w:rPr>
        <w:t xml:space="preserve"> 210-ФЗ. При осуществлении межведомственного информационного взаимодействия посредством федеральной государственной информационной системы </w:t>
      </w:r>
      <w:r w:rsidR="00BC563B">
        <w:rPr>
          <w:rFonts w:eastAsia="Times New Roman"/>
          <w:lang w:val="ru-RU"/>
        </w:rPr>
        <w:t>«</w:t>
      </w:r>
      <w:r w:rsidRPr="000F6EE0">
        <w:rPr>
          <w:rFonts w:eastAsia="Times New Roman"/>
          <w:lang w:val="ru-RU"/>
        </w:rPr>
        <w:t>Единая система межведомственного электронного взаимодействия</w:t>
      </w:r>
      <w:r w:rsidR="00BC563B">
        <w:rPr>
          <w:rFonts w:eastAsia="Times New Roman"/>
          <w:lang w:val="ru-RU"/>
        </w:rPr>
        <w:t>»</w:t>
      </w:r>
      <w:r w:rsidRPr="000F6EE0">
        <w:rPr>
          <w:rFonts w:eastAsia="Times New Roman"/>
          <w:lang w:val="ru-RU"/>
        </w:rPr>
        <w:t xml:space="preserve"> указываются наименование используемого вида сведений (сервиса, витрины данных).</w:t>
      </w:r>
    </w:p>
    <w:p w:rsidR="0047343B" w:rsidRPr="000F6EE0" w:rsidRDefault="000F6EE0">
      <w:pPr>
        <w:spacing w:after="0" w:line="240" w:lineRule="auto"/>
        <w:ind w:firstLine="709"/>
        <w:jc w:val="both"/>
        <w:rPr>
          <w:lang w:val="ru-RU"/>
        </w:rPr>
      </w:pPr>
      <w:r w:rsidRPr="000F6EE0">
        <w:rPr>
          <w:rFonts w:eastAsia="Times New Roman"/>
          <w:lang w:val="ru-RU"/>
        </w:rPr>
        <w:t>Межведомственный запрос направляется в течение 1 рабочего дня со дня поступления в уполномоченный орган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lastRenderedPageBreak/>
        <w:t>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внесённых в единый реестр системы межведомственного электронного взаимодействия.</w:t>
      </w:r>
    </w:p>
    <w:p w:rsidR="0047343B" w:rsidRPr="000F6EE0" w:rsidRDefault="000F6EE0">
      <w:pPr>
        <w:spacing w:after="0" w:line="240" w:lineRule="auto"/>
        <w:ind w:firstLine="709"/>
        <w:jc w:val="both"/>
        <w:rPr>
          <w:lang w:val="ru-RU"/>
        </w:rPr>
      </w:pPr>
      <w:r w:rsidRPr="000F6EE0">
        <w:rPr>
          <w:rFonts w:eastAsia="Times New Roman"/>
          <w:lang w:val="ru-RU"/>
        </w:rPr>
        <w:t xml:space="preserve">Органы, в распоряжении которых находятся запрашиваемые документы (сведения), в срок не позднее 3 рабочих дней со дня получения межведомственного запроса (в случае осуществления межведомственного информационного взаимодействия без использования федеральной государственной информационной системы </w:t>
      </w:r>
      <w:r w:rsidR="00BC563B">
        <w:rPr>
          <w:rFonts w:eastAsia="Times New Roman"/>
          <w:lang w:val="ru-RU"/>
        </w:rPr>
        <w:t>«</w:t>
      </w:r>
      <w:r w:rsidRPr="000F6EE0">
        <w:rPr>
          <w:rFonts w:eastAsia="Times New Roman"/>
          <w:lang w:val="ru-RU"/>
        </w:rPr>
        <w:t>Единая система межведомственного электронного взаимодействия</w:t>
      </w:r>
      <w:r w:rsidR="00BC563B">
        <w:rPr>
          <w:rFonts w:eastAsia="Times New Roman"/>
          <w:lang w:val="ru-RU"/>
        </w:rPr>
        <w:t>»</w:t>
      </w:r>
      <w:r w:rsidRPr="000F6EE0">
        <w:rPr>
          <w:rFonts w:eastAsia="Times New Roman"/>
          <w:lang w:val="ru-RU"/>
        </w:rPr>
        <w:t xml:space="preserve">) направляют соответствующие документы (сведения) в уполномоченный орган в соответствии с Правилами направления документов в Уполномоченный орган в электронной форме, утверждёнными постановлением Правительства Российской Федерации от 7 октября 2019 года </w:t>
      </w:r>
      <w:r w:rsidR="008B1697" w:rsidRPr="008B1697">
        <w:rPr>
          <w:rFonts w:eastAsia="Times New Roman"/>
          <w:lang w:val="ru-RU"/>
        </w:rPr>
        <w:t>№</w:t>
      </w:r>
      <w:r w:rsidR="00BC563B">
        <w:rPr>
          <w:rFonts w:eastAsia="Times New Roman"/>
          <w:lang w:val="ru-RU"/>
        </w:rPr>
        <w:t> </w:t>
      </w:r>
      <w:r w:rsidRPr="000F6EE0">
        <w:rPr>
          <w:rFonts w:eastAsia="Times New Roman"/>
          <w:lang w:val="ru-RU"/>
        </w:rPr>
        <w:t>1294.</w:t>
      </w:r>
    </w:p>
    <w:p w:rsidR="0047343B" w:rsidRPr="000F6EE0" w:rsidRDefault="000F6EE0">
      <w:pPr>
        <w:spacing w:after="0" w:line="240" w:lineRule="auto"/>
        <w:ind w:firstLine="709"/>
        <w:jc w:val="both"/>
        <w:rPr>
          <w:lang w:val="ru-RU"/>
        </w:rPr>
      </w:pPr>
      <w:r w:rsidRPr="000F6EE0">
        <w:rPr>
          <w:rFonts w:eastAsia="Times New Roman"/>
          <w:lang w:val="ru-RU"/>
        </w:rPr>
        <w:t>В случае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rsidR="0047343B" w:rsidRPr="000F6EE0" w:rsidRDefault="000F6EE0">
      <w:pPr>
        <w:spacing w:after="0" w:line="240" w:lineRule="auto"/>
        <w:ind w:firstLine="709"/>
        <w:jc w:val="both"/>
        <w:rPr>
          <w:lang w:val="ru-RU"/>
        </w:rPr>
      </w:pPr>
      <w:r w:rsidRPr="000F6EE0">
        <w:rPr>
          <w:rFonts w:eastAsia="Times New Roman"/>
          <w:lang w:val="ru-RU"/>
        </w:rPr>
        <w:t xml:space="preserve">3.4.5.3. После </w:t>
      </w:r>
      <w:proofErr w:type="gramStart"/>
      <w:r w:rsidRPr="000F6EE0">
        <w:rPr>
          <w:rFonts w:eastAsia="Times New Roman"/>
          <w:lang w:val="ru-RU"/>
        </w:rPr>
        <w:t>получения</w:t>
      </w:r>
      <w:proofErr w:type="gramEnd"/>
      <w:r w:rsidRPr="000F6EE0">
        <w:rPr>
          <w:rFonts w:eastAsia="Times New Roman"/>
          <w:lang w:val="ru-RU"/>
        </w:rPr>
        <w:t xml:space="preserve"> запрашиваемых в порядке межведомственного взаимодействия сведений и (или) документов (при необходимости) и рассмотрения информации, предоставленной заявителем, работник Уполномоченного органа выявляет наличие или устанавливает отсутствие основания для предоставления или для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3.4.5.4. Неполучение (несвоевременное получение) документов, запрошенных в порядке межведомственного электронного взаимодействия, не </w:t>
      </w:r>
      <w:r w:rsidRPr="00BC563B">
        <w:rPr>
          <w:rFonts w:eastAsia="Times New Roman"/>
          <w:lang w:val="ru-RU"/>
        </w:rPr>
        <w:t>может являться основанием для отказа в выдаче разрешения на строительство.</w:t>
      </w:r>
    </w:p>
    <w:p w:rsidR="0047343B" w:rsidRPr="000F6EE0" w:rsidRDefault="000F6EE0">
      <w:pPr>
        <w:spacing w:after="0" w:line="240" w:lineRule="auto"/>
        <w:ind w:firstLine="709"/>
        <w:jc w:val="both"/>
        <w:rPr>
          <w:lang w:val="ru-RU"/>
        </w:rPr>
      </w:pPr>
      <w:r w:rsidRPr="000F6EE0">
        <w:rPr>
          <w:rFonts w:eastAsia="Times New Roman"/>
          <w:lang w:val="ru-RU"/>
        </w:rPr>
        <w:t>3.4.6. Приостановление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Основания для приостановления муниципальной услуги законодательством Российской Федерации не предусмотрены.</w:t>
      </w:r>
    </w:p>
    <w:p w:rsidR="0047343B" w:rsidRPr="000F6EE0" w:rsidRDefault="000F6EE0">
      <w:pPr>
        <w:spacing w:after="0" w:line="240" w:lineRule="auto"/>
        <w:ind w:firstLine="709"/>
        <w:jc w:val="both"/>
        <w:rPr>
          <w:lang w:val="ru-RU"/>
        </w:rPr>
      </w:pPr>
      <w:r w:rsidRPr="000F6EE0">
        <w:rPr>
          <w:rFonts w:eastAsia="Times New Roman"/>
          <w:lang w:val="ru-RU"/>
        </w:rPr>
        <w:t>3.4.7. Получение дополнительных сведений от заявителя.</w:t>
      </w:r>
    </w:p>
    <w:p w:rsidR="0047343B" w:rsidRPr="000F6EE0" w:rsidRDefault="000F6EE0">
      <w:pPr>
        <w:spacing w:after="0" w:line="240" w:lineRule="auto"/>
        <w:ind w:firstLine="709"/>
        <w:jc w:val="both"/>
        <w:rPr>
          <w:lang w:val="ru-RU"/>
        </w:rPr>
      </w:pPr>
      <w:r w:rsidRPr="000F6EE0">
        <w:rPr>
          <w:rFonts w:eastAsia="Times New Roman"/>
          <w:lang w:val="ru-RU"/>
        </w:rPr>
        <w:t>Получение дополнительных сведений от заявителя не предусмотрено.</w:t>
      </w:r>
    </w:p>
    <w:p w:rsidR="0047343B" w:rsidRPr="000F6EE0" w:rsidRDefault="000F6EE0">
      <w:pPr>
        <w:spacing w:after="0" w:line="240" w:lineRule="auto"/>
        <w:ind w:firstLine="709"/>
        <w:jc w:val="both"/>
        <w:rPr>
          <w:lang w:val="ru-RU"/>
        </w:rPr>
      </w:pPr>
      <w:r w:rsidRPr="000F6EE0">
        <w:rPr>
          <w:rFonts w:eastAsia="Times New Roman"/>
          <w:lang w:val="ru-RU"/>
        </w:rPr>
        <w:t>3.4.8. Получение муниципальной услуги в иных подразделениях органа, предоставляющего муниципальную услугу, невозможно.</w:t>
      </w:r>
    </w:p>
    <w:p w:rsidR="0047343B" w:rsidRPr="000F6EE0" w:rsidRDefault="000F6EE0">
      <w:pPr>
        <w:spacing w:after="0" w:line="240" w:lineRule="auto"/>
        <w:ind w:firstLine="709"/>
        <w:jc w:val="both"/>
        <w:rPr>
          <w:lang w:val="ru-RU"/>
        </w:rPr>
      </w:pPr>
      <w:r w:rsidRPr="000F6EE0">
        <w:rPr>
          <w:rFonts w:eastAsia="Times New Roman"/>
          <w:lang w:val="ru-RU"/>
        </w:rPr>
        <w:t>Предоставление муниципальной услуги в упреждающем (</w:t>
      </w:r>
      <w:proofErr w:type="spellStart"/>
      <w:r w:rsidRPr="000F6EE0">
        <w:rPr>
          <w:rFonts w:eastAsia="Times New Roman"/>
          <w:lang w:val="ru-RU"/>
        </w:rPr>
        <w:t>проактивном</w:t>
      </w:r>
      <w:proofErr w:type="spellEnd"/>
      <w:r w:rsidRPr="000F6EE0">
        <w:rPr>
          <w:rFonts w:eastAsia="Times New Roman"/>
          <w:lang w:val="ru-RU"/>
        </w:rPr>
        <w:t>) режиме не осуществляется.</w:t>
      </w:r>
    </w:p>
    <w:p w:rsidR="0047343B" w:rsidRPr="000F6EE0" w:rsidRDefault="000F6EE0">
      <w:pPr>
        <w:spacing w:after="0" w:line="240" w:lineRule="auto"/>
        <w:ind w:firstLine="709"/>
        <w:jc w:val="both"/>
        <w:rPr>
          <w:lang w:val="ru-RU"/>
        </w:rPr>
      </w:pPr>
      <w:r w:rsidRPr="000F6EE0">
        <w:rPr>
          <w:rFonts w:eastAsia="Times New Roman"/>
          <w:lang w:val="ru-RU"/>
        </w:rPr>
        <w:t xml:space="preserve">3.4.9. Заявитель имеет право получить муниципальную услугу путём направления запроса о предоставлении нескольких государственных и (или) муниципальных услуг в МФЦ, предусмотренного статьёй 15.1 Закона </w:t>
      </w:r>
      <w:r w:rsidR="008B1697" w:rsidRPr="008B1697">
        <w:rPr>
          <w:rFonts w:eastAsia="Times New Roman"/>
          <w:lang w:val="ru-RU"/>
        </w:rPr>
        <w:t>№</w:t>
      </w:r>
      <w:r w:rsidRPr="000F6EE0">
        <w:rPr>
          <w:rFonts w:eastAsia="Times New Roman"/>
          <w:lang w:val="ru-RU"/>
        </w:rPr>
        <w:t xml:space="preserve"> 210-ФЗ (комплексный запрос).</w:t>
      </w:r>
    </w:p>
    <w:p w:rsidR="0047343B" w:rsidRPr="00BC563B" w:rsidRDefault="000F6EE0" w:rsidP="00BC563B">
      <w:pPr>
        <w:pStyle w:val="RegSubsection"/>
        <w:keepNext/>
        <w:spacing w:before="80" w:after="40" w:line="240" w:lineRule="auto"/>
        <w:ind w:firstLine="709"/>
        <w:jc w:val="both"/>
        <w:rPr>
          <w:b w:val="0"/>
          <w:lang w:val="ru-RU"/>
        </w:rPr>
      </w:pPr>
      <w:r w:rsidRPr="00BC563B">
        <w:rPr>
          <w:rFonts w:eastAsia="Times New Roman"/>
          <w:b w:val="0"/>
          <w:sz w:val="28"/>
          <w:lang w:val="ru-RU"/>
        </w:rPr>
        <w:lastRenderedPageBreak/>
        <w:t xml:space="preserve">Подраздел 3.5. Описание варианта предоставления муниципальной услуги </w:t>
      </w:r>
      <w:r w:rsidR="00BC563B">
        <w:rPr>
          <w:rFonts w:eastAsia="Times New Roman"/>
          <w:b w:val="0"/>
          <w:sz w:val="28"/>
          <w:lang w:val="ru-RU"/>
        </w:rPr>
        <w:t>«</w:t>
      </w:r>
      <w:r w:rsidRPr="00BC563B">
        <w:rPr>
          <w:rFonts w:eastAsia="Times New Roman"/>
          <w:b w:val="0"/>
          <w:sz w:val="28"/>
          <w:lang w:val="ru-RU"/>
        </w:rPr>
        <w:t>Исправление допущенных опечаток и ошибок в выданных в результате предоставления муниципальной услуги документах</w:t>
      </w:r>
      <w:r w:rsidR="00BC563B">
        <w:rPr>
          <w:rFonts w:eastAsia="Times New Roman"/>
          <w:b w:val="0"/>
          <w:sz w:val="28"/>
          <w:lang w:val="ru-RU"/>
        </w:rPr>
        <w:t>»</w:t>
      </w:r>
    </w:p>
    <w:p w:rsidR="00BC563B" w:rsidRDefault="00BC563B">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3.5.1. Результатом предоставления муниципальной услуги является:</w:t>
      </w:r>
    </w:p>
    <w:p w:rsidR="0047343B" w:rsidRPr="000F6EE0" w:rsidRDefault="000F6EE0">
      <w:pPr>
        <w:spacing w:after="0" w:line="240" w:lineRule="auto"/>
        <w:ind w:firstLine="709"/>
        <w:jc w:val="both"/>
        <w:rPr>
          <w:lang w:val="ru-RU"/>
        </w:rPr>
      </w:pPr>
      <w:r w:rsidRPr="000F6EE0">
        <w:rPr>
          <w:rFonts w:eastAsia="Times New Roman"/>
          <w:lang w:val="ru-RU"/>
        </w:rPr>
        <w:t>документ, выданный по результату ранее предоставленной муниципальной услуги, без опечаток и ошибок;</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3.5.2. В процессе предоставления муниципальной услуги в соответствии с вариантом выполняются следующие административные процедуры:</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рассмотрение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выдача результата предоставления муниципальной услуги без опечаток и (или) ошибок.</w:t>
      </w:r>
    </w:p>
    <w:p w:rsidR="0047343B" w:rsidRPr="000F6EE0" w:rsidRDefault="000F6EE0">
      <w:pPr>
        <w:spacing w:after="0" w:line="240" w:lineRule="auto"/>
        <w:ind w:firstLine="709"/>
        <w:jc w:val="both"/>
        <w:rPr>
          <w:lang w:val="ru-RU"/>
        </w:rPr>
      </w:pPr>
      <w:r w:rsidRPr="000F6EE0">
        <w:rPr>
          <w:rFonts w:eastAsia="Times New Roman"/>
          <w:lang w:val="ru-RU"/>
        </w:rPr>
        <w:t>3.5.2.1. Приём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В случае если в результате предоставления муниципальной услуги допущены опечатки и (или) ошибки, заявитель (представитель)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 осуществляется в уполномоченном органе (в том числе посредством почтового отправления) работником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Заявление и прилагаемые документы могут быть приняты уполномоченным органом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7343B" w:rsidRPr="000F6EE0" w:rsidRDefault="000F6EE0">
      <w:pPr>
        <w:spacing w:after="0" w:line="240" w:lineRule="auto"/>
        <w:ind w:firstLine="709"/>
        <w:jc w:val="both"/>
        <w:rPr>
          <w:lang w:val="ru-RU"/>
        </w:rPr>
      </w:pPr>
      <w:r w:rsidRPr="000F6EE0">
        <w:rPr>
          <w:rFonts w:eastAsia="Times New Roman"/>
          <w:lang w:val="ru-RU"/>
        </w:rPr>
        <w:t>Срок регистрации заявления и прилагаемых документов работником Уполномоченного органа или МФЦ не может превышать 20 минут.</w:t>
      </w:r>
    </w:p>
    <w:p w:rsidR="0047343B" w:rsidRPr="000F6EE0" w:rsidRDefault="000F6EE0">
      <w:pPr>
        <w:spacing w:after="0" w:line="240" w:lineRule="auto"/>
        <w:ind w:firstLine="709"/>
        <w:jc w:val="both"/>
        <w:rPr>
          <w:lang w:val="ru-RU"/>
        </w:rPr>
      </w:pPr>
      <w:r w:rsidRPr="000F6EE0">
        <w:rPr>
          <w:rFonts w:eastAsia="Times New Roman"/>
          <w:lang w:val="ru-RU"/>
        </w:rPr>
        <w:t>При поступлении заявления и прилагаемых документов почтовым отправлением оно подлежит регистрации в первый рабочий день.</w:t>
      </w:r>
    </w:p>
    <w:p w:rsidR="0047343B" w:rsidRPr="000F6EE0" w:rsidRDefault="000F6EE0">
      <w:pPr>
        <w:spacing w:after="0" w:line="240" w:lineRule="auto"/>
        <w:ind w:firstLine="709"/>
        <w:jc w:val="both"/>
        <w:rPr>
          <w:lang w:val="ru-RU"/>
        </w:rPr>
      </w:pPr>
      <w:r w:rsidRPr="000F6EE0">
        <w:rPr>
          <w:rFonts w:eastAsia="Times New Roman"/>
          <w:lang w:val="ru-RU"/>
        </w:rPr>
        <w:t>3.5.2.2. Рассмотрение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Работник Уполномоченного органа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рабочего дня с даты регистрации соответствующего заявления.</w:t>
      </w:r>
    </w:p>
    <w:p w:rsidR="0047343B" w:rsidRPr="000F6EE0" w:rsidRDefault="000F6EE0">
      <w:pPr>
        <w:spacing w:after="0" w:line="240" w:lineRule="auto"/>
        <w:ind w:firstLine="709"/>
        <w:jc w:val="both"/>
        <w:rPr>
          <w:lang w:val="ru-RU"/>
        </w:rPr>
      </w:pPr>
      <w:r w:rsidRPr="000F6EE0">
        <w:rPr>
          <w:rFonts w:eastAsia="Times New Roman"/>
          <w:lang w:val="ru-RU"/>
        </w:rPr>
        <w:t>3.5.2.3. 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lastRenderedPageBreak/>
        <w:t>В случае установления наличия оснований для отказа в предоставлении муниципальной услуги, указанных в Приложении 8 настоящего Административного регламента, работник уполномоченного органа подготавливает мотивированный ответ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Данный мотивированный ответ подписывается главой Новоджерелиевского сельского поселения Брюховецкого муниципального района Краснодарского края, подлежит регистрации в установленном порядке в течение двух рабочих дней и выдаче заявителю (представителю заявителя).</w:t>
      </w:r>
    </w:p>
    <w:p w:rsidR="0047343B" w:rsidRPr="000F6EE0" w:rsidRDefault="000F6EE0">
      <w:pPr>
        <w:spacing w:after="0" w:line="240" w:lineRule="auto"/>
        <w:ind w:firstLine="709"/>
        <w:jc w:val="both"/>
        <w:rPr>
          <w:lang w:val="ru-RU"/>
        </w:rPr>
      </w:pPr>
      <w:r w:rsidRPr="000F6EE0">
        <w:rPr>
          <w:rFonts w:eastAsia="Times New Roman"/>
          <w:lang w:val="ru-RU"/>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рабочих дней.</w:t>
      </w:r>
    </w:p>
    <w:p w:rsidR="0047343B" w:rsidRPr="000F6EE0" w:rsidRDefault="000F6EE0">
      <w:pPr>
        <w:spacing w:after="0" w:line="240" w:lineRule="auto"/>
        <w:ind w:firstLine="709"/>
        <w:jc w:val="both"/>
        <w:rPr>
          <w:lang w:val="ru-RU"/>
        </w:rPr>
      </w:pPr>
      <w:r w:rsidRPr="000F6EE0">
        <w:rPr>
          <w:rFonts w:eastAsia="Times New Roman"/>
          <w:lang w:val="ru-RU"/>
        </w:rPr>
        <w:t>Заявитель вправе отозвать своё заявление на любой стадии рассмотрения, согласования или подготовки документа в уполномоченным органом, обратившись с соответствующим заявлением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3.5.2.4. 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Подготовленные документы об исполнении муниципальной услуги направляются заявителю (представителю заявителя) непосредственно через Уполномоченный орган, в следующем порядке:</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заявитель прибывает в уполномоченный орган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При выдаче документов работник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w:t>
      </w:r>
    </w:p>
    <w:p w:rsidR="0047343B" w:rsidRPr="000F6EE0" w:rsidRDefault="000F6EE0">
      <w:pPr>
        <w:spacing w:after="0" w:line="240" w:lineRule="auto"/>
        <w:ind w:firstLine="709"/>
        <w:jc w:val="both"/>
        <w:rPr>
          <w:lang w:val="ru-RU"/>
        </w:rPr>
      </w:pPr>
      <w:r w:rsidRPr="000F6EE0">
        <w:rPr>
          <w:rFonts w:eastAsia="Times New Roman"/>
          <w:lang w:val="ru-RU"/>
        </w:rPr>
        <w:t>знакомит заявителя с содержанием документов и выдает их.</w:t>
      </w:r>
    </w:p>
    <w:p w:rsidR="0047343B" w:rsidRPr="000F6EE0" w:rsidRDefault="000F6EE0">
      <w:pPr>
        <w:spacing w:after="0" w:line="240" w:lineRule="auto"/>
        <w:ind w:firstLine="709"/>
        <w:jc w:val="both"/>
        <w:rPr>
          <w:lang w:val="ru-RU"/>
        </w:rPr>
      </w:pPr>
      <w:r w:rsidRPr="000F6EE0">
        <w:rPr>
          <w:rFonts w:eastAsia="Times New Roman"/>
          <w:lang w:val="ru-RU"/>
        </w:rPr>
        <w:t>Результат муниципальной услуги могут быть предоставлены заявителю уполномоченным органом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почтового отправления.</w:t>
      </w:r>
    </w:p>
    <w:p w:rsidR="0047343B" w:rsidRPr="000F6EE0" w:rsidRDefault="000F6EE0">
      <w:pPr>
        <w:spacing w:after="0" w:line="240" w:lineRule="auto"/>
        <w:ind w:firstLine="709"/>
        <w:jc w:val="both"/>
        <w:rPr>
          <w:lang w:val="ru-RU"/>
        </w:rPr>
      </w:pPr>
      <w:r w:rsidRPr="000F6EE0">
        <w:rPr>
          <w:rFonts w:eastAsia="Times New Roman"/>
          <w:lang w:val="ru-RU"/>
        </w:rPr>
        <w:t>Срок предоставления заявителю результата муниципальной услуги - 1 рабочий день со дня исправления опечаток и (или) ошибок в документах, выданных в результате предоставления муниципальной услуги или отказа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3.5.3. Максимальный срок предоставления муниципальной услуги не более 5 рабочих дней со дня принятия заявления и прилагаемых к нему документов.</w:t>
      </w:r>
    </w:p>
    <w:p w:rsidR="0047343B" w:rsidRPr="000F6EE0" w:rsidRDefault="000F6EE0">
      <w:pPr>
        <w:spacing w:after="0" w:line="240" w:lineRule="auto"/>
        <w:ind w:firstLine="709"/>
        <w:jc w:val="both"/>
        <w:rPr>
          <w:lang w:val="ru-RU"/>
        </w:rPr>
      </w:pPr>
      <w:r w:rsidRPr="000F6EE0">
        <w:rPr>
          <w:rFonts w:eastAsia="Times New Roman"/>
          <w:lang w:val="ru-RU"/>
        </w:rPr>
        <w:t>3.5.4. Способы установления личности (идентификации) заявителя (представителя заявителя).</w:t>
      </w:r>
    </w:p>
    <w:p w:rsidR="0047343B" w:rsidRPr="000F6EE0" w:rsidRDefault="000F6EE0">
      <w:pPr>
        <w:spacing w:after="0" w:line="240" w:lineRule="auto"/>
        <w:ind w:firstLine="709"/>
        <w:jc w:val="both"/>
        <w:rPr>
          <w:lang w:val="ru-RU"/>
        </w:rPr>
      </w:pPr>
      <w:r w:rsidRPr="000F6EE0">
        <w:rPr>
          <w:rFonts w:eastAsia="Times New Roman"/>
          <w:lang w:val="ru-RU"/>
        </w:rPr>
        <w:lastRenderedPageBreak/>
        <w:t>При подаче заявления в уполномоченный орган - в ходе личного приема проверка документа, удостоверяющего личность либо иного документа, удостоверяющего личность.</w:t>
      </w:r>
    </w:p>
    <w:p w:rsidR="0047343B" w:rsidRPr="000F6EE0" w:rsidRDefault="000F6EE0">
      <w:pPr>
        <w:spacing w:after="0" w:line="240" w:lineRule="auto"/>
        <w:ind w:firstLine="709"/>
        <w:jc w:val="both"/>
        <w:rPr>
          <w:lang w:val="ru-RU"/>
        </w:rPr>
      </w:pPr>
      <w:r w:rsidRPr="000F6EE0">
        <w:rPr>
          <w:rFonts w:eastAsia="Times New Roman"/>
          <w:lang w:val="ru-RU"/>
        </w:rPr>
        <w:t>3.5.5. Межведомственное информационное взаимодействие в соответствии с вариантом предоставления муниципальной услуги не предусмотрено.</w:t>
      </w:r>
    </w:p>
    <w:p w:rsidR="0047343B" w:rsidRPr="000F6EE0" w:rsidRDefault="000F6EE0">
      <w:pPr>
        <w:spacing w:after="0" w:line="240" w:lineRule="auto"/>
        <w:ind w:firstLine="709"/>
        <w:jc w:val="both"/>
        <w:rPr>
          <w:lang w:val="ru-RU"/>
        </w:rPr>
      </w:pPr>
      <w:r w:rsidRPr="000F6EE0">
        <w:rPr>
          <w:rFonts w:eastAsia="Times New Roman"/>
          <w:lang w:val="ru-RU"/>
        </w:rPr>
        <w:t>3.5.6. Приостановление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Основания для приостановления муниципальной услуги законодательством Российской Федерации не предусмотрены.</w:t>
      </w:r>
    </w:p>
    <w:p w:rsidR="0047343B" w:rsidRPr="000F6EE0" w:rsidRDefault="000F6EE0">
      <w:pPr>
        <w:spacing w:after="0" w:line="240" w:lineRule="auto"/>
        <w:ind w:firstLine="709"/>
        <w:jc w:val="both"/>
        <w:rPr>
          <w:lang w:val="ru-RU"/>
        </w:rPr>
      </w:pPr>
      <w:r w:rsidRPr="000F6EE0">
        <w:rPr>
          <w:rFonts w:eastAsia="Times New Roman"/>
          <w:lang w:val="ru-RU"/>
        </w:rPr>
        <w:t>3.5.7. Получение дополнительных сведений от заявителя.</w:t>
      </w:r>
    </w:p>
    <w:p w:rsidR="0047343B" w:rsidRPr="000F6EE0" w:rsidRDefault="000F6EE0">
      <w:pPr>
        <w:spacing w:after="0" w:line="240" w:lineRule="auto"/>
        <w:ind w:firstLine="709"/>
        <w:jc w:val="both"/>
        <w:rPr>
          <w:lang w:val="ru-RU"/>
        </w:rPr>
      </w:pPr>
      <w:r w:rsidRPr="000F6EE0">
        <w:rPr>
          <w:rFonts w:eastAsia="Times New Roman"/>
          <w:lang w:val="ru-RU"/>
        </w:rPr>
        <w:t>Получение дополнительных сведений от заявителя не предусмотрено.</w:t>
      </w:r>
    </w:p>
    <w:p w:rsidR="0047343B" w:rsidRPr="000F6EE0" w:rsidRDefault="000F6EE0" w:rsidP="00BC563B">
      <w:pPr>
        <w:spacing w:after="0" w:line="240" w:lineRule="auto"/>
        <w:ind w:firstLine="709"/>
        <w:jc w:val="both"/>
        <w:rPr>
          <w:lang w:val="ru-RU"/>
        </w:rPr>
      </w:pPr>
      <w:r w:rsidRPr="000F6EE0">
        <w:rPr>
          <w:rFonts w:eastAsia="Times New Roman"/>
          <w:lang w:val="ru-RU"/>
        </w:rPr>
        <w:t>3.5.8. Получение муниципальной услуги в иных подразделениях органа, предоставляющего муниципальную услугу, невозможно.</w:t>
      </w:r>
    </w:p>
    <w:p w:rsidR="0047343B" w:rsidRPr="000F6EE0" w:rsidRDefault="000F6EE0" w:rsidP="00BC563B">
      <w:pPr>
        <w:spacing w:after="0" w:line="240" w:lineRule="auto"/>
        <w:ind w:firstLine="709"/>
        <w:jc w:val="both"/>
        <w:rPr>
          <w:lang w:val="ru-RU"/>
        </w:rPr>
      </w:pPr>
      <w:r w:rsidRPr="000F6EE0">
        <w:rPr>
          <w:rFonts w:eastAsia="Times New Roman"/>
          <w:lang w:val="ru-RU"/>
        </w:rPr>
        <w:t>Предоставление муниципальной услуги в упреждающем (</w:t>
      </w:r>
      <w:proofErr w:type="spellStart"/>
      <w:r w:rsidRPr="000F6EE0">
        <w:rPr>
          <w:rFonts w:eastAsia="Times New Roman"/>
          <w:lang w:val="ru-RU"/>
        </w:rPr>
        <w:t>проактивном</w:t>
      </w:r>
      <w:proofErr w:type="spellEnd"/>
      <w:r w:rsidRPr="000F6EE0">
        <w:rPr>
          <w:rFonts w:eastAsia="Times New Roman"/>
          <w:lang w:val="ru-RU"/>
        </w:rPr>
        <w:t>) режиме не осуществляется.</w:t>
      </w:r>
    </w:p>
    <w:p w:rsidR="00BC563B" w:rsidRDefault="00BC563B" w:rsidP="00BC563B">
      <w:pPr>
        <w:pStyle w:val="RegSubsection"/>
        <w:keepNext/>
        <w:spacing w:after="0" w:line="240" w:lineRule="auto"/>
        <w:ind w:firstLine="709"/>
        <w:jc w:val="both"/>
        <w:rPr>
          <w:rFonts w:eastAsia="Times New Roman"/>
          <w:b w:val="0"/>
          <w:sz w:val="28"/>
          <w:lang w:val="ru-RU"/>
        </w:rPr>
      </w:pPr>
    </w:p>
    <w:p w:rsidR="0047343B" w:rsidRPr="00BC563B" w:rsidRDefault="000F6EE0" w:rsidP="00BC563B">
      <w:pPr>
        <w:pStyle w:val="RegSubsection"/>
        <w:keepNext/>
        <w:spacing w:after="0" w:line="240" w:lineRule="auto"/>
        <w:ind w:firstLine="709"/>
        <w:jc w:val="both"/>
        <w:rPr>
          <w:b w:val="0"/>
          <w:lang w:val="ru-RU"/>
        </w:rPr>
      </w:pPr>
      <w:r w:rsidRPr="00BC563B">
        <w:rPr>
          <w:rFonts w:eastAsia="Times New Roman"/>
          <w:b w:val="0"/>
          <w:sz w:val="28"/>
          <w:lang w:val="ru-RU"/>
        </w:rPr>
        <w:t xml:space="preserve">Подраздел 3.6. Описание варианта предоставления муниципальной услуги </w:t>
      </w:r>
      <w:r w:rsidR="00BC563B">
        <w:rPr>
          <w:rFonts w:eastAsia="Times New Roman"/>
          <w:b w:val="0"/>
          <w:sz w:val="28"/>
          <w:lang w:val="ru-RU"/>
        </w:rPr>
        <w:t>«</w:t>
      </w:r>
      <w:r w:rsidRPr="00BC563B">
        <w:rPr>
          <w:rFonts w:eastAsia="Times New Roman"/>
          <w:b w:val="0"/>
          <w:sz w:val="28"/>
          <w:lang w:val="ru-RU"/>
        </w:rPr>
        <w:t>Выдача дубликата документа, выданного по результату ранее предоставленной муниципальной услуги</w:t>
      </w:r>
      <w:r w:rsidR="00BC563B">
        <w:rPr>
          <w:rFonts w:eastAsia="Times New Roman"/>
          <w:b w:val="0"/>
          <w:sz w:val="28"/>
          <w:lang w:val="ru-RU"/>
        </w:rPr>
        <w:t>»</w:t>
      </w:r>
    </w:p>
    <w:p w:rsidR="00BC563B" w:rsidRDefault="00BC563B" w:rsidP="00BC563B">
      <w:pPr>
        <w:spacing w:after="0" w:line="240" w:lineRule="auto"/>
        <w:ind w:firstLine="709"/>
        <w:jc w:val="both"/>
        <w:rPr>
          <w:rFonts w:eastAsia="Times New Roman"/>
          <w:lang w:val="ru-RU"/>
        </w:rPr>
      </w:pPr>
    </w:p>
    <w:p w:rsidR="0047343B" w:rsidRPr="000F6EE0" w:rsidRDefault="000F6EE0" w:rsidP="00BC563B">
      <w:pPr>
        <w:spacing w:after="0" w:line="240" w:lineRule="auto"/>
        <w:ind w:firstLine="709"/>
        <w:jc w:val="both"/>
        <w:rPr>
          <w:lang w:val="ru-RU"/>
        </w:rPr>
      </w:pPr>
      <w:r w:rsidRPr="000F6EE0">
        <w:rPr>
          <w:rFonts w:eastAsia="Times New Roman"/>
          <w:lang w:val="ru-RU"/>
        </w:rPr>
        <w:t>3.6.1. Результатом предоставления муниципальной услуги через уполномоченный орган, почтовым отправлением, МФЦ и через Портал результатом услуги является:</w:t>
      </w:r>
    </w:p>
    <w:p w:rsidR="0047343B" w:rsidRPr="000F6EE0" w:rsidRDefault="000F6EE0">
      <w:pPr>
        <w:spacing w:after="0" w:line="240" w:lineRule="auto"/>
        <w:ind w:firstLine="709"/>
        <w:jc w:val="both"/>
        <w:rPr>
          <w:lang w:val="ru-RU"/>
        </w:rPr>
      </w:pPr>
      <w:r w:rsidRPr="000F6EE0">
        <w:rPr>
          <w:rFonts w:eastAsia="Times New Roman"/>
          <w:lang w:val="ru-RU"/>
        </w:rPr>
        <w:t>дубликат документа, выданного по результату ранее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решение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3.6.2. В процессе предоставления муниципальной услуги в соответствии с вариантом выполняются следующие административные процедуры:</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рассмотрение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3.6.2.1. Прием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предусмотренными настоящим подразделом, с заявлением в произвольной форме с обоснованием необходимости выдачи дубликата документа, выданного по результату ранее предоставленной муниципальной услуги, а также с указанием вида, даты, номера выдачи </w:t>
      </w:r>
      <w:r w:rsidRPr="000F6EE0">
        <w:rPr>
          <w:rFonts w:eastAsia="Times New Roman"/>
          <w:lang w:val="ru-RU"/>
        </w:rPr>
        <w:lastRenderedPageBreak/>
        <w:t>(регистрации)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настоящим подразделом.</w:t>
      </w:r>
    </w:p>
    <w:p w:rsidR="0047343B" w:rsidRPr="000F6EE0" w:rsidRDefault="000F6EE0">
      <w:pPr>
        <w:spacing w:after="0" w:line="240" w:lineRule="auto"/>
        <w:ind w:firstLine="709"/>
        <w:jc w:val="both"/>
        <w:rPr>
          <w:lang w:val="ru-RU"/>
        </w:rPr>
      </w:pPr>
      <w:r w:rsidRPr="000F6EE0">
        <w:rPr>
          <w:rFonts w:eastAsia="Times New Roman"/>
          <w:lang w:val="ru-RU"/>
        </w:rPr>
        <w:t>Приём заявления и прилагаемых документов осуществляется в уполномоченном органе (в том числе посредством почтового отправления) работником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Заявление и прилагаемые документы могут быть приняты уполномоченным органом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7343B" w:rsidRPr="000F6EE0" w:rsidRDefault="000F6EE0">
      <w:pPr>
        <w:spacing w:after="0" w:line="240" w:lineRule="auto"/>
        <w:ind w:firstLine="709"/>
        <w:jc w:val="both"/>
        <w:rPr>
          <w:lang w:val="ru-RU"/>
        </w:rPr>
      </w:pPr>
      <w:r w:rsidRPr="000F6EE0">
        <w:rPr>
          <w:rFonts w:eastAsia="Times New Roman"/>
          <w:lang w:val="ru-RU"/>
        </w:rPr>
        <w:t>Срок регистрации заявления и прилагаемых документов работником Уполномоченного органа или МФЦ не может превышать 20 минут.</w:t>
      </w:r>
    </w:p>
    <w:p w:rsidR="0047343B" w:rsidRPr="000F6EE0" w:rsidRDefault="000F6EE0">
      <w:pPr>
        <w:spacing w:after="0" w:line="240" w:lineRule="auto"/>
        <w:ind w:firstLine="709"/>
        <w:jc w:val="both"/>
        <w:rPr>
          <w:lang w:val="ru-RU"/>
        </w:rPr>
      </w:pPr>
      <w:r w:rsidRPr="000F6EE0">
        <w:rPr>
          <w:rFonts w:eastAsia="Times New Roman"/>
          <w:lang w:val="ru-RU"/>
        </w:rPr>
        <w:t>При поступлении заявления и прилагаемых документов почтовым отправлением он подлежит регистрации в первый рабочий день.</w:t>
      </w:r>
    </w:p>
    <w:p w:rsidR="0047343B" w:rsidRPr="000F6EE0" w:rsidRDefault="000F6EE0">
      <w:pPr>
        <w:spacing w:after="0" w:line="240" w:lineRule="auto"/>
        <w:ind w:firstLine="709"/>
        <w:jc w:val="both"/>
        <w:rPr>
          <w:lang w:val="ru-RU"/>
        </w:rPr>
      </w:pPr>
      <w:r w:rsidRPr="000F6EE0">
        <w:rPr>
          <w:rFonts w:eastAsia="Times New Roman"/>
          <w:lang w:val="ru-RU"/>
        </w:rPr>
        <w:t>3.6.2.2. Рассмотрение заявления и прилагаемых документов</w:t>
      </w:r>
    </w:p>
    <w:p w:rsidR="0047343B" w:rsidRPr="000F6EE0" w:rsidRDefault="000F6EE0">
      <w:pPr>
        <w:spacing w:after="0" w:line="240" w:lineRule="auto"/>
        <w:ind w:firstLine="709"/>
        <w:jc w:val="both"/>
        <w:rPr>
          <w:lang w:val="ru-RU"/>
        </w:rPr>
      </w:pPr>
      <w:r w:rsidRPr="000F6EE0">
        <w:rPr>
          <w:rFonts w:eastAsia="Times New Roman"/>
          <w:lang w:val="ru-RU"/>
        </w:rPr>
        <w:t>Работник Уполномоченного органа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рабочего дня с даты регистрации соответствующего заявления.</w:t>
      </w:r>
    </w:p>
    <w:p w:rsidR="0047343B" w:rsidRPr="000F6EE0" w:rsidRDefault="000F6EE0">
      <w:pPr>
        <w:spacing w:after="0" w:line="240" w:lineRule="auto"/>
        <w:ind w:firstLine="709"/>
        <w:jc w:val="both"/>
        <w:rPr>
          <w:lang w:val="ru-RU"/>
        </w:rPr>
      </w:pPr>
      <w:r w:rsidRPr="000F6EE0">
        <w:rPr>
          <w:rFonts w:eastAsia="Times New Roman"/>
          <w:lang w:val="ru-RU"/>
        </w:rPr>
        <w:t>3.6.2.3. Принятие решения о предоставлении (об отказе в предоставлении)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 xml:space="preserve">В случае установления наличия оснований для отказа в предоставлении муниципальной услуги, указанных в Приложении </w:t>
      </w:r>
      <w:r w:rsidR="00BC563B">
        <w:rPr>
          <w:rFonts w:eastAsia="Times New Roman"/>
          <w:lang w:val="ru-RU"/>
        </w:rPr>
        <w:t xml:space="preserve">№ </w:t>
      </w:r>
      <w:r w:rsidRPr="000F6EE0">
        <w:rPr>
          <w:rFonts w:eastAsia="Times New Roman"/>
          <w:lang w:val="ru-RU"/>
        </w:rPr>
        <w:t>8 настоящего Административного регламента, работник уполномоченного органа подготавливает мотивированный ответ об отказе в предоставленной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Данный мотивированный ответ подписывается главой Новоджерелиевского сельского поселения Брюховецкого муниципального района Краснодарского края, подлежит регистрации в установленном порядке в течение двух рабочих дней и выдаче заявителю (представителю заявителя).</w:t>
      </w:r>
    </w:p>
    <w:p w:rsidR="0047343B" w:rsidRPr="000F6EE0" w:rsidRDefault="000F6EE0">
      <w:pPr>
        <w:spacing w:after="0" w:line="240" w:lineRule="auto"/>
        <w:ind w:firstLine="709"/>
        <w:jc w:val="both"/>
        <w:rPr>
          <w:lang w:val="ru-RU"/>
        </w:rPr>
      </w:pPr>
      <w:r w:rsidRPr="000F6EE0">
        <w:rPr>
          <w:rFonts w:eastAsia="Times New Roman"/>
          <w:lang w:val="ru-RU"/>
        </w:rPr>
        <w:t xml:space="preserve">При отсутствии оснований для отказа в предоставлении муниципальной услуги, указанных в Приложении </w:t>
      </w:r>
      <w:r w:rsidR="00BC563B">
        <w:rPr>
          <w:rFonts w:eastAsia="Times New Roman"/>
          <w:lang w:val="ru-RU"/>
        </w:rPr>
        <w:t xml:space="preserve">№ </w:t>
      </w:r>
      <w:r w:rsidRPr="000F6EE0">
        <w:rPr>
          <w:rFonts w:eastAsia="Times New Roman"/>
          <w:lang w:val="ru-RU"/>
        </w:rPr>
        <w:t>8 настоящего Административного регламента, 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находящимся в архиве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Заявитель вправе отозвать своё заявление на любой стадии рассмотрения, согласования или подготовки документа в уполномоченным органом, обратившись с соответствующим заявлением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3.6.2.4. Выдача результата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lastRenderedPageBreak/>
        <w:t>Подготовленные документы об исполнении муниципальной услуги направляются заявителю (представителю заявителя) непосредственно через Уполномоченный орган, в следующем порядке:</w:t>
      </w:r>
    </w:p>
    <w:p w:rsidR="0047343B" w:rsidRPr="000F6EE0" w:rsidRDefault="000F6EE0">
      <w:pPr>
        <w:spacing w:after="0" w:line="240" w:lineRule="auto"/>
        <w:ind w:firstLine="709"/>
        <w:jc w:val="both"/>
        <w:rPr>
          <w:lang w:val="ru-RU"/>
        </w:rPr>
      </w:pPr>
      <w:r w:rsidRPr="000F6EE0">
        <w:rPr>
          <w:rFonts w:eastAsia="Times New Roman"/>
          <w:lang w:val="ru-RU"/>
        </w:rPr>
        <w:t>для получения результата предоставления муниципальной услуги заявитель прибывает в уполномоченный орган лично с документом, удостоверяющим личность либо иным документом, удостоверяющим личность, в соответствии с законодательством Российской Федерации (документом, подтверждающим полномочия).</w:t>
      </w:r>
    </w:p>
    <w:p w:rsidR="0047343B" w:rsidRPr="000F6EE0" w:rsidRDefault="000F6EE0">
      <w:pPr>
        <w:spacing w:after="0" w:line="240" w:lineRule="auto"/>
        <w:ind w:firstLine="709"/>
        <w:jc w:val="both"/>
        <w:rPr>
          <w:lang w:val="ru-RU"/>
        </w:rPr>
      </w:pPr>
      <w:r w:rsidRPr="000F6EE0">
        <w:rPr>
          <w:rFonts w:eastAsia="Times New Roman"/>
          <w:lang w:val="ru-RU"/>
        </w:rPr>
        <w:t>При выдаче документов работник уполномоченного органа:</w:t>
      </w:r>
    </w:p>
    <w:p w:rsidR="0047343B" w:rsidRPr="000F6EE0" w:rsidRDefault="000F6EE0">
      <w:pPr>
        <w:spacing w:after="0" w:line="240" w:lineRule="auto"/>
        <w:ind w:firstLine="709"/>
        <w:jc w:val="both"/>
        <w:rPr>
          <w:lang w:val="ru-RU"/>
        </w:rPr>
      </w:pPr>
      <w:r w:rsidRPr="000F6EE0">
        <w:rPr>
          <w:rFonts w:eastAsia="Times New Roman"/>
          <w:lang w:val="ru-RU"/>
        </w:rPr>
        <w:t>устанавливает личность заявителя;</w:t>
      </w:r>
    </w:p>
    <w:p w:rsidR="0047343B" w:rsidRPr="000F6EE0" w:rsidRDefault="000F6EE0">
      <w:pPr>
        <w:spacing w:after="0" w:line="240" w:lineRule="auto"/>
        <w:ind w:firstLine="709"/>
        <w:jc w:val="both"/>
        <w:rPr>
          <w:lang w:val="ru-RU"/>
        </w:rPr>
      </w:pPr>
      <w:r w:rsidRPr="000F6EE0">
        <w:rPr>
          <w:rFonts w:eastAsia="Times New Roman"/>
          <w:lang w:val="ru-RU"/>
        </w:rPr>
        <w:t>знакомит заявителя с содержанием документов и выдает их.</w:t>
      </w:r>
    </w:p>
    <w:p w:rsidR="0047343B" w:rsidRPr="000F6EE0" w:rsidRDefault="000F6EE0">
      <w:pPr>
        <w:spacing w:after="0" w:line="240" w:lineRule="auto"/>
        <w:ind w:firstLine="709"/>
        <w:jc w:val="both"/>
        <w:rPr>
          <w:lang w:val="ru-RU"/>
        </w:rPr>
      </w:pPr>
      <w:r w:rsidRPr="000F6EE0">
        <w:rPr>
          <w:rFonts w:eastAsia="Times New Roman"/>
          <w:lang w:val="ru-RU"/>
        </w:rPr>
        <w:t>Способом получения результата муниципальной услуги является обращение заявителя в уполномоченный орган.</w:t>
      </w:r>
    </w:p>
    <w:p w:rsidR="0047343B" w:rsidRPr="000F6EE0" w:rsidRDefault="000F6EE0">
      <w:pPr>
        <w:spacing w:after="0" w:line="240" w:lineRule="auto"/>
        <w:ind w:firstLine="709"/>
        <w:jc w:val="both"/>
        <w:rPr>
          <w:lang w:val="ru-RU"/>
        </w:rPr>
      </w:pPr>
      <w:r w:rsidRPr="000F6EE0">
        <w:rPr>
          <w:rFonts w:eastAsia="Times New Roman"/>
          <w:lang w:val="ru-RU"/>
        </w:rPr>
        <w:t>Результат муниципальной услуги могут быть предоставлены заявителю уполномоченным органом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почтового отправления.</w:t>
      </w:r>
    </w:p>
    <w:p w:rsidR="0047343B" w:rsidRPr="000F6EE0" w:rsidRDefault="000F6EE0">
      <w:pPr>
        <w:spacing w:after="0" w:line="240" w:lineRule="auto"/>
        <w:ind w:firstLine="709"/>
        <w:jc w:val="both"/>
        <w:rPr>
          <w:lang w:val="ru-RU"/>
        </w:rPr>
      </w:pPr>
      <w:r w:rsidRPr="000F6EE0">
        <w:rPr>
          <w:rFonts w:eastAsia="Times New Roman"/>
          <w:lang w:val="ru-RU"/>
        </w:rPr>
        <w:t>Срок предоставления заявителю результата муниципальной услуги - 1 рабочий день со дня подготовки дубликата документа, выданного по результату ранее предоставленной муниципальной услуги, в строгом соответствии с экземпляром такого документа, находящимся в архиве уполномоченного органа. На лицевой стороне дубликата документа, выданного по результату ранее предоставленной муниципальной услуги, ст</w:t>
      </w:r>
      <w:r w:rsidR="00234B99">
        <w:rPr>
          <w:rFonts w:eastAsia="Times New Roman"/>
          <w:lang w:val="ru-RU"/>
        </w:rPr>
        <w:t>авится надпись «</w:t>
      </w:r>
      <w:r w:rsidRPr="000F6EE0">
        <w:rPr>
          <w:rFonts w:eastAsia="Times New Roman"/>
          <w:lang w:val="ru-RU"/>
        </w:rPr>
        <w:t>Дубликат</w:t>
      </w:r>
      <w:r w:rsidR="00234B99">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3.6.3. Максимальный срок предоставления муниципальной услуги не более 5 рабочих дней со дня принятия заявления (уведомления) и прилагаемых к нему документов.</w:t>
      </w:r>
    </w:p>
    <w:p w:rsidR="0047343B" w:rsidRPr="000F6EE0" w:rsidRDefault="000F6EE0">
      <w:pPr>
        <w:spacing w:after="0" w:line="240" w:lineRule="auto"/>
        <w:ind w:firstLine="709"/>
        <w:jc w:val="both"/>
        <w:rPr>
          <w:lang w:val="ru-RU"/>
        </w:rPr>
      </w:pPr>
      <w:r w:rsidRPr="000F6EE0">
        <w:rPr>
          <w:rFonts w:eastAsia="Times New Roman"/>
          <w:lang w:val="ru-RU"/>
        </w:rPr>
        <w:t>3.6.4. Способы установления личности (идентификации) заявителя (представителя заявителя).</w:t>
      </w:r>
    </w:p>
    <w:p w:rsidR="0047343B" w:rsidRPr="000F6EE0" w:rsidRDefault="000F6EE0">
      <w:pPr>
        <w:spacing w:after="0" w:line="240" w:lineRule="auto"/>
        <w:ind w:firstLine="709"/>
        <w:jc w:val="both"/>
        <w:rPr>
          <w:lang w:val="ru-RU"/>
        </w:rPr>
      </w:pPr>
      <w:r w:rsidRPr="000F6EE0">
        <w:rPr>
          <w:rFonts w:eastAsia="Times New Roman"/>
          <w:lang w:val="ru-RU"/>
        </w:rPr>
        <w:t>При подаче заявления в уполномоченный орган - в ходе личного приема проверка документа, удостоверяющего личность либо иного документа, удостоверяющего личность.</w:t>
      </w:r>
    </w:p>
    <w:p w:rsidR="0047343B" w:rsidRPr="000F6EE0" w:rsidRDefault="000F6EE0">
      <w:pPr>
        <w:spacing w:after="0" w:line="240" w:lineRule="auto"/>
        <w:ind w:firstLine="709"/>
        <w:jc w:val="both"/>
        <w:rPr>
          <w:lang w:val="ru-RU"/>
        </w:rPr>
      </w:pPr>
      <w:r w:rsidRPr="000F6EE0">
        <w:rPr>
          <w:rFonts w:eastAsia="Times New Roman"/>
          <w:lang w:val="ru-RU"/>
        </w:rPr>
        <w:t>3.6.5. Межведомственное информационное взаимодействие в соответствии с вариантом предоставления муниципальной услуги не предусмотрено.</w:t>
      </w:r>
    </w:p>
    <w:p w:rsidR="0047343B" w:rsidRPr="000F6EE0" w:rsidRDefault="000F6EE0">
      <w:pPr>
        <w:spacing w:after="0" w:line="240" w:lineRule="auto"/>
        <w:ind w:firstLine="709"/>
        <w:jc w:val="both"/>
        <w:rPr>
          <w:lang w:val="ru-RU"/>
        </w:rPr>
      </w:pPr>
      <w:r w:rsidRPr="000F6EE0">
        <w:rPr>
          <w:rFonts w:eastAsia="Times New Roman"/>
          <w:lang w:val="ru-RU"/>
        </w:rPr>
        <w:t>3.6.6. Приостановление предоставления муниципальной услуги.</w:t>
      </w:r>
    </w:p>
    <w:p w:rsidR="0047343B" w:rsidRPr="000F6EE0" w:rsidRDefault="000F6EE0">
      <w:pPr>
        <w:spacing w:after="0" w:line="240" w:lineRule="auto"/>
        <w:ind w:firstLine="709"/>
        <w:jc w:val="both"/>
        <w:rPr>
          <w:lang w:val="ru-RU"/>
        </w:rPr>
      </w:pPr>
      <w:r w:rsidRPr="000F6EE0">
        <w:rPr>
          <w:rFonts w:eastAsia="Times New Roman"/>
          <w:lang w:val="ru-RU"/>
        </w:rPr>
        <w:t>Основания для приостановления муниципальной услуги законодательством Российской Федерации не предусмотрены.</w:t>
      </w:r>
    </w:p>
    <w:p w:rsidR="0047343B" w:rsidRPr="000F6EE0" w:rsidRDefault="000F6EE0">
      <w:pPr>
        <w:spacing w:after="0" w:line="240" w:lineRule="auto"/>
        <w:ind w:firstLine="709"/>
        <w:jc w:val="both"/>
        <w:rPr>
          <w:lang w:val="ru-RU"/>
        </w:rPr>
      </w:pPr>
      <w:r w:rsidRPr="000F6EE0">
        <w:rPr>
          <w:rFonts w:eastAsia="Times New Roman"/>
          <w:lang w:val="ru-RU"/>
        </w:rPr>
        <w:t>3.6.7. Получение дополнительных сведений от заявителя.</w:t>
      </w:r>
    </w:p>
    <w:p w:rsidR="0047343B" w:rsidRPr="000F6EE0" w:rsidRDefault="000F6EE0" w:rsidP="00234B99">
      <w:pPr>
        <w:spacing w:after="0" w:line="240" w:lineRule="auto"/>
        <w:ind w:firstLine="709"/>
        <w:jc w:val="both"/>
        <w:rPr>
          <w:lang w:val="ru-RU"/>
        </w:rPr>
      </w:pPr>
      <w:r w:rsidRPr="000F6EE0">
        <w:rPr>
          <w:rFonts w:eastAsia="Times New Roman"/>
          <w:lang w:val="ru-RU"/>
        </w:rPr>
        <w:t>Получение дополнительных сведений от заявителя не предусмотрено.</w:t>
      </w:r>
    </w:p>
    <w:p w:rsidR="0047343B" w:rsidRPr="000F6EE0" w:rsidRDefault="000F6EE0" w:rsidP="00234B99">
      <w:pPr>
        <w:spacing w:after="0" w:line="240" w:lineRule="auto"/>
        <w:ind w:firstLine="709"/>
        <w:jc w:val="both"/>
        <w:rPr>
          <w:lang w:val="ru-RU"/>
        </w:rPr>
      </w:pPr>
      <w:r w:rsidRPr="000F6EE0">
        <w:rPr>
          <w:rFonts w:eastAsia="Times New Roman"/>
          <w:lang w:val="ru-RU"/>
        </w:rPr>
        <w:t>3.6.8. Получение муниципальной услуги в иных подразделениях органа, предоставляющего муниципальную услугу, невозможно.</w:t>
      </w:r>
    </w:p>
    <w:p w:rsidR="00234B99" w:rsidRDefault="00234B99" w:rsidP="00234B99">
      <w:pPr>
        <w:pStyle w:val="RegSection"/>
        <w:keepNext/>
        <w:spacing w:after="0" w:line="240" w:lineRule="auto"/>
        <w:jc w:val="center"/>
        <w:rPr>
          <w:rFonts w:eastAsia="Times New Roman"/>
          <w:sz w:val="28"/>
          <w:lang w:val="ru-RU"/>
        </w:rPr>
      </w:pPr>
    </w:p>
    <w:p w:rsidR="0047343B" w:rsidRPr="00234B99" w:rsidRDefault="000F6EE0" w:rsidP="00234B99">
      <w:pPr>
        <w:pStyle w:val="RegSection"/>
        <w:keepNext/>
        <w:spacing w:after="0" w:line="240" w:lineRule="auto"/>
        <w:jc w:val="center"/>
        <w:rPr>
          <w:lang w:val="ru-RU"/>
        </w:rPr>
      </w:pPr>
      <w:r w:rsidRPr="00234B99">
        <w:rPr>
          <w:rFonts w:eastAsia="Times New Roman"/>
          <w:sz w:val="28"/>
          <w:lang w:val="ru-RU"/>
        </w:rPr>
        <w:t>Раздел 4. Способы информирования заявителя об изменении статуса рассмотрения заявления о предоставлении муниципальной услуги</w:t>
      </w:r>
    </w:p>
    <w:p w:rsidR="00234B99" w:rsidRDefault="00234B99" w:rsidP="00234B99">
      <w:pPr>
        <w:spacing w:after="0" w:line="240" w:lineRule="auto"/>
        <w:ind w:firstLine="709"/>
        <w:jc w:val="both"/>
        <w:rPr>
          <w:rFonts w:eastAsia="Times New Roman"/>
          <w:lang w:val="ru-RU"/>
        </w:rPr>
      </w:pPr>
    </w:p>
    <w:p w:rsidR="0047343B" w:rsidRDefault="000F6EE0" w:rsidP="00234B99">
      <w:pPr>
        <w:spacing w:after="0" w:line="240" w:lineRule="auto"/>
        <w:ind w:firstLine="709"/>
        <w:jc w:val="both"/>
        <w:rPr>
          <w:rFonts w:eastAsia="Times New Roman"/>
          <w:lang w:val="ru-RU"/>
        </w:rPr>
      </w:pPr>
      <w:r w:rsidRPr="000F6EE0">
        <w:rPr>
          <w:rFonts w:eastAsia="Times New Roman"/>
          <w:lang w:val="ru-RU"/>
        </w:rPr>
        <w:t>4.1. Информация о ходе рассмотрения запроса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w:t>
      </w:r>
    </w:p>
    <w:p w:rsidR="00F90C2E" w:rsidRDefault="00F90C2E" w:rsidP="00234B99">
      <w:pPr>
        <w:spacing w:after="0" w:line="240" w:lineRule="auto"/>
        <w:ind w:firstLine="709"/>
        <w:jc w:val="both"/>
        <w:rPr>
          <w:rFonts w:eastAsia="Times New Roman"/>
          <w:lang w:val="ru-RU"/>
        </w:rPr>
      </w:pPr>
    </w:p>
    <w:p w:rsidR="00F90C2E" w:rsidRDefault="00F90C2E" w:rsidP="00234B99">
      <w:pPr>
        <w:spacing w:after="0" w:line="240" w:lineRule="auto"/>
        <w:ind w:firstLine="709"/>
        <w:jc w:val="both"/>
        <w:rPr>
          <w:rFonts w:eastAsia="Times New Roman"/>
          <w:lang w:val="ru-RU"/>
        </w:rPr>
      </w:pPr>
    </w:p>
    <w:p w:rsidR="00F90C2E" w:rsidRDefault="00F90C2E" w:rsidP="00234B99">
      <w:pPr>
        <w:spacing w:after="0" w:line="240" w:lineRule="auto"/>
        <w:ind w:firstLine="709"/>
        <w:jc w:val="both"/>
        <w:rPr>
          <w:rFonts w:eastAsia="Times New Roman"/>
          <w:lang w:val="ru-RU"/>
        </w:rPr>
      </w:pPr>
    </w:p>
    <w:p w:rsidR="00F90C2E" w:rsidRPr="000F6EE0" w:rsidRDefault="00F90C2E" w:rsidP="00F90C2E">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F90C2E" w:rsidRDefault="00F90C2E" w:rsidP="00F90C2E">
      <w:pPr>
        <w:spacing w:after="0" w:line="240" w:lineRule="auto"/>
        <w:rPr>
          <w:rFonts w:eastAsia="Times New Roman"/>
          <w:lang w:val="ru-RU"/>
        </w:rPr>
      </w:pPr>
      <w:r w:rsidRPr="000F6EE0">
        <w:rPr>
          <w:rFonts w:eastAsia="Times New Roman"/>
          <w:lang w:val="ru-RU"/>
        </w:rPr>
        <w:t>Брюховецкого муниципального района</w:t>
      </w:r>
    </w:p>
    <w:p w:rsidR="00F90C2E" w:rsidRPr="000F6EE0" w:rsidRDefault="00F90C2E" w:rsidP="00F90C2E">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647F93" w:rsidRDefault="00647F93" w:rsidP="008E1690">
      <w:pPr>
        <w:spacing w:after="0" w:line="240" w:lineRule="auto"/>
        <w:ind w:firstLine="5103"/>
        <w:rPr>
          <w:szCs w:val="28"/>
          <w:lang w:val="ru-RU"/>
        </w:rPr>
        <w:sectPr w:rsidR="00647F93" w:rsidSect="00F55E6E">
          <w:pgSz w:w="12240" w:h="15840"/>
          <w:pgMar w:top="1134" w:right="567" w:bottom="1134" w:left="1701" w:header="709" w:footer="709" w:gutter="0"/>
          <w:pgNumType w:start="1"/>
          <w:cols w:space="720"/>
          <w:titlePg/>
          <w:docGrid w:linePitch="381"/>
        </w:sectPr>
      </w:pPr>
    </w:p>
    <w:p w:rsidR="008E1690" w:rsidRPr="002E7D98" w:rsidRDefault="008E1690" w:rsidP="008E1690">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xml:space="preserve">№ </w:t>
      </w:r>
      <w:r w:rsidRPr="002E7D98">
        <w:rPr>
          <w:szCs w:val="28"/>
          <w:lang w:val="ru-RU"/>
        </w:rPr>
        <w:t>1</w:t>
      </w:r>
    </w:p>
    <w:p w:rsidR="008E1690" w:rsidRPr="002E7D98" w:rsidRDefault="008E1690" w:rsidP="008E1690">
      <w:pPr>
        <w:spacing w:after="0" w:line="240" w:lineRule="auto"/>
        <w:ind w:firstLine="5103"/>
        <w:rPr>
          <w:szCs w:val="28"/>
          <w:lang w:val="ru-RU"/>
        </w:rPr>
      </w:pPr>
      <w:r w:rsidRPr="002E7D98">
        <w:rPr>
          <w:szCs w:val="28"/>
          <w:lang w:val="ru-RU"/>
        </w:rPr>
        <w:t>к административному регламенту</w:t>
      </w:r>
    </w:p>
    <w:p w:rsidR="008E1690" w:rsidRPr="002E7D98" w:rsidRDefault="008E1690" w:rsidP="008E1690">
      <w:pPr>
        <w:spacing w:after="0" w:line="240" w:lineRule="auto"/>
        <w:ind w:firstLine="5103"/>
        <w:rPr>
          <w:szCs w:val="28"/>
          <w:lang w:val="ru-RU"/>
        </w:rPr>
      </w:pPr>
      <w:r w:rsidRPr="002E7D98">
        <w:rPr>
          <w:szCs w:val="28"/>
          <w:lang w:val="ru-RU"/>
        </w:rPr>
        <w:t>предоставления администрацией</w:t>
      </w:r>
    </w:p>
    <w:p w:rsidR="008E1690" w:rsidRDefault="008E1690" w:rsidP="008E1690">
      <w:pPr>
        <w:spacing w:after="0" w:line="240" w:lineRule="auto"/>
        <w:ind w:firstLine="5103"/>
        <w:rPr>
          <w:szCs w:val="28"/>
          <w:lang w:val="ru-RU"/>
        </w:rPr>
      </w:pPr>
      <w:r w:rsidRPr="002E7D98">
        <w:rPr>
          <w:szCs w:val="28"/>
          <w:lang w:val="ru-RU"/>
        </w:rPr>
        <w:t>Новоджерелиевского сельского</w:t>
      </w:r>
    </w:p>
    <w:p w:rsidR="008E1690" w:rsidRDefault="008E1690" w:rsidP="008E1690">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8E1690" w:rsidRPr="002E7D98" w:rsidRDefault="008E1690" w:rsidP="008E1690">
      <w:pPr>
        <w:spacing w:after="0" w:line="240" w:lineRule="auto"/>
        <w:ind w:firstLine="5103"/>
        <w:rPr>
          <w:szCs w:val="28"/>
          <w:lang w:val="ru-RU"/>
        </w:rPr>
      </w:pPr>
      <w:r w:rsidRPr="002E7D98">
        <w:rPr>
          <w:szCs w:val="28"/>
          <w:lang w:val="ru-RU"/>
        </w:rPr>
        <w:t>муниципального района</w:t>
      </w:r>
    </w:p>
    <w:p w:rsidR="008E1690" w:rsidRPr="002E7D98" w:rsidRDefault="008E1690" w:rsidP="008E1690">
      <w:pPr>
        <w:spacing w:after="0" w:line="240" w:lineRule="auto"/>
        <w:ind w:firstLine="5103"/>
        <w:rPr>
          <w:szCs w:val="28"/>
          <w:lang w:val="ru-RU"/>
        </w:rPr>
      </w:pPr>
      <w:r w:rsidRPr="002E7D98">
        <w:rPr>
          <w:szCs w:val="28"/>
          <w:lang w:val="ru-RU"/>
        </w:rPr>
        <w:t>Краснодарского края муниципальной</w:t>
      </w:r>
    </w:p>
    <w:p w:rsidR="008E1690" w:rsidRPr="002E7D98" w:rsidRDefault="008E1690" w:rsidP="008E1690">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8E1690" w:rsidRDefault="008E1690">
      <w:pPr>
        <w:spacing w:after="0" w:line="240" w:lineRule="auto"/>
        <w:ind w:firstLine="709"/>
        <w:jc w:val="both"/>
        <w:rPr>
          <w:rFonts w:eastAsia="Times New Roman"/>
          <w:lang w:val="ru-RU"/>
        </w:rPr>
      </w:pPr>
    </w:p>
    <w:p w:rsidR="008E1690" w:rsidRDefault="008E1690">
      <w:pPr>
        <w:spacing w:after="0" w:line="240" w:lineRule="auto"/>
        <w:ind w:firstLine="709"/>
        <w:jc w:val="both"/>
        <w:rPr>
          <w:rFonts w:eastAsia="Times New Roman"/>
          <w:lang w:val="ru-RU"/>
        </w:rPr>
      </w:pPr>
    </w:p>
    <w:p w:rsidR="0047343B" w:rsidRPr="008E1690" w:rsidRDefault="000F6EE0" w:rsidP="008E1690">
      <w:pPr>
        <w:spacing w:after="0" w:line="240" w:lineRule="auto"/>
        <w:jc w:val="center"/>
        <w:rPr>
          <w:b/>
          <w:lang w:val="ru-RU"/>
        </w:rPr>
      </w:pPr>
      <w:r w:rsidRPr="008E1690">
        <w:rPr>
          <w:rFonts w:eastAsia="Times New Roman"/>
          <w:b/>
          <w:lang w:val="ru-RU"/>
        </w:rPr>
        <w:t>Перечень общих признаков, по которым объединяются категории заявителей,</w:t>
      </w:r>
      <w:r w:rsidR="008E1690" w:rsidRPr="008E1690">
        <w:rPr>
          <w:rFonts w:eastAsia="Times New Roman"/>
          <w:b/>
          <w:lang w:val="ru-RU"/>
        </w:rPr>
        <w:t xml:space="preserve"> </w:t>
      </w:r>
      <w:r w:rsidRPr="008E1690">
        <w:rPr>
          <w:rFonts w:eastAsia="Times New Roman"/>
          <w:b/>
          <w:lang w:val="ru-RU"/>
        </w:rPr>
        <w:t>а также комбинации признаков заявителей, каждая из которых соответствует одному варианту предоставления муниципальной услуги</w:t>
      </w:r>
    </w:p>
    <w:p w:rsidR="008E1690" w:rsidRPr="008E1690" w:rsidRDefault="008E1690" w:rsidP="008E1690">
      <w:pPr>
        <w:spacing w:after="0" w:line="240" w:lineRule="auto"/>
        <w:ind w:firstLine="709"/>
        <w:jc w:val="center"/>
        <w:rPr>
          <w:rFonts w:eastAsia="Times New Roman"/>
          <w:b/>
          <w:lang w:val="ru-RU"/>
        </w:rPr>
      </w:pPr>
    </w:p>
    <w:p w:rsidR="0047343B" w:rsidRPr="000F6EE0" w:rsidRDefault="000F6EE0">
      <w:pPr>
        <w:spacing w:after="0" w:line="240" w:lineRule="auto"/>
        <w:ind w:firstLine="709"/>
        <w:jc w:val="both"/>
        <w:rPr>
          <w:lang w:val="ru-RU"/>
        </w:rPr>
      </w:pPr>
      <w:r w:rsidRPr="000F6EE0">
        <w:rPr>
          <w:rFonts w:eastAsia="Times New Roman"/>
          <w:lang w:val="ru-RU"/>
        </w:rPr>
        <w:t>Таблица 1. Общие признаки, по которым объединяются категории заявителей</w:t>
      </w:r>
    </w:p>
    <w:tbl>
      <w:tblPr>
        <w:tblStyle w:val="aff0"/>
        <w:tblW w:w="0" w:type="auto"/>
        <w:jc w:val="center"/>
        <w:tblLook w:val="04A0" w:firstRow="1" w:lastRow="0" w:firstColumn="1" w:lastColumn="0" w:noHBand="0" w:noVBand="1"/>
      </w:tblPr>
      <w:tblGrid>
        <w:gridCol w:w="3213"/>
        <w:gridCol w:w="3213"/>
        <w:gridCol w:w="3213"/>
      </w:tblGrid>
      <w:tr w:rsidR="0047343B" w:rsidRPr="008E1690">
        <w:trPr>
          <w:cantSplit/>
          <w:tblHeader/>
          <w:jc w:val="center"/>
        </w:trPr>
        <w:tc>
          <w:tcPr>
            <w:tcW w:w="3213" w:type="dxa"/>
            <w:tcMar>
              <w:top w:w="80" w:type="dxa"/>
              <w:left w:w="90" w:type="dxa"/>
              <w:bottom w:w="80" w:type="dxa"/>
              <w:right w:w="90" w:type="dxa"/>
            </w:tcMar>
            <w:vAlign w:val="center"/>
          </w:tcPr>
          <w:p w:rsidR="0047343B" w:rsidRPr="008E1690" w:rsidRDefault="008B1697">
            <w:pPr>
              <w:jc w:val="center"/>
            </w:pPr>
            <w:r w:rsidRPr="008E1690">
              <w:rPr>
                <w:rFonts w:eastAsia="Times New Roman"/>
                <w:sz w:val="22"/>
              </w:rPr>
              <w:t>№</w:t>
            </w:r>
            <w:r w:rsidR="000F6EE0" w:rsidRPr="008E1690">
              <w:rPr>
                <w:rFonts w:eastAsia="Times New Roman"/>
                <w:sz w:val="22"/>
              </w:rPr>
              <w:t xml:space="preserve"> п/п</w:t>
            </w:r>
          </w:p>
        </w:tc>
        <w:tc>
          <w:tcPr>
            <w:tcW w:w="3213"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Общие признаки</w:t>
            </w:r>
          </w:p>
        </w:tc>
        <w:tc>
          <w:tcPr>
            <w:tcW w:w="3213"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Категории заявителей</w:t>
            </w:r>
          </w:p>
        </w:tc>
      </w:tr>
      <w:tr w:rsidR="0047343B" w:rsidRPr="00D22EDE">
        <w:trPr>
          <w:cantSplit/>
          <w:jc w:val="center"/>
        </w:trPr>
        <w:tc>
          <w:tcPr>
            <w:tcW w:w="3213" w:type="dxa"/>
            <w:tcMar>
              <w:top w:w="80" w:type="dxa"/>
              <w:left w:w="90" w:type="dxa"/>
              <w:bottom w:w="80" w:type="dxa"/>
              <w:right w:w="90" w:type="dxa"/>
            </w:tcMar>
            <w:vAlign w:val="center"/>
          </w:tcPr>
          <w:p w:rsidR="0047343B" w:rsidRDefault="000F6EE0">
            <w:r>
              <w:rPr>
                <w:rFonts w:eastAsia="Times New Roman"/>
                <w:sz w:val="22"/>
              </w:rPr>
              <w:t>1</w:t>
            </w:r>
          </w:p>
        </w:tc>
        <w:tc>
          <w:tcPr>
            <w:tcW w:w="3213" w:type="dxa"/>
            <w:tcMar>
              <w:top w:w="80" w:type="dxa"/>
              <w:left w:w="90" w:type="dxa"/>
              <w:bottom w:w="80" w:type="dxa"/>
              <w:right w:w="90" w:type="dxa"/>
            </w:tcMar>
            <w:vAlign w:val="center"/>
          </w:tcPr>
          <w:p w:rsidR="0047343B" w:rsidRPr="000F6EE0" w:rsidRDefault="000F6EE0" w:rsidP="008E1690">
            <w:pPr>
              <w:rPr>
                <w:lang w:val="ru-RU"/>
              </w:rPr>
            </w:pPr>
            <w:r w:rsidRPr="000F6EE0">
              <w:rPr>
                <w:rFonts w:eastAsia="Times New Roman"/>
                <w:sz w:val="22"/>
                <w:lang w:val="ru-RU"/>
              </w:rPr>
              <w:t>физические лица, в том числе зарегистрированные в качестве индивидуальных предпринимателей, и юридические лица, осуществляющие хозяйственную и иную деятельность на территории Новоджерелиевского сельского поселения Брюховецкого муниципального района Краснодарского края, за исключением земельных участков, указанных в абзацах первом и втором пункта 1 подраздела 1.1 раздела 1 Административного регламента, для которой требуется вырубка (уничтожение), санитарная, омолаживающая, формовочная обрезка;</w:t>
            </w:r>
            <w:r w:rsidRPr="000F6EE0">
              <w:rPr>
                <w:rFonts w:eastAsia="Times New Roman"/>
                <w:sz w:val="22"/>
                <w:lang w:val="ru-RU"/>
              </w:rPr>
              <w:br/>
              <w:t>от имени заявителя с заявлением о предоставлении муниципальной услуги вправе обратиться его представители, наделенные соответствующими полномочиями</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категории, указанные в подразделе 1.2 раздела 1 Административного регламента</w:t>
            </w:r>
          </w:p>
        </w:tc>
      </w:tr>
    </w:tbl>
    <w:p w:rsidR="0047343B" w:rsidRPr="000F6EE0" w:rsidRDefault="0047343B">
      <w:pPr>
        <w:spacing w:after="0" w:line="240" w:lineRule="auto"/>
        <w:rPr>
          <w:lang w:val="ru-RU"/>
        </w:rPr>
      </w:pPr>
    </w:p>
    <w:p w:rsidR="0047343B" w:rsidRDefault="000F6EE0">
      <w:pPr>
        <w:spacing w:after="0" w:line="240" w:lineRule="auto"/>
        <w:ind w:firstLine="709"/>
        <w:jc w:val="both"/>
        <w:rPr>
          <w:rFonts w:eastAsia="Times New Roman"/>
          <w:lang w:val="ru-RU"/>
        </w:rPr>
      </w:pPr>
      <w:r w:rsidRPr="000F6EE0">
        <w:rPr>
          <w:rFonts w:eastAsia="Times New Roman"/>
          <w:lang w:val="ru-RU"/>
        </w:rPr>
        <w:lastRenderedPageBreak/>
        <w:t>Таблица 2. Комбинации признаков заявителей, каждая из которых соответствует одному варианту предоставления муниципальной услуги</w:t>
      </w:r>
    </w:p>
    <w:p w:rsidR="008E1690" w:rsidRPr="000F6EE0" w:rsidRDefault="008E1690">
      <w:pPr>
        <w:spacing w:after="0" w:line="240" w:lineRule="auto"/>
        <w:ind w:firstLine="709"/>
        <w:jc w:val="both"/>
        <w:rPr>
          <w:lang w:val="ru-RU"/>
        </w:rPr>
      </w:pPr>
    </w:p>
    <w:tbl>
      <w:tblPr>
        <w:tblStyle w:val="aff0"/>
        <w:tblW w:w="0" w:type="auto"/>
        <w:jc w:val="center"/>
        <w:tblLook w:val="04A0" w:firstRow="1" w:lastRow="0" w:firstColumn="1" w:lastColumn="0" w:noHBand="0" w:noVBand="1"/>
      </w:tblPr>
      <w:tblGrid>
        <w:gridCol w:w="3213"/>
        <w:gridCol w:w="3213"/>
        <w:gridCol w:w="3213"/>
      </w:tblGrid>
      <w:tr w:rsidR="0047343B" w:rsidRPr="008E1690">
        <w:trPr>
          <w:cantSplit/>
          <w:tblHeader/>
          <w:jc w:val="center"/>
        </w:trPr>
        <w:tc>
          <w:tcPr>
            <w:tcW w:w="3213" w:type="dxa"/>
            <w:tcMar>
              <w:top w:w="80" w:type="dxa"/>
              <w:left w:w="90" w:type="dxa"/>
              <w:bottom w:w="80" w:type="dxa"/>
              <w:right w:w="90" w:type="dxa"/>
            </w:tcMar>
            <w:vAlign w:val="center"/>
          </w:tcPr>
          <w:p w:rsidR="0047343B" w:rsidRPr="008E1690" w:rsidRDefault="008B1697">
            <w:pPr>
              <w:jc w:val="center"/>
            </w:pPr>
            <w:r w:rsidRPr="008E1690">
              <w:rPr>
                <w:rFonts w:eastAsia="Times New Roman"/>
                <w:sz w:val="22"/>
              </w:rPr>
              <w:t>№</w:t>
            </w:r>
            <w:r w:rsidR="000F6EE0" w:rsidRPr="008E1690">
              <w:rPr>
                <w:rFonts w:eastAsia="Times New Roman"/>
                <w:sz w:val="22"/>
              </w:rPr>
              <w:t xml:space="preserve"> п/п</w:t>
            </w:r>
          </w:p>
        </w:tc>
        <w:tc>
          <w:tcPr>
            <w:tcW w:w="3213"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Комбинация признаков</w:t>
            </w:r>
          </w:p>
        </w:tc>
        <w:tc>
          <w:tcPr>
            <w:tcW w:w="3213"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Вариант предоставления муниципальной услуги</w:t>
            </w:r>
          </w:p>
        </w:tc>
      </w:tr>
      <w:tr w:rsidR="0047343B">
        <w:trPr>
          <w:cantSplit/>
          <w:jc w:val="center"/>
        </w:trPr>
        <w:tc>
          <w:tcPr>
            <w:tcW w:w="3213" w:type="dxa"/>
            <w:tcMar>
              <w:top w:w="80" w:type="dxa"/>
              <w:left w:w="90" w:type="dxa"/>
              <w:bottom w:w="80" w:type="dxa"/>
              <w:right w:w="90" w:type="dxa"/>
            </w:tcMar>
            <w:vAlign w:val="center"/>
          </w:tcPr>
          <w:p w:rsidR="0047343B" w:rsidRDefault="000F6EE0">
            <w:r>
              <w:rPr>
                <w:rFonts w:eastAsia="Times New Roman"/>
                <w:sz w:val="22"/>
              </w:rPr>
              <w:t>1</w:t>
            </w:r>
          </w:p>
        </w:tc>
        <w:tc>
          <w:tcPr>
            <w:tcW w:w="3213" w:type="dxa"/>
            <w:tcMar>
              <w:top w:w="80" w:type="dxa"/>
              <w:left w:w="90" w:type="dxa"/>
              <w:bottom w:w="80" w:type="dxa"/>
              <w:right w:w="90" w:type="dxa"/>
            </w:tcMar>
            <w:vAlign w:val="center"/>
          </w:tcPr>
          <w:p w:rsidR="0047343B" w:rsidRDefault="000F6EE0">
            <w:r>
              <w:rPr>
                <w:rFonts w:eastAsia="Times New Roman"/>
                <w:sz w:val="22"/>
              </w:rPr>
              <w:t>2</w:t>
            </w:r>
          </w:p>
        </w:tc>
        <w:tc>
          <w:tcPr>
            <w:tcW w:w="3213" w:type="dxa"/>
            <w:tcMar>
              <w:top w:w="80" w:type="dxa"/>
              <w:left w:w="90" w:type="dxa"/>
              <w:bottom w:w="80" w:type="dxa"/>
              <w:right w:w="90" w:type="dxa"/>
            </w:tcMar>
            <w:vAlign w:val="center"/>
          </w:tcPr>
          <w:p w:rsidR="0047343B" w:rsidRDefault="000F6EE0">
            <w:r>
              <w:rPr>
                <w:rFonts w:eastAsia="Times New Roman"/>
                <w:sz w:val="22"/>
              </w:rPr>
              <w:t>3</w:t>
            </w:r>
          </w:p>
        </w:tc>
      </w:tr>
      <w:tr w:rsidR="0047343B">
        <w:trPr>
          <w:cantSplit/>
          <w:jc w:val="center"/>
        </w:trPr>
        <w:tc>
          <w:tcPr>
            <w:tcW w:w="3213" w:type="dxa"/>
            <w:tcMar>
              <w:top w:w="80" w:type="dxa"/>
              <w:left w:w="90" w:type="dxa"/>
              <w:bottom w:w="80" w:type="dxa"/>
              <w:right w:w="90" w:type="dxa"/>
            </w:tcMar>
            <w:vAlign w:val="center"/>
          </w:tcPr>
          <w:p w:rsidR="0047343B" w:rsidRDefault="000F6EE0">
            <w:r>
              <w:rPr>
                <w:rFonts w:eastAsia="Times New Roman"/>
                <w:sz w:val="22"/>
              </w:rPr>
              <w:t>1</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При обращении с заявлением о выдаче порубочного билета на вырубку (уничтожение) зелёных насаждений, находящихся в аварийном состоянии, санитарную, омолаживающую, формовочную обрезку</w:t>
            </w:r>
          </w:p>
        </w:tc>
        <w:tc>
          <w:tcPr>
            <w:tcW w:w="3213" w:type="dxa"/>
            <w:tcMar>
              <w:top w:w="80" w:type="dxa"/>
              <w:left w:w="90" w:type="dxa"/>
              <w:bottom w:w="80" w:type="dxa"/>
              <w:right w:w="90" w:type="dxa"/>
            </w:tcMar>
            <w:vAlign w:val="center"/>
          </w:tcPr>
          <w:p w:rsidR="0047343B" w:rsidRDefault="000F6EE0">
            <w:r w:rsidRPr="000F6EE0">
              <w:rPr>
                <w:rFonts w:eastAsia="Times New Roman"/>
                <w:sz w:val="22"/>
                <w:lang w:val="ru-RU"/>
              </w:rPr>
              <w:t xml:space="preserve">выдача порубочного билета установленной формы согласно приложению </w:t>
            </w:r>
            <w:r w:rsidR="008E1690">
              <w:rPr>
                <w:rFonts w:eastAsia="Times New Roman"/>
                <w:sz w:val="22"/>
                <w:lang w:val="ru-RU"/>
              </w:rPr>
              <w:t xml:space="preserve">№ </w:t>
            </w:r>
            <w:r>
              <w:rPr>
                <w:rFonts w:eastAsia="Times New Roman"/>
                <w:sz w:val="22"/>
              </w:rPr>
              <w:t>3 к Административному регламенту</w:t>
            </w:r>
          </w:p>
        </w:tc>
      </w:tr>
      <w:tr w:rsidR="0047343B">
        <w:trPr>
          <w:cantSplit/>
          <w:jc w:val="center"/>
        </w:trPr>
        <w:tc>
          <w:tcPr>
            <w:tcW w:w="3213" w:type="dxa"/>
            <w:tcMar>
              <w:top w:w="80" w:type="dxa"/>
              <w:left w:w="90" w:type="dxa"/>
              <w:bottom w:w="80" w:type="dxa"/>
              <w:right w:w="90" w:type="dxa"/>
            </w:tcMar>
            <w:vAlign w:val="center"/>
          </w:tcPr>
          <w:p w:rsidR="0047343B" w:rsidRDefault="000F6EE0">
            <w:r>
              <w:rPr>
                <w:rFonts w:eastAsia="Times New Roman"/>
                <w:sz w:val="22"/>
              </w:rPr>
              <w:t>2</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При обращении с заявлением о выдаче</w:t>
            </w:r>
            <w:r w:rsidRPr="000F6EE0">
              <w:rPr>
                <w:rFonts w:eastAsia="Times New Roman"/>
                <w:sz w:val="22"/>
                <w:lang w:val="ru-RU"/>
              </w:rPr>
              <w:br/>
              <w:t>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p>
        </w:tc>
        <w:tc>
          <w:tcPr>
            <w:tcW w:w="3213" w:type="dxa"/>
            <w:tcMar>
              <w:top w:w="80" w:type="dxa"/>
              <w:left w:w="90" w:type="dxa"/>
              <w:bottom w:w="80" w:type="dxa"/>
              <w:right w:w="90" w:type="dxa"/>
            </w:tcMar>
            <w:vAlign w:val="center"/>
          </w:tcPr>
          <w:p w:rsidR="0047343B" w:rsidRDefault="000F6EE0">
            <w:r w:rsidRPr="000F6EE0">
              <w:rPr>
                <w:rFonts w:eastAsia="Times New Roman"/>
                <w:sz w:val="22"/>
                <w:lang w:val="ru-RU"/>
              </w:rPr>
              <w:t xml:space="preserve">выдача акта обследования зелёных насаждений согласно приложению </w:t>
            </w:r>
            <w:r w:rsidR="008E1690">
              <w:rPr>
                <w:rFonts w:eastAsia="Times New Roman"/>
                <w:sz w:val="22"/>
                <w:lang w:val="ru-RU"/>
              </w:rPr>
              <w:t xml:space="preserve">№ </w:t>
            </w:r>
            <w:r w:rsidRPr="000F6EE0">
              <w:rPr>
                <w:rFonts w:eastAsia="Times New Roman"/>
                <w:sz w:val="22"/>
                <w:lang w:val="ru-RU"/>
              </w:rPr>
              <w:t xml:space="preserve">4 к Административному регламенту и расчёта размера платы за проведение компенсационного озеленения при уничтожении зеленых </w:t>
            </w:r>
            <w:r w:rsidR="008E1690" w:rsidRPr="000F6EE0">
              <w:rPr>
                <w:rFonts w:eastAsia="Times New Roman"/>
                <w:sz w:val="22"/>
                <w:lang w:val="ru-RU"/>
              </w:rPr>
              <w:t>насаждений; выдача</w:t>
            </w:r>
            <w:r w:rsidRPr="000F6EE0">
              <w:rPr>
                <w:rFonts w:eastAsia="Times New Roman"/>
                <w:sz w:val="22"/>
                <w:lang w:val="ru-RU"/>
              </w:rPr>
              <w:t xml:space="preserve"> порубочного билета установленной формы согласно приложению </w:t>
            </w:r>
            <w:r w:rsidR="008E1690">
              <w:rPr>
                <w:rFonts w:eastAsia="Times New Roman"/>
                <w:sz w:val="22"/>
                <w:lang w:val="ru-RU"/>
              </w:rPr>
              <w:t xml:space="preserve">№ </w:t>
            </w:r>
            <w:r>
              <w:rPr>
                <w:rFonts w:eastAsia="Times New Roman"/>
                <w:sz w:val="22"/>
              </w:rPr>
              <w:t>3 к Административному регламенту</w:t>
            </w:r>
          </w:p>
        </w:tc>
      </w:tr>
      <w:tr w:rsidR="0047343B" w:rsidRPr="00D22EDE">
        <w:trPr>
          <w:cantSplit/>
          <w:jc w:val="center"/>
        </w:trPr>
        <w:tc>
          <w:tcPr>
            <w:tcW w:w="3213" w:type="dxa"/>
            <w:tcMar>
              <w:top w:w="80" w:type="dxa"/>
              <w:left w:w="90" w:type="dxa"/>
              <w:bottom w:w="80" w:type="dxa"/>
              <w:right w:w="90" w:type="dxa"/>
            </w:tcMar>
            <w:vAlign w:val="center"/>
          </w:tcPr>
          <w:p w:rsidR="0047343B" w:rsidRDefault="000F6EE0">
            <w:r>
              <w:rPr>
                <w:rFonts w:eastAsia="Times New Roman"/>
                <w:sz w:val="22"/>
              </w:rPr>
              <w:t>3</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Заявитель (представитель заявителя) обращается за исправлением допущенных опечаток и ошибок в выданных в результате предоставления муниципальной услуги документах</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исправление допущенных опечаток и ошибок в выданных в результате предоставления муниципальной услуги документах</w:t>
            </w:r>
          </w:p>
        </w:tc>
      </w:tr>
      <w:tr w:rsidR="0047343B" w:rsidRPr="00D22EDE">
        <w:trPr>
          <w:cantSplit/>
          <w:jc w:val="center"/>
        </w:trPr>
        <w:tc>
          <w:tcPr>
            <w:tcW w:w="3213" w:type="dxa"/>
            <w:tcMar>
              <w:top w:w="80" w:type="dxa"/>
              <w:left w:w="90" w:type="dxa"/>
              <w:bottom w:w="80" w:type="dxa"/>
              <w:right w:w="90" w:type="dxa"/>
            </w:tcMar>
            <w:vAlign w:val="center"/>
          </w:tcPr>
          <w:p w:rsidR="0047343B" w:rsidRDefault="000F6EE0">
            <w:r>
              <w:rPr>
                <w:rFonts w:eastAsia="Times New Roman"/>
                <w:sz w:val="22"/>
              </w:rPr>
              <w:t>4</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Заявитель (представитель заявителя) обращается за выдачей дубликата документа, полученного по результатам предоставления муниципальной услуги</w:t>
            </w:r>
          </w:p>
        </w:tc>
        <w:tc>
          <w:tcPr>
            <w:tcW w:w="3213" w:type="dxa"/>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выдача дубликата документа, полученного по результатам предоставления муниципальной услуги</w:t>
            </w:r>
          </w:p>
        </w:tc>
      </w:tr>
    </w:tbl>
    <w:p w:rsidR="0047343B" w:rsidRDefault="0047343B">
      <w:pPr>
        <w:spacing w:after="0" w:line="240" w:lineRule="auto"/>
        <w:rPr>
          <w:lang w:val="ru-RU"/>
        </w:rPr>
      </w:pPr>
    </w:p>
    <w:p w:rsidR="008E1690" w:rsidRDefault="008E1690">
      <w:pPr>
        <w:spacing w:after="0" w:line="240" w:lineRule="auto"/>
        <w:rPr>
          <w:lang w:val="ru-RU"/>
        </w:rPr>
      </w:pPr>
    </w:p>
    <w:p w:rsidR="008E1690" w:rsidRPr="000F6EE0" w:rsidRDefault="008E1690" w:rsidP="008E1690">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8E1690" w:rsidRDefault="008E1690" w:rsidP="008E1690">
      <w:pPr>
        <w:spacing w:after="0" w:line="240" w:lineRule="auto"/>
        <w:rPr>
          <w:rFonts w:eastAsia="Times New Roman"/>
          <w:lang w:val="ru-RU"/>
        </w:rPr>
      </w:pPr>
      <w:r w:rsidRPr="000F6EE0">
        <w:rPr>
          <w:rFonts w:eastAsia="Times New Roman"/>
          <w:lang w:val="ru-RU"/>
        </w:rPr>
        <w:t>Брюховецкого муниципального района</w:t>
      </w:r>
    </w:p>
    <w:p w:rsidR="00647F93" w:rsidRDefault="008E1690" w:rsidP="008E1690">
      <w:pPr>
        <w:spacing w:after="0" w:line="240" w:lineRule="auto"/>
        <w:rPr>
          <w:rFonts w:eastAsia="Times New Roman"/>
          <w:lang w:val="ru-RU"/>
        </w:rPr>
        <w:sectPr w:rsidR="00647F93" w:rsidSect="00F55E6E">
          <w:pgSz w:w="12240" w:h="15840"/>
          <w:pgMar w:top="1134" w:right="567" w:bottom="1134" w:left="1701" w:header="709" w:footer="709" w:gutter="0"/>
          <w:pgNumType w:start="1"/>
          <w:cols w:space="720"/>
          <w:titlePg/>
          <w:docGrid w:linePitch="381"/>
        </w:sectPr>
      </w:pPr>
      <w:r w:rsidRPr="000F6EE0">
        <w:rPr>
          <w:rFonts w:eastAsia="Times New Roman"/>
          <w:lang w:val="ru-RU"/>
        </w:rPr>
        <w:t>Краснодарского края</w:t>
      </w:r>
      <w:r>
        <w:rPr>
          <w:rFonts w:eastAsia="Times New Roman"/>
          <w:lang w:val="ru-RU"/>
        </w:rPr>
        <w:t xml:space="preserve">                                                                                 О.В. Ткаченко</w:t>
      </w:r>
    </w:p>
    <w:p w:rsidR="008E1690" w:rsidRPr="002E7D98" w:rsidRDefault="008E1690" w:rsidP="008E1690">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2</w:t>
      </w:r>
    </w:p>
    <w:p w:rsidR="008E1690" w:rsidRPr="002E7D98" w:rsidRDefault="008E1690" w:rsidP="008E1690">
      <w:pPr>
        <w:spacing w:after="0" w:line="240" w:lineRule="auto"/>
        <w:ind w:firstLine="5103"/>
        <w:rPr>
          <w:szCs w:val="28"/>
          <w:lang w:val="ru-RU"/>
        </w:rPr>
      </w:pPr>
      <w:r w:rsidRPr="002E7D98">
        <w:rPr>
          <w:szCs w:val="28"/>
          <w:lang w:val="ru-RU"/>
        </w:rPr>
        <w:t>к административному регламенту</w:t>
      </w:r>
    </w:p>
    <w:p w:rsidR="008E1690" w:rsidRPr="002E7D98" w:rsidRDefault="008E1690" w:rsidP="008E1690">
      <w:pPr>
        <w:spacing w:after="0" w:line="240" w:lineRule="auto"/>
        <w:ind w:firstLine="5103"/>
        <w:rPr>
          <w:szCs w:val="28"/>
          <w:lang w:val="ru-RU"/>
        </w:rPr>
      </w:pPr>
      <w:r w:rsidRPr="002E7D98">
        <w:rPr>
          <w:szCs w:val="28"/>
          <w:lang w:val="ru-RU"/>
        </w:rPr>
        <w:t>предоставления администрацией</w:t>
      </w:r>
    </w:p>
    <w:p w:rsidR="008E1690" w:rsidRDefault="008E1690" w:rsidP="008E1690">
      <w:pPr>
        <w:spacing w:after="0" w:line="240" w:lineRule="auto"/>
        <w:ind w:firstLine="5103"/>
        <w:rPr>
          <w:szCs w:val="28"/>
          <w:lang w:val="ru-RU"/>
        </w:rPr>
      </w:pPr>
      <w:r w:rsidRPr="002E7D98">
        <w:rPr>
          <w:szCs w:val="28"/>
          <w:lang w:val="ru-RU"/>
        </w:rPr>
        <w:t>Новоджерелиевского сельского</w:t>
      </w:r>
    </w:p>
    <w:p w:rsidR="008E1690" w:rsidRDefault="008E1690" w:rsidP="008E1690">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8E1690" w:rsidRPr="002E7D98" w:rsidRDefault="008E1690" w:rsidP="008E1690">
      <w:pPr>
        <w:spacing w:after="0" w:line="240" w:lineRule="auto"/>
        <w:ind w:firstLine="5103"/>
        <w:rPr>
          <w:szCs w:val="28"/>
          <w:lang w:val="ru-RU"/>
        </w:rPr>
      </w:pPr>
      <w:r w:rsidRPr="002E7D98">
        <w:rPr>
          <w:szCs w:val="28"/>
          <w:lang w:val="ru-RU"/>
        </w:rPr>
        <w:t>муниципального района</w:t>
      </w:r>
    </w:p>
    <w:p w:rsidR="008E1690" w:rsidRPr="002E7D98" w:rsidRDefault="008E1690" w:rsidP="008E1690">
      <w:pPr>
        <w:spacing w:after="0" w:line="240" w:lineRule="auto"/>
        <w:ind w:firstLine="5103"/>
        <w:rPr>
          <w:szCs w:val="28"/>
          <w:lang w:val="ru-RU"/>
        </w:rPr>
      </w:pPr>
      <w:r w:rsidRPr="002E7D98">
        <w:rPr>
          <w:szCs w:val="28"/>
          <w:lang w:val="ru-RU"/>
        </w:rPr>
        <w:t>Краснодарского края муниципальной</w:t>
      </w:r>
    </w:p>
    <w:p w:rsidR="008E1690" w:rsidRPr="002E7D98" w:rsidRDefault="008E1690" w:rsidP="008E1690">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8E1690" w:rsidRDefault="008E1690" w:rsidP="008E1690">
      <w:pPr>
        <w:spacing w:after="0" w:line="240" w:lineRule="auto"/>
        <w:ind w:firstLine="709"/>
        <w:jc w:val="both"/>
        <w:rPr>
          <w:rFonts w:eastAsia="Times New Roman"/>
          <w:lang w:val="ru-RU"/>
        </w:rPr>
      </w:pPr>
    </w:p>
    <w:p w:rsidR="008E1690" w:rsidRDefault="008E1690" w:rsidP="008E1690">
      <w:pPr>
        <w:spacing w:after="0" w:line="240" w:lineRule="auto"/>
        <w:ind w:firstLine="709"/>
        <w:jc w:val="both"/>
        <w:rPr>
          <w:rFonts w:eastAsia="Times New Roman"/>
          <w:lang w:val="ru-RU"/>
        </w:rPr>
      </w:pPr>
    </w:p>
    <w:p w:rsidR="0047343B" w:rsidRPr="008E1690" w:rsidRDefault="000F6EE0" w:rsidP="008E1690">
      <w:pPr>
        <w:spacing w:after="0" w:line="240" w:lineRule="auto"/>
        <w:ind w:firstLine="709"/>
        <w:jc w:val="center"/>
        <w:rPr>
          <w:b/>
          <w:lang w:val="ru-RU"/>
        </w:rPr>
      </w:pPr>
      <w:r w:rsidRPr="008E1690">
        <w:rPr>
          <w:rFonts w:eastAsia="Times New Roman"/>
          <w:b/>
          <w:lang w:val="ru-RU"/>
        </w:rPr>
        <w:t>ОБРАЗЕЦ ЗАЯВЛЕНИЯ</w:t>
      </w:r>
    </w:p>
    <w:p w:rsidR="008E1690" w:rsidRDefault="008E1690">
      <w:pPr>
        <w:spacing w:after="0" w:line="240" w:lineRule="auto"/>
        <w:ind w:firstLine="709"/>
        <w:jc w:val="both"/>
        <w:rPr>
          <w:rFonts w:eastAsia="Times New Roman"/>
          <w:lang w:val="ru-RU"/>
        </w:rPr>
      </w:pPr>
    </w:p>
    <w:p w:rsidR="0047343B" w:rsidRPr="000F6EE0" w:rsidRDefault="000F6EE0" w:rsidP="008E1690">
      <w:pPr>
        <w:spacing w:after="0" w:line="240" w:lineRule="auto"/>
        <w:ind w:firstLine="5103"/>
        <w:jc w:val="both"/>
        <w:rPr>
          <w:lang w:val="ru-RU"/>
        </w:rPr>
      </w:pPr>
      <w:r w:rsidRPr="000F6EE0">
        <w:rPr>
          <w:rFonts w:eastAsia="Times New Roman"/>
          <w:lang w:val="ru-RU"/>
        </w:rPr>
        <w:t>Главе</w:t>
      </w:r>
    </w:p>
    <w:p w:rsidR="0047343B" w:rsidRPr="000F6EE0" w:rsidRDefault="000F6EE0" w:rsidP="008E1690">
      <w:pPr>
        <w:spacing w:after="0" w:line="240" w:lineRule="auto"/>
        <w:ind w:firstLine="5103"/>
        <w:jc w:val="both"/>
        <w:rPr>
          <w:lang w:val="ru-RU"/>
        </w:rPr>
      </w:pPr>
      <w:r w:rsidRPr="000F6EE0">
        <w:rPr>
          <w:rFonts w:eastAsia="Times New Roman"/>
          <w:lang w:val="ru-RU"/>
        </w:rPr>
        <w:t>_________________________________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от _______________________________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(Ф.И.О.)</w:t>
      </w:r>
    </w:p>
    <w:p w:rsidR="0047343B" w:rsidRPr="000F6EE0" w:rsidRDefault="000F6EE0" w:rsidP="008E1690">
      <w:pPr>
        <w:spacing w:after="0" w:line="240" w:lineRule="auto"/>
        <w:ind w:firstLine="5103"/>
        <w:jc w:val="both"/>
        <w:rPr>
          <w:lang w:val="ru-RU"/>
        </w:rPr>
      </w:pPr>
      <w:r w:rsidRPr="000F6EE0">
        <w:rPr>
          <w:rFonts w:eastAsia="Times New Roman"/>
          <w:lang w:val="ru-RU"/>
        </w:rPr>
        <w:t>_________________________________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по доверенности___________________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_________________________________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адрес проживания: 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_________________________________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паспортные данные: 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_________________________________</w:t>
      </w:r>
    </w:p>
    <w:p w:rsidR="0047343B" w:rsidRPr="000F6EE0" w:rsidRDefault="000F6EE0" w:rsidP="008E1690">
      <w:pPr>
        <w:spacing w:after="0" w:line="240" w:lineRule="auto"/>
        <w:ind w:firstLine="5103"/>
        <w:jc w:val="both"/>
        <w:rPr>
          <w:lang w:val="ru-RU"/>
        </w:rPr>
      </w:pPr>
      <w:r w:rsidRPr="000F6EE0">
        <w:rPr>
          <w:rFonts w:eastAsia="Times New Roman"/>
          <w:lang w:val="ru-RU"/>
        </w:rPr>
        <w:t>(серия и номер, кем, когда выдан)</w:t>
      </w:r>
    </w:p>
    <w:p w:rsidR="0047343B" w:rsidRPr="000F6EE0" w:rsidRDefault="000F6EE0" w:rsidP="008E1690">
      <w:pPr>
        <w:spacing w:after="0" w:line="240" w:lineRule="auto"/>
        <w:ind w:firstLine="5103"/>
        <w:jc w:val="both"/>
        <w:rPr>
          <w:lang w:val="ru-RU"/>
        </w:rPr>
      </w:pPr>
      <w:r w:rsidRPr="000F6EE0">
        <w:rPr>
          <w:rFonts w:eastAsia="Times New Roman"/>
          <w:lang w:val="ru-RU"/>
        </w:rPr>
        <w:t>телефон: _________________________</w:t>
      </w:r>
    </w:p>
    <w:p w:rsidR="008E1690" w:rsidRDefault="008E1690">
      <w:pPr>
        <w:spacing w:after="0" w:line="240" w:lineRule="auto"/>
        <w:ind w:firstLine="709"/>
        <w:jc w:val="both"/>
        <w:rPr>
          <w:rFonts w:eastAsia="Times New Roman"/>
          <w:lang w:val="ru-RU"/>
        </w:rPr>
      </w:pPr>
    </w:p>
    <w:p w:rsidR="008E1690" w:rsidRDefault="008E1690">
      <w:pPr>
        <w:spacing w:after="0" w:line="240" w:lineRule="auto"/>
        <w:ind w:firstLine="709"/>
        <w:jc w:val="both"/>
        <w:rPr>
          <w:rFonts w:eastAsia="Times New Roman"/>
          <w:lang w:val="ru-RU"/>
        </w:rPr>
      </w:pPr>
    </w:p>
    <w:p w:rsidR="0047343B" w:rsidRPr="000F6EE0" w:rsidRDefault="000F6EE0" w:rsidP="008E1690">
      <w:pPr>
        <w:spacing w:after="0" w:line="240" w:lineRule="auto"/>
        <w:jc w:val="center"/>
        <w:rPr>
          <w:lang w:val="ru-RU"/>
        </w:rPr>
      </w:pPr>
      <w:r w:rsidRPr="000F6EE0">
        <w:rPr>
          <w:rFonts w:eastAsia="Times New Roman"/>
          <w:lang w:val="ru-RU"/>
        </w:rPr>
        <w:t>ЗАЯВЛЕНИЕ</w:t>
      </w:r>
    </w:p>
    <w:p w:rsidR="0047343B" w:rsidRPr="000F6EE0" w:rsidRDefault="000F6EE0" w:rsidP="008E1690">
      <w:pPr>
        <w:spacing w:after="0" w:line="240" w:lineRule="auto"/>
        <w:jc w:val="center"/>
        <w:rPr>
          <w:lang w:val="ru-RU"/>
        </w:rPr>
      </w:pPr>
      <w:r w:rsidRPr="000F6EE0">
        <w:rPr>
          <w:rFonts w:eastAsia="Times New Roman"/>
          <w:lang w:val="ru-RU"/>
        </w:rPr>
        <w:t>(для физических лиц)</w:t>
      </w:r>
    </w:p>
    <w:p w:rsidR="008E1690" w:rsidRDefault="008E1690">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Прошу Вас выдать порубочный билет на вырубку (уничтожение) зелёных насаждений, находящихся в аварийном состоянии, санитарную, омолаживающую, формовочную обрезку, либо порубочный билет на вырубку (уничтожение) зелёных насаждений, находящихся в неаварийном состоянии при осуществлении градостроительной деятельности, либо разрешения на пересадку зелёных насаждений</w:t>
      </w:r>
    </w:p>
    <w:p w:rsidR="0047343B" w:rsidRPr="000F6EE0" w:rsidRDefault="000F6EE0">
      <w:pPr>
        <w:spacing w:after="0" w:line="240" w:lineRule="auto"/>
        <w:ind w:firstLine="709"/>
        <w:jc w:val="both"/>
        <w:rPr>
          <w:lang w:val="ru-RU"/>
        </w:rPr>
      </w:pPr>
      <w:r w:rsidRPr="000F6EE0">
        <w:rPr>
          <w:rFonts w:eastAsia="Times New Roman"/>
          <w:lang w:val="ru-RU"/>
        </w:rPr>
        <w:t>(нужное указать)</w:t>
      </w:r>
    </w:p>
    <w:p w:rsidR="0047343B" w:rsidRPr="000F6EE0" w:rsidRDefault="000F6EE0">
      <w:pPr>
        <w:spacing w:after="0" w:line="240" w:lineRule="auto"/>
        <w:ind w:firstLine="709"/>
        <w:jc w:val="both"/>
        <w:rPr>
          <w:lang w:val="ru-RU"/>
        </w:rPr>
      </w:pPr>
      <w:r w:rsidRPr="000F6EE0">
        <w:rPr>
          <w:rFonts w:eastAsia="Times New Roman"/>
          <w:lang w:val="ru-RU"/>
        </w:rPr>
        <w:t>Адрес (местонахождение) земельного участка, в пределах которого предполагается вырубка, обрезка или пересадка зелёных насаждений ________________________________________________________________________________________________________________________________________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lastRenderedPageBreak/>
        <w:t>Кадастровый номер земельного участка, в пределах которого предполагается вырубка, обрезка или пересадка зелёных насаждений ____________________________________________________________________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Основание необходимости вырубки (уничтожения), санитарной, омолаживающей, формовочной обрезки или пересадки зелёных насаждений ________________________________________________________________________________________________________________________________________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(усыхание, угроза обрушения, угроза прохожим, осуществлении градостроительной деятельности и т.д.)</w:t>
      </w:r>
    </w:p>
    <w:p w:rsidR="0047343B" w:rsidRPr="000F6EE0" w:rsidRDefault="000F6EE0">
      <w:pPr>
        <w:spacing w:after="0" w:line="240" w:lineRule="auto"/>
        <w:ind w:firstLine="709"/>
        <w:jc w:val="both"/>
        <w:rPr>
          <w:lang w:val="ru-RU"/>
        </w:rPr>
      </w:pPr>
      <w:r w:rsidRPr="000F6EE0">
        <w:rPr>
          <w:rFonts w:eastAsia="Times New Roman"/>
          <w:lang w:val="ru-RU"/>
        </w:rPr>
        <w:t xml:space="preserve">Сроки проведения работ: с </w:t>
      </w:r>
      <w:r w:rsidR="008E1690">
        <w:rPr>
          <w:rFonts w:eastAsia="Times New Roman"/>
          <w:lang w:val="ru-RU"/>
        </w:rPr>
        <w:t>«</w:t>
      </w:r>
      <w:r w:rsidRPr="000F6EE0">
        <w:rPr>
          <w:rFonts w:eastAsia="Times New Roman"/>
          <w:lang w:val="ru-RU"/>
        </w:rPr>
        <w:t>__</w:t>
      </w:r>
      <w:r w:rsidR="008E1690" w:rsidRPr="000F6EE0">
        <w:rPr>
          <w:rFonts w:eastAsia="Times New Roman"/>
          <w:lang w:val="ru-RU"/>
        </w:rPr>
        <w:t>_</w:t>
      </w:r>
      <w:r w:rsidR="008E1690">
        <w:rPr>
          <w:rFonts w:eastAsia="Times New Roman"/>
          <w:lang w:val="ru-RU"/>
        </w:rPr>
        <w:t>»</w:t>
      </w:r>
      <w:r w:rsidR="008E1690" w:rsidRPr="000F6EE0">
        <w:rPr>
          <w:rFonts w:eastAsia="Times New Roman"/>
          <w:lang w:val="ru-RU"/>
        </w:rPr>
        <w:t xml:space="preserve"> _</w:t>
      </w:r>
      <w:r w:rsidRPr="000F6EE0">
        <w:rPr>
          <w:rFonts w:eastAsia="Times New Roman"/>
          <w:lang w:val="ru-RU"/>
        </w:rPr>
        <w:t xml:space="preserve">__________г. по </w:t>
      </w:r>
      <w:r w:rsidR="008E1690">
        <w:rPr>
          <w:rFonts w:eastAsia="Times New Roman"/>
          <w:lang w:val="ru-RU"/>
        </w:rPr>
        <w:t>«</w:t>
      </w:r>
      <w:r w:rsidRPr="000F6EE0">
        <w:rPr>
          <w:rFonts w:eastAsia="Times New Roman"/>
          <w:lang w:val="ru-RU"/>
        </w:rPr>
        <w:t>__</w:t>
      </w:r>
      <w:proofErr w:type="gramStart"/>
      <w:r w:rsidRPr="000F6EE0">
        <w:rPr>
          <w:rFonts w:eastAsia="Times New Roman"/>
          <w:lang w:val="ru-RU"/>
        </w:rPr>
        <w:t>_</w:t>
      </w:r>
      <w:r w:rsidR="008E1690">
        <w:rPr>
          <w:rFonts w:eastAsia="Times New Roman"/>
          <w:lang w:val="ru-RU"/>
        </w:rPr>
        <w:t>»</w:t>
      </w:r>
      <w:r w:rsidRPr="000F6EE0">
        <w:rPr>
          <w:rFonts w:eastAsia="Times New Roman"/>
          <w:lang w:val="ru-RU"/>
        </w:rPr>
        <w:t>_</w:t>
      </w:r>
      <w:proofErr w:type="gramEnd"/>
      <w:r w:rsidRPr="000F6EE0">
        <w:rPr>
          <w:rFonts w:eastAsia="Times New Roman"/>
          <w:lang w:val="ru-RU"/>
        </w:rPr>
        <w:t>__________г.</w:t>
      </w:r>
    </w:p>
    <w:p w:rsidR="0047343B" w:rsidRPr="000F6EE0" w:rsidRDefault="000F6EE0">
      <w:pPr>
        <w:spacing w:after="0" w:line="240" w:lineRule="auto"/>
        <w:ind w:firstLine="709"/>
        <w:jc w:val="both"/>
        <w:rPr>
          <w:lang w:val="ru-RU"/>
        </w:rPr>
      </w:pPr>
      <w:r w:rsidRPr="000F6EE0">
        <w:rPr>
          <w:rFonts w:eastAsia="Times New Roman"/>
          <w:lang w:val="ru-RU"/>
        </w:rPr>
        <w:t>Прилагаются копии документов:</w:t>
      </w:r>
    </w:p>
    <w:p w:rsidR="0047343B" w:rsidRPr="000F6EE0" w:rsidRDefault="000F6EE0">
      <w:pPr>
        <w:spacing w:after="0" w:line="240" w:lineRule="auto"/>
        <w:ind w:firstLine="709"/>
        <w:jc w:val="both"/>
        <w:rPr>
          <w:lang w:val="ru-RU"/>
        </w:rPr>
      </w:pPr>
      <w:r w:rsidRPr="000F6EE0">
        <w:rPr>
          <w:rFonts w:eastAsia="Times New Roman"/>
          <w:lang w:val="ru-RU"/>
        </w:rPr>
        <w:t>1. 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2. 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3. 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4. _____________________________________________________________</w:t>
      </w:r>
    </w:p>
    <w:p w:rsidR="0047343B" w:rsidRPr="000F6EE0" w:rsidRDefault="008E1690">
      <w:pPr>
        <w:spacing w:after="0" w:line="240" w:lineRule="auto"/>
        <w:ind w:firstLine="709"/>
        <w:jc w:val="both"/>
        <w:rPr>
          <w:lang w:val="ru-RU"/>
        </w:rPr>
      </w:pPr>
      <w:r>
        <w:rPr>
          <w:rFonts w:eastAsia="Times New Roman"/>
          <w:lang w:val="ru-RU"/>
        </w:rPr>
        <w:t>«</w:t>
      </w:r>
      <w:r w:rsidR="000F6EE0" w:rsidRPr="000F6EE0">
        <w:rPr>
          <w:rFonts w:eastAsia="Times New Roman"/>
          <w:lang w:val="ru-RU"/>
        </w:rPr>
        <w:t>____</w:t>
      </w:r>
      <w:r>
        <w:rPr>
          <w:rFonts w:eastAsia="Times New Roman"/>
          <w:lang w:val="ru-RU"/>
        </w:rPr>
        <w:t>»</w:t>
      </w:r>
      <w:r w:rsidR="000F6EE0" w:rsidRPr="000F6EE0">
        <w:rPr>
          <w:rFonts w:eastAsia="Times New Roman"/>
          <w:lang w:val="ru-RU"/>
        </w:rPr>
        <w:t>_________________</w:t>
      </w:r>
      <w:r>
        <w:rPr>
          <w:rFonts w:eastAsia="Times New Roman"/>
          <w:lang w:val="ru-RU"/>
        </w:rPr>
        <w:t xml:space="preserve">                         </w:t>
      </w:r>
      <w:r w:rsidR="000F6EE0" w:rsidRPr="000F6EE0">
        <w:rPr>
          <w:rFonts w:eastAsia="Times New Roman"/>
          <w:lang w:val="ru-RU"/>
        </w:rPr>
        <w:t>___________________________</w:t>
      </w:r>
      <w:r>
        <w:rPr>
          <w:rFonts w:eastAsia="Times New Roman"/>
          <w:lang w:val="ru-RU"/>
        </w:rPr>
        <w:t>___</w:t>
      </w:r>
    </w:p>
    <w:p w:rsidR="0047343B" w:rsidRDefault="000F6EE0">
      <w:pPr>
        <w:spacing w:after="0" w:line="240" w:lineRule="auto"/>
        <w:ind w:firstLine="709"/>
        <w:jc w:val="both"/>
        <w:rPr>
          <w:rFonts w:eastAsia="Times New Roman"/>
          <w:lang w:val="ru-RU"/>
        </w:rPr>
      </w:pPr>
      <w:r w:rsidRPr="000F6EE0">
        <w:rPr>
          <w:rFonts w:eastAsia="Times New Roman"/>
          <w:lang w:val="ru-RU"/>
        </w:rPr>
        <w:t>(</w:t>
      </w:r>
      <w:proofErr w:type="gramStart"/>
      <w:r w:rsidRPr="000F6EE0">
        <w:rPr>
          <w:rFonts w:eastAsia="Times New Roman"/>
          <w:lang w:val="ru-RU"/>
        </w:rPr>
        <w:t xml:space="preserve">дата) </w:t>
      </w:r>
      <w:r w:rsidR="008E1690">
        <w:rPr>
          <w:rFonts w:eastAsia="Times New Roman"/>
          <w:lang w:val="ru-RU"/>
        </w:rPr>
        <w:t xml:space="preserve">  </w:t>
      </w:r>
      <w:proofErr w:type="gramEnd"/>
      <w:r w:rsidR="008E1690">
        <w:rPr>
          <w:rFonts w:eastAsia="Times New Roman"/>
          <w:lang w:val="ru-RU"/>
        </w:rPr>
        <w:t xml:space="preserve">                                                          </w:t>
      </w:r>
      <w:r w:rsidRPr="000F6EE0">
        <w:rPr>
          <w:rFonts w:eastAsia="Times New Roman"/>
          <w:lang w:val="ru-RU"/>
        </w:rPr>
        <w:t>(подпись заявителя/представителя)</w:t>
      </w:r>
    </w:p>
    <w:p w:rsidR="008E1690" w:rsidRDefault="008E1690">
      <w:pPr>
        <w:spacing w:after="0" w:line="240" w:lineRule="auto"/>
        <w:ind w:firstLine="709"/>
        <w:jc w:val="both"/>
        <w:rPr>
          <w:rFonts w:eastAsia="Times New Roman"/>
          <w:lang w:val="ru-RU"/>
        </w:rPr>
      </w:pPr>
    </w:p>
    <w:p w:rsidR="008E1690" w:rsidRDefault="008E1690">
      <w:pPr>
        <w:spacing w:after="0" w:line="240" w:lineRule="auto"/>
        <w:ind w:firstLine="709"/>
        <w:jc w:val="both"/>
        <w:rPr>
          <w:rFonts w:eastAsia="Times New Roman"/>
          <w:lang w:val="ru-RU"/>
        </w:rPr>
      </w:pPr>
    </w:p>
    <w:p w:rsidR="008E1690" w:rsidRDefault="008E1690">
      <w:pPr>
        <w:spacing w:after="0" w:line="240" w:lineRule="auto"/>
        <w:ind w:firstLine="709"/>
        <w:jc w:val="both"/>
        <w:rPr>
          <w:rFonts w:eastAsia="Times New Roman"/>
          <w:lang w:val="ru-RU"/>
        </w:rPr>
      </w:pPr>
    </w:p>
    <w:p w:rsidR="008E1690" w:rsidRPr="000F6EE0" w:rsidRDefault="008E1690" w:rsidP="008E1690">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8E1690" w:rsidRDefault="008E1690" w:rsidP="008E1690">
      <w:pPr>
        <w:spacing w:after="0" w:line="240" w:lineRule="auto"/>
        <w:rPr>
          <w:rFonts w:eastAsia="Times New Roman"/>
          <w:lang w:val="ru-RU"/>
        </w:rPr>
      </w:pPr>
      <w:r w:rsidRPr="000F6EE0">
        <w:rPr>
          <w:rFonts w:eastAsia="Times New Roman"/>
          <w:lang w:val="ru-RU"/>
        </w:rPr>
        <w:t>Брюховецкого муниципального района</w:t>
      </w:r>
    </w:p>
    <w:p w:rsidR="008E1690" w:rsidRPr="000F6EE0" w:rsidRDefault="008E1690" w:rsidP="008E1690">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8E1690" w:rsidRDefault="008E1690" w:rsidP="008E1690">
      <w:pPr>
        <w:spacing w:after="0" w:line="240" w:lineRule="auto"/>
        <w:ind w:firstLine="5103"/>
        <w:rPr>
          <w:szCs w:val="28"/>
          <w:lang w:val="ru-RU"/>
        </w:rPr>
      </w:pPr>
    </w:p>
    <w:p w:rsidR="00647F93" w:rsidRDefault="00647F93" w:rsidP="008E1690">
      <w:pPr>
        <w:spacing w:after="0" w:line="240" w:lineRule="auto"/>
        <w:ind w:firstLine="5103"/>
        <w:rPr>
          <w:szCs w:val="28"/>
          <w:lang w:val="ru-RU"/>
        </w:rPr>
        <w:sectPr w:rsidR="00647F93" w:rsidSect="00F55E6E">
          <w:pgSz w:w="12240" w:h="15840"/>
          <w:pgMar w:top="1134" w:right="567" w:bottom="1134" w:left="1701" w:header="709" w:footer="709" w:gutter="0"/>
          <w:pgNumType w:start="1"/>
          <w:cols w:space="720"/>
          <w:titlePg/>
          <w:docGrid w:linePitch="381"/>
        </w:sectPr>
      </w:pPr>
    </w:p>
    <w:p w:rsidR="008E1690" w:rsidRPr="002E7D98" w:rsidRDefault="008E1690" w:rsidP="008E1690">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3</w:t>
      </w:r>
    </w:p>
    <w:p w:rsidR="008E1690" w:rsidRPr="002E7D98" w:rsidRDefault="008E1690" w:rsidP="008E1690">
      <w:pPr>
        <w:spacing w:after="0" w:line="240" w:lineRule="auto"/>
        <w:ind w:firstLine="5103"/>
        <w:rPr>
          <w:szCs w:val="28"/>
          <w:lang w:val="ru-RU"/>
        </w:rPr>
      </w:pPr>
      <w:r w:rsidRPr="002E7D98">
        <w:rPr>
          <w:szCs w:val="28"/>
          <w:lang w:val="ru-RU"/>
        </w:rPr>
        <w:t>к административному регламенту</w:t>
      </w:r>
    </w:p>
    <w:p w:rsidR="008E1690" w:rsidRPr="002E7D98" w:rsidRDefault="008E1690" w:rsidP="008E1690">
      <w:pPr>
        <w:spacing w:after="0" w:line="240" w:lineRule="auto"/>
        <w:ind w:firstLine="5103"/>
        <w:rPr>
          <w:szCs w:val="28"/>
          <w:lang w:val="ru-RU"/>
        </w:rPr>
      </w:pPr>
      <w:r w:rsidRPr="002E7D98">
        <w:rPr>
          <w:szCs w:val="28"/>
          <w:lang w:val="ru-RU"/>
        </w:rPr>
        <w:t>предоставления администрацией</w:t>
      </w:r>
    </w:p>
    <w:p w:rsidR="008E1690" w:rsidRDefault="008E1690" w:rsidP="008E1690">
      <w:pPr>
        <w:spacing w:after="0" w:line="240" w:lineRule="auto"/>
        <w:ind w:firstLine="5103"/>
        <w:rPr>
          <w:szCs w:val="28"/>
          <w:lang w:val="ru-RU"/>
        </w:rPr>
      </w:pPr>
      <w:r w:rsidRPr="002E7D98">
        <w:rPr>
          <w:szCs w:val="28"/>
          <w:lang w:val="ru-RU"/>
        </w:rPr>
        <w:t>Новоджерелиевского сельского</w:t>
      </w:r>
    </w:p>
    <w:p w:rsidR="008E1690" w:rsidRDefault="008E1690" w:rsidP="008E1690">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8E1690" w:rsidRPr="002E7D98" w:rsidRDefault="008E1690" w:rsidP="008E1690">
      <w:pPr>
        <w:spacing w:after="0" w:line="240" w:lineRule="auto"/>
        <w:ind w:firstLine="5103"/>
        <w:rPr>
          <w:szCs w:val="28"/>
          <w:lang w:val="ru-RU"/>
        </w:rPr>
      </w:pPr>
      <w:r w:rsidRPr="002E7D98">
        <w:rPr>
          <w:szCs w:val="28"/>
          <w:lang w:val="ru-RU"/>
        </w:rPr>
        <w:t>муниципального района</w:t>
      </w:r>
    </w:p>
    <w:p w:rsidR="008E1690" w:rsidRPr="002E7D98" w:rsidRDefault="008E1690" w:rsidP="008E1690">
      <w:pPr>
        <w:spacing w:after="0" w:line="240" w:lineRule="auto"/>
        <w:ind w:firstLine="5103"/>
        <w:rPr>
          <w:szCs w:val="28"/>
          <w:lang w:val="ru-RU"/>
        </w:rPr>
      </w:pPr>
      <w:r w:rsidRPr="002E7D98">
        <w:rPr>
          <w:szCs w:val="28"/>
          <w:lang w:val="ru-RU"/>
        </w:rPr>
        <w:t>Краснодарского края муниципальной</w:t>
      </w:r>
    </w:p>
    <w:p w:rsidR="008E1690" w:rsidRPr="002E7D98" w:rsidRDefault="008E1690" w:rsidP="008E1690">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8E1690" w:rsidRDefault="008E1690" w:rsidP="008E1690">
      <w:pPr>
        <w:spacing w:after="0" w:line="240" w:lineRule="auto"/>
        <w:ind w:firstLine="5103"/>
        <w:jc w:val="both"/>
        <w:rPr>
          <w:rFonts w:eastAsia="Times New Roman"/>
          <w:lang w:val="ru-RU"/>
        </w:rPr>
      </w:pPr>
    </w:p>
    <w:p w:rsidR="008E1690" w:rsidRDefault="008E1690" w:rsidP="008E1690">
      <w:pPr>
        <w:spacing w:after="0" w:line="240" w:lineRule="auto"/>
        <w:ind w:firstLine="5103"/>
        <w:jc w:val="both"/>
        <w:rPr>
          <w:rFonts w:eastAsia="Times New Roman"/>
          <w:lang w:val="ru-RU"/>
        </w:rPr>
      </w:pPr>
    </w:p>
    <w:p w:rsidR="0047343B" w:rsidRPr="000F6EE0" w:rsidRDefault="000F6EE0" w:rsidP="008E1690">
      <w:pPr>
        <w:spacing w:after="0" w:line="240" w:lineRule="auto"/>
        <w:ind w:firstLine="5103"/>
        <w:jc w:val="both"/>
        <w:rPr>
          <w:lang w:val="ru-RU"/>
        </w:rPr>
      </w:pPr>
      <w:r w:rsidRPr="000F6EE0">
        <w:rPr>
          <w:rFonts w:eastAsia="Times New Roman"/>
          <w:lang w:val="ru-RU"/>
        </w:rPr>
        <w:t>УТВЕРЖДАЮ</w:t>
      </w:r>
    </w:p>
    <w:p w:rsidR="0047343B" w:rsidRPr="000F6EE0" w:rsidRDefault="001D679C" w:rsidP="008E1690">
      <w:pPr>
        <w:spacing w:after="0" w:line="240" w:lineRule="auto"/>
        <w:ind w:firstLine="5103"/>
        <w:jc w:val="both"/>
        <w:rPr>
          <w:lang w:val="ru-RU"/>
        </w:rPr>
      </w:pPr>
      <w:r>
        <w:rPr>
          <w:rFonts w:eastAsia="Times New Roman"/>
          <w:lang w:val="ru-RU"/>
        </w:rPr>
        <w:t>«</w:t>
      </w:r>
      <w:r w:rsidR="000F6EE0" w:rsidRPr="000F6EE0">
        <w:rPr>
          <w:rFonts w:eastAsia="Times New Roman"/>
          <w:lang w:val="ru-RU"/>
        </w:rPr>
        <w:t>___</w:t>
      </w:r>
      <w:r>
        <w:rPr>
          <w:rFonts w:eastAsia="Times New Roman"/>
          <w:lang w:val="ru-RU"/>
        </w:rPr>
        <w:t>»</w:t>
      </w:r>
      <w:r w:rsidR="000F6EE0" w:rsidRPr="000F6EE0">
        <w:rPr>
          <w:rFonts w:eastAsia="Times New Roman"/>
          <w:lang w:val="ru-RU"/>
        </w:rPr>
        <w:t>_______________ г.</w:t>
      </w:r>
    </w:p>
    <w:p w:rsidR="001D679C" w:rsidRDefault="001D679C" w:rsidP="008E1690">
      <w:pPr>
        <w:spacing w:after="0" w:line="240" w:lineRule="auto"/>
        <w:ind w:firstLine="5103"/>
        <w:jc w:val="both"/>
        <w:rPr>
          <w:rFonts w:eastAsia="Times New Roman"/>
          <w:lang w:val="ru-RU"/>
        </w:rPr>
      </w:pPr>
    </w:p>
    <w:p w:rsidR="001D679C" w:rsidRDefault="001D679C" w:rsidP="008E1690">
      <w:pPr>
        <w:spacing w:after="0" w:line="240" w:lineRule="auto"/>
        <w:ind w:firstLine="5103"/>
        <w:jc w:val="both"/>
        <w:rPr>
          <w:rFonts w:eastAsia="Times New Roman"/>
          <w:lang w:val="ru-RU"/>
        </w:rPr>
      </w:pPr>
    </w:p>
    <w:p w:rsidR="0047343B" w:rsidRPr="001D679C" w:rsidRDefault="000F6EE0" w:rsidP="001D679C">
      <w:pPr>
        <w:spacing w:after="0" w:line="240" w:lineRule="auto"/>
        <w:jc w:val="center"/>
        <w:rPr>
          <w:b/>
          <w:lang w:val="ru-RU"/>
        </w:rPr>
      </w:pPr>
      <w:r w:rsidRPr="001D679C">
        <w:rPr>
          <w:rFonts w:eastAsia="Times New Roman"/>
          <w:b/>
          <w:lang w:val="ru-RU"/>
        </w:rPr>
        <w:t xml:space="preserve">Порубочный билет </w:t>
      </w:r>
      <w:r w:rsidR="008B1697" w:rsidRPr="00B87CC8">
        <w:rPr>
          <w:rFonts w:eastAsia="Times New Roman"/>
          <w:b/>
          <w:lang w:val="ru-RU"/>
        </w:rPr>
        <w:t>№</w:t>
      </w:r>
      <w:r w:rsidRPr="001D679C">
        <w:rPr>
          <w:rFonts w:eastAsia="Times New Roman"/>
          <w:b/>
          <w:lang w:val="ru-RU"/>
        </w:rPr>
        <w:t xml:space="preserve"> _____</w:t>
      </w:r>
    </w:p>
    <w:p w:rsidR="0047343B" w:rsidRPr="001D679C" w:rsidRDefault="001D679C" w:rsidP="001D679C">
      <w:pPr>
        <w:spacing w:after="0" w:line="240" w:lineRule="auto"/>
        <w:jc w:val="center"/>
        <w:rPr>
          <w:lang w:val="ru-RU"/>
        </w:rPr>
      </w:pPr>
      <w:r w:rsidRPr="001D679C">
        <w:rPr>
          <w:rFonts w:eastAsia="Times New Roman"/>
          <w:lang w:val="ru-RU"/>
        </w:rPr>
        <w:t>«</w:t>
      </w:r>
      <w:r w:rsidR="000F6EE0" w:rsidRPr="001D679C">
        <w:rPr>
          <w:rFonts w:eastAsia="Times New Roman"/>
          <w:lang w:val="ru-RU"/>
        </w:rPr>
        <w:t>___</w:t>
      </w:r>
      <w:r w:rsidRPr="001D679C">
        <w:rPr>
          <w:rFonts w:eastAsia="Times New Roman"/>
          <w:lang w:val="ru-RU"/>
        </w:rPr>
        <w:t>»</w:t>
      </w:r>
      <w:r w:rsidR="000F6EE0" w:rsidRPr="001D679C">
        <w:rPr>
          <w:rFonts w:eastAsia="Times New Roman"/>
          <w:lang w:val="ru-RU"/>
        </w:rPr>
        <w:t xml:space="preserve">_______________ </w:t>
      </w:r>
    </w:p>
    <w:p w:rsidR="008E1690" w:rsidRDefault="008E1690">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 xml:space="preserve">На основании акта обследования от </w:t>
      </w:r>
      <w:r w:rsidR="001D679C">
        <w:rPr>
          <w:rFonts w:eastAsia="Times New Roman"/>
          <w:lang w:val="ru-RU"/>
        </w:rPr>
        <w:t>«</w:t>
      </w:r>
      <w:r w:rsidRPr="000F6EE0">
        <w:rPr>
          <w:rFonts w:eastAsia="Times New Roman"/>
          <w:lang w:val="ru-RU"/>
        </w:rPr>
        <w:t>__</w:t>
      </w:r>
      <w:r w:rsidR="001D679C" w:rsidRPr="000F6EE0">
        <w:rPr>
          <w:rFonts w:eastAsia="Times New Roman"/>
          <w:lang w:val="ru-RU"/>
        </w:rPr>
        <w:t>_</w:t>
      </w:r>
      <w:r w:rsidR="001D679C">
        <w:rPr>
          <w:rFonts w:eastAsia="Times New Roman"/>
          <w:lang w:val="ru-RU"/>
        </w:rPr>
        <w:t>»</w:t>
      </w:r>
      <w:r w:rsidR="001D679C" w:rsidRPr="000F6EE0">
        <w:rPr>
          <w:rFonts w:eastAsia="Times New Roman"/>
          <w:lang w:val="ru-RU"/>
        </w:rPr>
        <w:t xml:space="preserve"> _</w:t>
      </w:r>
      <w:r w:rsidRPr="000F6EE0">
        <w:rPr>
          <w:rFonts w:eastAsia="Times New Roman"/>
          <w:lang w:val="ru-RU"/>
        </w:rPr>
        <w:t>______________ согласно прилагаемым документам на территории земельного участка, в пределах которого предполагается вырубка, обрезка или пересадка зелёных насаждений ________________________________________</w:t>
      </w:r>
      <w:r w:rsidR="008E1690">
        <w:rPr>
          <w:rFonts w:eastAsia="Times New Roman"/>
          <w:lang w:val="ru-RU"/>
        </w:rPr>
        <w:t>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(указывается адрес земельного участка)</w:t>
      </w:r>
    </w:p>
    <w:p w:rsidR="0047343B" w:rsidRPr="000F6EE0" w:rsidRDefault="000F6EE0">
      <w:pPr>
        <w:spacing w:after="0" w:line="240" w:lineRule="auto"/>
        <w:ind w:firstLine="709"/>
        <w:jc w:val="both"/>
        <w:rPr>
          <w:lang w:val="ru-RU"/>
        </w:rPr>
      </w:pPr>
      <w:r w:rsidRPr="000F6EE0">
        <w:rPr>
          <w:rFonts w:eastAsia="Times New Roman"/>
          <w:lang w:val="ru-RU"/>
        </w:rPr>
        <w:t>разрешить: 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(Ф.И.О. для физического лица, наименование, ИНН, ОГРН для юридического лица)</w:t>
      </w:r>
    </w:p>
    <w:p w:rsidR="0047343B" w:rsidRPr="000F6EE0" w:rsidRDefault="000F6EE0">
      <w:pPr>
        <w:spacing w:after="0" w:line="240" w:lineRule="auto"/>
        <w:ind w:firstLine="709"/>
        <w:jc w:val="both"/>
        <w:rPr>
          <w:lang w:val="ru-RU"/>
        </w:rPr>
      </w:pPr>
      <w:r w:rsidRPr="000F6EE0">
        <w:rPr>
          <w:rFonts w:eastAsia="Times New Roman"/>
          <w:lang w:val="ru-RU"/>
        </w:rPr>
        <w:t>хозяйственные мероприятия 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(указать нужное вырубку (уничтожение) зелёных насаждений, либо санитарную, омолаживающую, формовочную обрезку)</w:t>
      </w:r>
    </w:p>
    <w:p w:rsidR="0047343B" w:rsidRDefault="000F6EE0">
      <w:pPr>
        <w:spacing w:after="0" w:line="240" w:lineRule="auto"/>
        <w:ind w:firstLine="709"/>
        <w:jc w:val="both"/>
        <w:rPr>
          <w:rFonts w:eastAsia="Times New Roman"/>
          <w:lang w:val="ru-RU"/>
        </w:rPr>
      </w:pPr>
      <w:r w:rsidRPr="000F6EE0">
        <w:rPr>
          <w:rFonts w:eastAsia="Times New Roman"/>
          <w:lang w:val="ru-RU"/>
        </w:rPr>
        <w:t>в отношении следующих зеленых насаждений:</w:t>
      </w:r>
    </w:p>
    <w:p w:rsidR="008E1690" w:rsidRPr="000F6EE0" w:rsidRDefault="008E1690">
      <w:pPr>
        <w:spacing w:after="0" w:line="240" w:lineRule="auto"/>
        <w:ind w:firstLine="709"/>
        <w:jc w:val="both"/>
        <w:rPr>
          <w:lang w:val="ru-RU"/>
        </w:rPr>
      </w:pPr>
    </w:p>
    <w:tbl>
      <w:tblPr>
        <w:tblStyle w:val="aff0"/>
        <w:tblW w:w="0" w:type="auto"/>
        <w:jc w:val="center"/>
        <w:tblLook w:val="04A0" w:firstRow="1" w:lastRow="0" w:firstColumn="1" w:lastColumn="0" w:noHBand="0" w:noVBand="1"/>
      </w:tblPr>
      <w:tblGrid>
        <w:gridCol w:w="1606"/>
        <w:gridCol w:w="1606"/>
        <w:gridCol w:w="1606"/>
        <w:gridCol w:w="1606"/>
        <w:gridCol w:w="1606"/>
        <w:gridCol w:w="1606"/>
      </w:tblGrid>
      <w:tr w:rsidR="0047343B" w:rsidRPr="008E1690">
        <w:trPr>
          <w:cantSplit/>
          <w:tblHeader/>
          <w:jc w:val="center"/>
        </w:trPr>
        <w:tc>
          <w:tcPr>
            <w:tcW w:w="1606"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Наименование хозяйственных мероприятий</w:t>
            </w:r>
          </w:p>
        </w:tc>
        <w:tc>
          <w:tcPr>
            <w:tcW w:w="1606"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Порода, вид зеленых насаждений</w:t>
            </w:r>
          </w:p>
        </w:tc>
        <w:tc>
          <w:tcPr>
            <w:tcW w:w="1606"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Количество, шт.</w:t>
            </w:r>
          </w:p>
        </w:tc>
        <w:tc>
          <w:tcPr>
            <w:tcW w:w="1606" w:type="dxa"/>
            <w:tcMar>
              <w:top w:w="80" w:type="dxa"/>
              <w:left w:w="90" w:type="dxa"/>
              <w:bottom w:w="80" w:type="dxa"/>
              <w:right w:w="90" w:type="dxa"/>
            </w:tcMar>
            <w:vAlign w:val="center"/>
          </w:tcPr>
          <w:p w:rsidR="0047343B" w:rsidRPr="008E1690" w:rsidRDefault="000F6EE0">
            <w:pPr>
              <w:jc w:val="center"/>
              <w:rPr>
                <w:lang w:val="ru-RU"/>
              </w:rPr>
            </w:pPr>
            <w:r w:rsidRPr="008E1690">
              <w:rPr>
                <w:rFonts w:eastAsia="Times New Roman"/>
                <w:sz w:val="22"/>
                <w:lang w:val="ru-RU"/>
              </w:rPr>
              <w:t>Диаметр ствола (для деревьев на высоте 1,3 м.)</w:t>
            </w:r>
          </w:p>
        </w:tc>
        <w:tc>
          <w:tcPr>
            <w:tcW w:w="1606"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Состояние</w:t>
            </w:r>
          </w:p>
        </w:tc>
        <w:tc>
          <w:tcPr>
            <w:tcW w:w="1606" w:type="dxa"/>
            <w:tcMar>
              <w:top w:w="80" w:type="dxa"/>
              <w:left w:w="90" w:type="dxa"/>
              <w:bottom w:w="80" w:type="dxa"/>
              <w:right w:w="90" w:type="dxa"/>
            </w:tcMar>
            <w:vAlign w:val="center"/>
          </w:tcPr>
          <w:p w:rsidR="0047343B" w:rsidRPr="008E1690" w:rsidRDefault="000F6EE0">
            <w:pPr>
              <w:jc w:val="center"/>
            </w:pPr>
            <w:r w:rsidRPr="008E1690">
              <w:rPr>
                <w:rFonts w:eastAsia="Times New Roman"/>
                <w:sz w:val="22"/>
              </w:rPr>
              <w:t>вид вырубки</w:t>
            </w:r>
          </w:p>
        </w:tc>
      </w:tr>
      <w:tr w:rsidR="0047343B">
        <w:trPr>
          <w:cantSplit/>
          <w:jc w:val="center"/>
        </w:trPr>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r>
      <w:tr w:rsidR="0047343B">
        <w:trPr>
          <w:cantSplit/>
          <w:jc w:val="center"/>
        </w:trPr>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r>
    </w:tbl>
    <w:p w:rsidR="0047343B" w:rsidRDefault="0047343B">
      <w:pPr>
        <w:spacing w:after="0" w:line="240" w:lineRule="auto"/>
      </w:pPr>
    </w:p>
    <w:p w:rsidR="0047343B" w:rsidRPr="000F6EE0" w:rsidRDefault="000F6EE0">
      <w:pPr>
        <w:spacing w:after="0" w:line="240" w:lineRule="auto"/>
        <w:ind w:firstLine="709"/>
        <w:jc w:val="both"/>
        <w:rPr>
          <w:lang w:val="ru-RU"/>
        </w:rPr>
      </w:pPr>
      <w:r w:rsidRPr="000F6EE0">
        <w:rPr>
          <w:rFonts w:eastAsia="Times New Roman"/>
          <w:lang w:val="ru-RU"/>
        </w:rPr>
        <w:lastRenderedPageBreak/>
        <w:t>Оплата за проведение компенсационного озеленения при уничтожении зеленых насаждений (при необходимости) 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(номер и дата платежного поручения)</w:t>
      </w:r>
    </w:p>
    <w:p w:rsidR="0047343B" w:rsidRPr="000F6EE0" w:rsidRDefault="000F6EE0">
      <w:pPr>
        <w:spacing w:after="0" w:line="240" w:lineRule="auto"/>
        <w:ind w:firstLine="709"/>
        <w:jc w:val="both"/>
        <w:rPr>
          <w:lang w:val="ru-RU"/>
        </w:rPr>
      </w:pPr>
      <w:r w:rsidRPr="000F6EE0">
        <w:rPr>
          <w:rFonts w:eastAsia="Times New Roman"/>
          <w:lang w:val="ru-RU"/>
        </w:rPr>
        <w:t xml:space="preserve">Порубочный билет действителен до </w:t>
      </w:r>
      <w:r w:rsidR="001D679C">
        <w:rPr>
          <w:rFonts w:eastAsia="Times New Roman"/>
          <w:lang w:val="ru-RU"/>
        </w:rPr>
        <w:t>«</w:t>
      </w:r>
      <w:r w:rsidRPr="000F6EE0">
        <w:rPr>
          <w:rFonts w:eastAsia="Times New Roman"/>
          <w:lang w:val="ru-RU"/>
        </w:rPr>
        <w:t>__</w:t>
      </w:r>
      <w:r w:rsidR="001D679C" w:rsidRPr="000F6EE0">
        <w:rPr>
          <w:rFonts w:eastAsia="Times New Roman"/>
          <w:lang w:val="ru-RU"/>
        </w:rPr>
        <w:t>_</w:t>
      </w:r>
      <w:r w:rsidR="001D679C">
        <w:rPr>
          <w:rFonts w:eastAsia="Times New Roman"/>
          <w:lang w:val="ru-RU"/>
        </w:rPr>
        <w:t>»</w:t>
      </w:r>
      <w:r w:rsidR="001D679C" w:rsidRPr="000F6EE0">
        <w:rPr>
          <w:rFonts w:eastAsia="Times New Roman"/>
          <w:lang w:val="ru-RU"/>
        </w:rPr>
        <w:t xml:space="preserve"> _</w:t>
      </w:r>
      <w:r w:rsidRPr="000F6EE0">
        <w:rPr>
          <w:rFonts w:eastAsia="Times New Roman"/>
          <w:lang w:val="ru-RU"/>
        </w:rPr>
        <w:t>______________</w:t>
      </w:r>
      <w:r w:rsidR="001D679C" w:rsidRPr="000F6EE0">
        <w:rPr>
          <w:rFonts w:eastAsia="Times New Roman"/>
          <w:lang w:val="ru-RU"/>
        </w:rPr>
        <w:t>_.</w:t>
      </w:r>
    </w:p>
    <w:p w:rsidR="0047343B" w:rsidRPr="000F6EE0" w:rsidRDefault="000F6EE0">
      <w:pPr>
        <w:spacing w:after="0" w:line="240" w:lineRule="auto"/>
        <w:ind w:firstLine="709"/>
        <w:jc w:val="both"/>
        <w:rPr>
          <w:lang w:val="ru-RU"/>
        </w:rPr>
      </w:pPr>
      <w:r w:rsidRPr="000F6EE0">
        <w:rPr>
          <w:rFonts w:eastAsia="Times New Roman"/>
          <w:lang w:val="ru-RU"/>
        </w:rPr>
        <w:t>______________ _____________</w:t>
      </w:r>
    </w:p>
    <w:p w:rsidR="0047343B" w:rsidRDefault="000F6EE0">
      <w:pPr>
        <w:spacing w:after="0" w:line="240" w:lineRule="auto"/>
        <w:ind w:firstLine="709"/>
        <w:jc w:val="both"/>
        <w:rPr>
          <w:rFonts w:eastAsia="Times New Roman"/>
          <w:lang w:val="ru-RU"/>
        </w:rPr>
      </w:pPr>
      <w:r w:rsidRPr="000F6EE0">
        <w:rPr>
          <w:rFonts w:eastAsia="Times New Roman"/>
          <w:lang w:val="ru-RU"/>
        </w:rPr>
        <w:t>(подпись) (фамилия, инициалы)</w:t>
      </w:r>
    </w:p>
    <w:p w:rsidR="001D679C" w:rsidRDefault="001D679C">
      <w:pPr>
        <w:spacing w:after="0" w:line="240" w:lineRule="auto"/>
        <w:ind w:firstLine="709"/>
        <w:jc w:val="both"/>
        <w:rPr>
          <w:rFonts w:eastAsia="Times New Roman"/>
          <w:lang w:val="ru-RU"/>
        </w:rPr>
      </w:pPr>
    </w:p>
    <w:p w:rsidR="001D679C" w:rsidRDefault="001D679C">
      <w:pPr>
        <w:spacing w:after="0" w:line="240" w:lineRule="auto"/>
        <w:ind w:firstLine="709"/>
        <w:jc w:val="both"/>
        <w:rPr>
          <w:rFonts w:eastAsia="Times New Roman"/>
          <w:lang w:val="ru-RU"/>
        </w:rPr>
      </w:pPr>
    </w:p>
    <w:p w:rsidR="001D679C" w:rsidRDefault="001D679C">
      <w:pPr>
        <w:spacing w:after="0" w:line="240" w:lineRule="auto"/>
        <w:ind w:firstLine="709"/>
        <w:jc w:val="both"/>
        <w:rPr>
          <w:rFonts w:eastAsia="Times New Roman"/>
          <w:lang w:val="ru-RU"/>
        </w:rPr>
      </w:pPr>
    </w:p>
    <w:p w:rsidR="001D679C" w:rsidRPr="000F6EE0" w:rsidRDefault="001D679C" w:rsidP="001D679C">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1D679C" w:rsidRDefault="001D679C" w:rsidP="001D679C">
      <w:pPr>
        <w:spacing w:after="0" w:line="240" w:lineRule="auto"/>
        <w:rPr>
          <w:rFonts w:eastAsia="Times New Roman"/>
          <w:lang w:val="ru-RU"/>
        </w:rPr>
      </w:pPr>
      <w:r w:rsidRPr="000F6EE0">
        <w:rPr>
          <w:rFonts w:eastAsia="Times New Roman"/>
          <w:lang w:val="ru-RU"/>
        </w:rPr>
        <w:t>Брюховецкого муниципального района</w:t>
      </w:r>
    </w:p>
    <w:p w:rsidR="001D679C" w:rsidRPr="000F6EE0" w:rsidRDefault="001D679C" w:rsidP="001D679C">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1D679C" w:rsidRDefault="001D679C">
      <w:pPr>
        <w:spacing w:after="0" w:line="240" w:lineRule="auto"/>
        <w:ind w:firstLine="709"/>
        <w:jc w:val="both"/>
        <w:rPr>
          <w:lang w:val="ru-RU"/>
        </w:rPr>
      </w:pPr>
    </w:p>
    <w:p w:rsidR="00647F93" w:rsidRDefault="00647F93">
      <w:pPr>
        <w:spacing w:after="0" w:line="240" w:lineRule="auto"/>
        <w:ind w:firstLine="709"/>
        <w:jc w:val="both"/>
        <w:rPr>
          <w:lang w:val="ru-RU"/>
        </w:rPr>
        <w:sectPr w:rsidR="00647F93" w:rsidSect="00F55E6E">
          <w:pgSz w:w="12240" w:h="15840"/>
          <w:pgMar w:top="1134" w:right="567" w:bottom="1134" w:left="1701" w:header="709" w:footer="709" w:gutter="0"/>
          <w:pgNumType w:start="1"/>
          <w:cols w:space="720"/>
          <w:titlePg/>
          <w:docGrid w:linePitch="381"/>
        </w:sectPr>
      </w:pPr>
    </w:p>
    <w:p w:rsidR="001D679C" w:rsidRPr="002E7D98" w:rsidRDefault="001D679C" w:rsidP="001D679C">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4</w:t>
      </w:r>
    </w:p>
    <w:p w:rsidR="001D679C" w:rsidRPr="002E7D98" w:rsidRDefault="001D679C" w:rsidP="001D679C">
      <w:pPr>
        <w:spacing w:after="0" w:line="240" w:lineRule="auto"/>
        <w:ind w:firstLine="5103"/>
        <w:rPr>
          <w:szCs w:val="28"/>
          <w:lang w:val="ru-RU"/>
        </w:rPr>
      </w:pPr>
      <w:r w:rsidRPr="002E7D98">
        <w:rPr>
          <w:szCs w:val="28"/>
          <w:lang w:val="ru-RU"/>
        </w:rPr>
        <w:t>к административному регламенту</w:t>
      </w:r>
    </w:p>
    <w:p w:rsidR="001D679C" w:rsidRPr="002E7D98" w:rsidRDefault="001D679C" w:rsidP="001D679C">
      <w:pPr>
        <w:spacing w:after="0" w:line="240" w:lineRule="auto"/>
        <w:ind w:firstLine="5103"/>
        <w:rPr>
          <w:szCs w:val="28"/>
          <w:lang w:val="ru-RU"/>
        </w:rPr>
      </w:pPr>
      <w:r w:rsidRPr="002E7D98">
        <w:rPr>
          <w:szCs w:val="28"/>
          <w:lang w:val="ru-RU"/>
        </w:rPr>
        <w:t>предоставления администрацией</w:t>
      </w:r>
    </w:p>
    <w:p w:rsidR="001D679C" w:rsidRDefault="001D679C" w:rsidP="001D679C">
      <w:pPr>
        <w:spacing w:after="0" w:line="240" w:lineRule="auto"/>
        <w:ind w:firstLine="5103"/>
        <w:rPr>
          <w:szCs w:val="28"/>
          <w:lang w:val="ru-RU"/>
        </w:rPr>
      </w:pPr>
      <w:r w:rsidRPr="002E7D98">
        <w:rPr>
          <w:szCs w:val="28"/>
          <w:lang w:val="ru-RU"/>
        </w:rPr>
        <w:t>Новоджерелиевского сельского</w:t>
      </w:r>
    </w:p>
    <w:p w:rsidR="001D679C" w:rsidRDefault="001D679C" w:rsidP="001D679C">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1D679C" w:rsidRPr="002E7D98" w:rsidRDefault="001D679C" w:rsidP="001D679C">
      <w:pPr>
        <w:spacing w:after="0" w:line="240" w:lineRule="auto"/>
        <w:ind w:firstLine="5103"/>
        <w:rPr>
          <w:szCs w:val="28"/>
          <w:lang w:val="ru-RU"/>
        </w:rPr>
      </w:pPr>
      <w:r w:rsidRPr="002E7D98">
        <w:rPr>
          <w:szCs w:val="28"/>
          <w:lang w:val="ru-RU"/>
        </w:rPr>
        <w:t>муниципального района</w:t>
      </w:r>
    </w:p>
    <w:p w:rsidR="001D679C" w:rsidRPr="002E7D98" w:rsidRDefault="001D679C" w:rsidP="001D679C">
      <w:pPr>
        <w:spacing w:after="0" w:line="240" w:lineRule="auto"/>
        <w:ind w:firstLine="5103"/>
        <w:rPr>
          <w:szCs w:val="28"/>
          <w:lang w:val="ru-RU"/>
        </w:rPr>
      </w:pPr>
      <w:r w:rsidRPr="002E7D98">
        <w:rPr>
          <w:szCs w:val="28"/>
          <w:lang w:val="ru-RU"/>
        </w:rPr>
        <w:t>Краснодарского края муниципальной</w:t>
      </w:r>
    </w:p>
    <w:p w:rsidR="001D679C" w:rsidRPr="002E7D98" w:rsidRDefault="001D679C" w:rsidP="001D679C">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1D679C" w:rsidRDefault="001D679C" w:rsidP="001D679C">
      <w:pPr>
        <w:spacing w:after="0" w:line="240" w:lineRule="auto"/>
        <w:ind w:firstLine="709"/>
        <w:jc w:val="both"/>
        <w:rPr>
          <w:rFonts w:eastAsia="Times New Roman"/>
          <w:lang w:val="ru-RU"/>
        </w:rPr>
      </w:pPr>
      <w:r w:rsidRPr="000F6EE0">
        <w:rPr>
          <w:rFonts w:eastAsia="Times New Roman"/>
          <w:lang w:val="ru-RU"/>
        </w:rPr>
        <w:t xml:space="preserve"> </w:t>
      </w:r>
    </w:p>
    <w:p w:rsidR="000F6511" w:rsidRDefault="000F6511" w:rsidP="001D679C">
      <w:pPr>
        <w:spacing w:after="0" w:line="240" w:lineRule="auto"/>
        <w:ind w:firstLine="709"/>
        <w:jc w:val="both"/>
        <w:rPr>
          <w:rFonts w:eastAsia="Times New Roman"/>
          <w:lang w:val="ru-RU"/>
        </w:rPr>
      </w:pPr>
    </w:p>
    <w:p w:rsidR="001D679C" w:rsidRPr="000F6511" w:rsidRDefault="001D679C" w:rsidP="000F6511">
      <w:pPr>
        <w:spacing w:after="0" w:line="240" w:lineRule="auto"/>
        <w:ind w:firstLine="709"/>
        <w:jc w:val="center"/>
        <w:rPr>
          <w:b/>
          <w:lang w:val="ru-RU"/>
        </w:rPr>
      </w:pPr>
      <w:r w:rsidRPr="001D679C">
        <w:rPr>
          <w:rFonts w:eastAsia="Times New Roman"/>
          <w:b/>
          <w:lang w:val="ru-RU"/>
        </w:rPr>
        <w:t>Акт обследования</w:t>
      </w:r>
      <w:r w:rsidR="000F6511">
        <w:rPr>
          <w:rFonts w:eastAsia="Times New Roman"/>
          <w:b/>
          <w:lang w:val="ru-RU"/>
        </w:rPr>
        <w:t xml:space="preserve"> </w:t>
      </w:r>
      <w:r w:rsidRPr="001D679C">
        <w:rPr>
          <w:rFonts w:eastAsia="Times New Roman"/>
          <w:b/>
          <w:lang w:val="ru-RU"/>
        </w:rPr>
        <w:t>зеленых насаждений</w:t>
      </w:r>
      <w:r w:rsidR="000F6511">
        <w:rPr>
          <w:rFonts w:eastAsia="Times New Roman"/>
          <w:b/>
          <w:lang w:val="ru-RU"/>
        </w:rPr>
        <w:t xml:space="preserve"> </w:t>
      </w:r>
      <w:r w:rsidRPr="000F6511">
        <w:rPr>
          <w:rFonts w:eastAsia="Times New Roman"/>
          <w:b/>
          <w:lang w:val="ru-RU"/>
        </w:rPr>
        <w:t>№ _____</w:t>
      </w:r>
    </w:p>
    <w:p w:rsidR="000F6511" w:rsidRDefault="000F6511" w:rsidP="001D679C">
      <w:pPr>
        <w:spacing w:after="0" w:line="240" w:lineRule="auto"/>
        <w:ind w:firstLine="709"/>
        <w:jc w:val="both"/>
        <w:rPr>
          <w:rFonts w:eastAsia="Times New Roman"/>
          <w:lang w:val="ru-RU"/>
        </w:rPr>
      </w:pPr>
    </w:p>
    <w:p w:rsidR="001D679C" w:rsidRPr="000F6EE0" w:rsidRDefault="001D679C" w:rsidP="001D679C">
      <w:pPr>
        <w:spacing w:after="0" w:line="240" w:lineRule="auto"/>
        <w:ind w:firstLine="709"/>
        <w:jc w:val="both"/>
        <w:rPr>
          <w:lang w:val="ru-RU"/>
        </w:rPr>
      </w:pPr>
      <w:r w:rsidRPr="000F6EE0">
        <w:rPr>
          <w:rFonts w:eastAsia="Times New Roman"/>
          <w:lang w:val="ru-RU"/>
        </w:rPr>
        <w:t>"___" ____________20___ г.</w:t>
      </w:r>
    </w:p>
    <w:p w:rsidR="001D679C" w:rsidRPr="000F6EE0" w:rsidRDefault="001D679C" w:rsidP="001D679C">
      <w:pPr>
        <w:spacing w:after="0" w:line="240" w:lineRule="auto"/>
        <w:ind w:firstLine="709"/>
        <w:jc w:val="both"/>
        <w:rPr>
          <w:lang w:val="ru-RU"/>
        </w:rPr>
      </w:pPr>
      <w:r w:rsidRPr="000F6EE0">
        <w:rPr>
          <w:rFonts w:eastAsia="Times New Roman"/>
          <w:lang w:val="ru-RU"/>
        </w:rPr>
        <w:t xml:space="preserve">(дата </w:t>
      </w:r>
      <w:proofErr w:type="gramStart"/>
      <w:r w:rsidRPr="000F6EE0">
        <w:rPr>
          <w:rFonts w:eastAsia="Times New Roman"/>
          <w:lang w:val="ru-RU"/>
        </w:rPr>
        <w:t>составления)</w:t>
      </w:r>
      <w:r w:rsidR="000F6511">
        <w:rPr>
          <w:rFonts w:eastAsia="Times New Roman"/>
          <w:lang w:val="ru-RU"/>
        </w:rPr>
        <w:t xml:space="preserve">   </w:t>
      </w:r>
      <w:proofErr w:type="gramEnd"/>
      <w:r w:rsidR="000F6511">
        <w:rPr>
          <w:rFonts w:eastAsia="Times New Roman"/>
          <w:lang w:val="ru-RU"/>
        </w:rPr>
        <w:t xml:space="preserve">                                                            </w:t>
      </w:r>
      <w:r w:rsidRPr="000F6EE0">
        <w:rPr>
          <w:rFonts w:eastAsia="Times New Roman"/>
          <w:lang w:val="ru-RU"/>
        </w:rPr>
        <w:t xml:space="preserve"> (место составления)</w:t>
      </w:r>
    </w:p>
    <w:p w:rsidR="0047343B" w:rsidRPr="000F6EE0" w:rsidRDefault="000F6EE0" w:rsidP="001D679C">
      <w:pPr>
        <w:spacing w:after="0" w:line="240" w:lineRule="auto"/>
        <w:ind w:firstLine="709"/>
        <w:jc w:val="both"/>
        <w:rPr>
          <w:lang w:val="ru-RU"/>
        </w:rPr>
      </w:pPr>
      <w:r w:rsidRPr="000F6EE0">
        <w:rPr>
          <w:rFonts w:eastAsia="Times New Roman"/>
          <w:lang w:val="ru-RU"/>
        </w:rPr>
        <w:t>(наименование органа, составившего акт обследования, его адрес места нахождения, номер телефона, электронный адрес)</w:t>
      </w:r>
    </w:p>
    <w:p w:rsidR="000F6511" w:rsidRDefault="000F6511">
      <w:pPr>
        <w:spacing w:after="0" w:line="240" w:lineRule="auto"/>
        <w:ind w:firstLine="709"/>
        <w:jc w:val="both"/>
        <w:rPr>
          <w:rFonts w:eastAsia="Times New Roman"/>
          <w:lang w:val="ru-RU"/>
        </w:rPr>
      </w:pPr>
    </w:p>
    <w:p w:rsidR="0047343B" w:rsidRDefault="000F6EE0">
      <w:pPr>
        <w:spacing w:after="0" w:line="240" w:lineRule="auto"/>
        <w:ind w:firstLine="709"/>
        <w:jc w:val="both"/>
        <w:rPr>
          <w:rFonts w:eastAsia="Times New Roman"/>
          <w:lang w:val="ru-RU"/>
        </w:rPr>
      </w:pPr>
      <w:r w:rsidRPr="000F6EE0">
        <w:rPr>
          <w:rFonts w:eastAsia="Times New Roman"/>
          <w:lang w:val="ru-RU"/>
        </w:rPr>
        <w:t>Лица, проводившие обследование:</w:t>
      </w:r>
    </w:p>
    <w:p w:rsidR="000F6511" w:rsidRPr="000F6EE0" w:rsidRDefault="000F6511">
      <w:pPr>
        <w:spacing w:after="0" w:line="240" w:lineRule="auto"/>
        <w:ind w:firstLine="709"/>
        <w:jc w:val="both"/>
        <w:rPr>
          <w:lang w:val="ru-RU"/>
        </w:rPr>
      </w:pPr>
      <w:r>
        <w:rPr>
          <w:rFonts w:eastAsia="Times New Roman"/>
          <w:lang w:val="ru-RU"/>
        </w:rPr>
        <w:t>_______________________________________________________________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(фамилия, имя, отчество, с указанием должности)</w:t>
      </w:r>
    </w:p>
    <w:p w:rsidR="0047343B" w:rsidRPr="000F6EE0" w:rsidRDefault="000F6EE0">
      <w:pPr>
        <w:spacing w:after="0" w:line="240" w:lineRule="auto"/>
        <w:ind w:firstLine="709"/>
        <w:jc w:val="both"/>
        <w:rPr>
          <w:lang w:val="ru-RU"/>
        </w:rPr>
      </w:pPr>
      <w:r w:rsidRPr="000F6EE0">
        <w:rPr>
          <w:rFonts w:eastAsia="Times New Roman"/>
          <w:lang w:val="ru-RU"/>
        </w:rPr>
        <w:t>при участии специалистов:</w:t>
      </w:r>
    </w:p>
    <w:p w:rsidR="000F6511" w:rsidRDefault="000F6511">
      <w:pPr>
        <w:spacing w:after="0" w:line="240" w:lineRule="auto"/>
        <w:ind w:firstLine="709"/>
        <w:jc w:val="both"/>
        <w:rPr>
          <w:rFonts w:eastAsia="Times New Roman"/>
          <w:lang w:val="ru-RU"/>
        </w:rPr>
      </w:pPr>
      <w:r>
        <w:rPr>
          <w:rFonts w:eastAsia="Times New Roman"/>
          <w:lang w:val="ru-RU"/>
        </w:rPr>
        <w:t>______________________________________________________________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(фамилия, имя, отчество, с указанием должности)</w:t>
      </w:r>
    </w:p>
    <w:p w:rsidR="0047343B" w:rsidRPr="000F6EE0" w:rsidRDefault="000F6EE0">
      <w:pPr>
        <w:spacing w:after="0" w:line="240" w:lineRule="auto"/>
        <w:ind w:firstLine="709"/>
        <w:jc w:val="both"/>
        <w:rPr>
          <w:lang w:val="ru-RU"/>
        </w:rPr>
      </w:pPr>
      <w:r w:rsidRPr="000F6EE0">
        <w:rPr>
          <w:rFonts w:eastAsia="Times New Roman"/>
          <w:lang w:val="ru-RU"/>
        </w:rPr>
        <w:t>приглашенного заявителя______________________________________________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(указать для физических лиц: Ф.И.О. заявителя, адрес проживания, для юридических лиц: наименование, ИНН, ОГРН, должность)</w:t>
      </w:r>
    </w:p>
    <w:p w:rsidR="0047343B" w:rsidRPr="000F6EE0" w:rsidRDefault="000F6EE0">
      <w:pPr>
        <w:spacing w:after="0" w:line="240" w:lineRule="auto"/>
        <w:ind w:firstLine="709"/>
        <w:jc w:val="both"/>
        <w:rPr>
          <w:lang w:val="ru-RU"/>
        </w:rPr>
      </w:pPr>
      <w:r w:rsidRPr="000F6EE0">
        <w:rPr>
          <w:rFonts w:eastAsia="Times New Roman"/>
          <w:lang w:val="ru-RU"/>
        </w:rPr>
        <w:t>на основании заявления______________________________________________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(указать реквизиты заявления: входящий номер и дату)</w:t>
      </w:r>
    </w:p>
    <w:p w:rsidR="0047343B" w:rsidRPr="000F6EE0" w:rsidRDefault="000F6EE0">
      <w:pPr>
        <w:spacing w:after="0" w:line="240" w:lineRule="auto"/>
        <w:ind w:firstLine="709"/>
        <w:jc w:val="both"/>
        <w:rPr>
          <w:lang w:val="ru-RU"/>
        </w:rPr>
      </w:pPr>
      <w:r w:rsidRPr="000F6EE0">
        <w:rPr>
          <w:rFonts w:eastAsia="Times New Roman"/>
          <w:lang w:val="ru-RU"/>
        </w:rPr>
        <w:t>проведено обследование земельного участка:</w:t>
      </w:r>
    </w:p>
    <w:p w:rsidR="0047343B" w:rsidRPr="000F6EE0" w:rsidRDefault="000F6EE0">
      <w:pPr>
        <w:spacing w:after="0" w:line="240" w:lineRule="auto"/>
        <w:ind w:firstLine="709"/>
        <w:jc w:val="both"/>
        <w:rPr>
          <w:lang w:val="ru-RU"/>
        </w:rPr>
      </w:pPr>
      <w:r w:rsidRPr="000F6EE0">
        <w:rPr>
          <w:rFonts w:eastAsia="Times New Roman"/>
          <w:lang w:val="ru-RU"/>
        </w:rPr>
        <w:t>(адрес (местоположение) обследуемого объекта, кадастровый номер, площадь)</w:t>
      </w:r>
    </w:p>
    <w:p w:rsidR="0047343B" w:rsidRPr="000F6EE0" w:rsidRDefault="000F6EE0">
      <w:pPr>
        <w:spacing w:after="0" w:line="240" w:lineRule="auto"/>
        <w:ind w:firstLine="709"/>
        <w:jc w:val="both"/>
        <w:rPr>
          <w:lang w:val="ru-RU"/>
        </w:rPr>
      </w:pPr>
      <w:r w:rsidRPr="000F6EE0">
        <w:rPr>
          <w:rFonts w:eastAsia="Times New Roman"/>
          <w:lang w:val="ru-RU"/>
        </w:rPr>
        <w:t>В результате проведенного обследования установлено, что на земельном участке произрастают следующие зеленые насаждения:</w:t>
      </w:r>
    </w:p>
    <w:tbl>
      <w:tblPr>
        <w:tblStyle w:val="aff0"/>
        <w:tblW w:w="0" w:type="auto"/>
        <w:jc w:val="center"/>
        <w:tblLook w:val="04A0" w:firstRow="1" w:lastRow="0" w:firstColumn="1" w:lastColumn="0" w:noHBand="0" w:noVBand="1"/>
      </w:tblPr>
      <w:tblGrid>
        <w:gridCol w:w="1606"/>
        <w:gridCol w:w="1606"/>
        <w:gridCol w:w="1606"/>
        <w:gridCol w:w="1689"/>
        <w:gridCol w:w="1606"/>
        <w:gridCol w:w="1606"/>
      </w:tblGrid>
      <w:tr w:rsidR="0047343B" w:rsidRPr="000F6511">
        <w:trPr>
          <w:cantSplit/>
          <w:tblHeader/>
          <w:jc w:val="center"/>
        </w:trPr>
        <w:tc>
          <w:tcPr>
            <w:tcW w:w="1606" w:type="dxa"/>
            <w:tcMar>
              <w:top w:w="80" w:type="dxa"/>
              <w:left w:w="90" w:type="dxa"/>
              <w:bottom w:w="80" w:type="dxa"/>
              <w:right w:w="90" w:type="dxa"/>
            </w:tcMar>
            <w:vAlign w:val="center"/>
          </w:tcPr>
          <w:p w:rsidR="0047343B" w:rsidRPr="000F6511" w:rsidRDefault="008B1697">
            <w:pPr>
              <w:jc w:val="center"/>
            </w:pPr>
            <w:r w:rsidRPr="000F6511">
              <w:rPr>
                <w:rFonts w:eastAsia="Times New Roman"/>
                <w:sz w:val="22"/>
              </w:rPr>
              <w:t>№</w:t>
            </w:r>
            <w:r w:rsidR="000F6EE0" w:rsidRPr="000F6511">
              <w:rPr>
                <w:rFonts w:eastAsia="Times New Roman"/>
                <w:sz w:val="22"/>
              </w:rPr>
              <w:t xml:space="preserve"> п/п</w:t>
            </w:r>
          </w:p>
        </w:tc>
        <w:tc>
          <w:tcPr>
            <w:tcW w:w="1606" w:type="dxa"/>
            <w:tcMar>
              <w:top w:w="80" w:type="dxa"/>
              <w:left w:w="90" w:type="dxa"/>
              <w:bottom w:w="80" w:type="dxa"/>
              <w:right w:w="90" w:type="dxa"/>
            </w:tcMar>
            <w:vAlign w:val="center"/>
          </w:tcPr>
          <w:p w:rsidR="0047343B" w:rsidRPr="000F6511" w:rsidRDefault="000F6EE0">
            <w:pPr>
              <w:jc w:val="center"/>
            </w:pPr>
            <w:r w:rsidRPr="000F6511">
              <w:rPr>
                <w:rFonts w:eastAsia="Times New Roman"/>
                <w:sz w:val="22"/>
              </w:rPr>
              <w:t>Порода, вид зеленых насаждений</w:t>
            </w:r>
          </w:p>
        </w:tc>
        <w:tc>
          <w:tcPr>
            <w:tcW w:w="1606" w:type="dxa"/>
            <w:tcMar>
              <w:top w:w="80" w:type="dxa"/>
              <w:left w:w="90" w:type="dxa"/>
              <w:bottom w:w="80" w:type="dxa"/>
              <w:right w:w="90" w:type="dxa"/>
            </w:tcMar>
            <w:vAlign w:val="center"/>
          </w:tcPr>
          <w:p w:rsidR="0047343B" w:rsidRPr="000F6511" w:rsidRDefault="000F6EE0">
            <w:pPr>
              <w:jc w:val="center"/>
              <w:rPr>
                <w:lang w:val="ru-RU"/>
              </w:rPr>
            </w:pPr>
            <w:r w:rsidRPr="000F6511">
              <w:rPr>
                <w:rFonts w:eastAsia="Times New Roman"/>
                <w:sz w:val="22"/>
                <w:lang w:val="ru-RU"/>
              </w:rPr>
              <w:t>Диаметр ствола (для деревьев на высоте 1,3 м.), см.</w:t>
            </w:r>
          </w:p>
        </w:tc>
        <w:tc>
          <w:tcPr>
            <w:tcW w:w="1606" w:type="dxa"/>
            <w:tcMar>
              <w:top w:w="80" w:type="dxa"/>
              <w:left w:w="90" w:type="dxa"/>
              <w:bottom w:w="80" w:type="dxa"/>
              <w:right w:w="90" w:type="dxa"/>
            </w:tcMar>
            <w:vAlign w:val="center"/>
          </w:tcPr>
          <w:p w:rsidR="0047343B" w:rsidRPr="000F6511" w:rsidRDefault="000F6EE0">
            <w:pPr>
              <w:jc w:val="center"/>
            </w:pPr>
            <w:r w:rsidRPr="000F6511">
              <w:rPr>
                <w:rFonts w:eastAsia="Times New Roman"/>
                <w:sz w:val="22"/>
              </w:rPr>
              <w:t>Характеристика состояния зеленых насаждений</w:t>
            </w:r>
          </w:p>
        </w:tc>
        <w:tc>
          <w:tcPr>
            <w:tcW w:w="1606" w:type="dxa"/>
            <w:tcMar>
              <w:top w:w="80" w:type="dxa"/>
              <w:left w:w="90" w:type="dxa"/>
              <w:bottom w:w="80" w:type="dxa"/>
              <w:right w:w="90" w:type="dxa"/>
            </w:tcMar>
            <w:vAlign w:val="center"/>
          </w:tcPr>
          <w:p w:rsidR="0047343B" w:rsidRPr="000F6511" w:rsidRDefault="000F6EE0">
            <w:pPr>
              <w:jc w:val="center"/>
            </w:pPr>
            <w:r w:rsidRPr="000F6511">
              <w:rPr>
                <w:rFonts w:eastAsia="Times New Roman"/>
                <w:sz w:val="22"/>
              </w:rPr>
              <w:t>Заключение</w:t>
            </w:r>
          </w:p>
        </w:tc>
        <w:tc>
          <w:tcPr>
            <w:tcW w:w="1606" w:type="dxa"/>
            <w:tcMar>
              <w:top w:w="80" w:type="dxa"/>
              <w:left w:w="90" w:type="dxa"/>
              <w:bottom w:w="80" w:type="dxa"/>
              <w:right w:w="90" w:type="dxa"/>
            </w:tcMar>
            <w:vAlign w:val="center"/>
          </w:tcPr>
          <w:p w:rsidR="0047343B" w:rsidRPr="000F6511" w:rsidRDefault="000F6EE0">
            <w:pPr>
              <w:jc w:val="center"/>
            </w:pPr>
            <w:r w:rsidRPr="000F6511">
              <w:rPr>
                <w:rFonts w:eastAsia="Times New Roman"/>
                <w:sz w:val="22"/>
              </w:rPr>
              <w:t>Примечание</w:t>
            </w:r>
          </w:p>
        </w:tc>
      </w:tr>
      <w:tr w:rsidR="0047343B" w:rsidRPr="000F6511">
        <w:trPr>
          <w:cantSplit/>
          <w:jc w:val="center"/>
        </w:trPr>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r>
      <w:tr w:rsidR="0047343B" w:rsidRPr="000F6511">
        <w:trPr>
          <w:cantSplit/>
          <w:jc w:val="center"/>
        </w:trPr>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c>
          <w:tcPr>
            <w:tcW w:w="1606" w:type="dxa"/>
            <w:tcMar>
              <w:top w:w="80" w:type="dxa"/>
              <w:left w:w="90" w:type="dxa"/>
              <w:bottom w:w="80" w:type="dxa"/>
              <w:right w:w="90" w:type="dxa"/>
            </w:tcMar>
            <w:vAlign w:val="center"/>
          </w:tcPr>
          <w:p w:rsidR="0047343B" w:rsidRPr="000F6511" w:rsidRDefault="0047343B"/>
        </w:tc>
      </w:tr>
      <w:tr w:rsidR="0047343B">
        <w:trPr>
          <w:cantSplit/>
          <w:jc w:val="center"/>
        </w:trPr>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r>
      <w:tr w:rsidR="0047343B">
        <w:trPr>
          <w:cantSplit/>
          <w:jc w:val="center"/>
        </w:trPr>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c>
          <w:tcPr>
            <w:tcW w:w="1606" w:type="dxa"/>
            <w:tcMar>
              <w:top w:w="80" w:type="dxa"/>
              <w:left w:w="90" w:type="dxa"/>
              <w:bottom w:w="80" w:type="dxa"/>
              <w:right w:w="90" w:type="dxa"/>
            </w:tcMar>
            <w:vAlign w:val="center"/>
          </w:tcPr>
          <w:p w:rsidR="0047343B" w:rsidRDefault="0047343B"/>
        </w:tc>
      </w:tr>
    </w:tbl>
    <w:p w:rsidR="0047343B" w:rsidRDefault="0047343B">
      <w:pPr>
        <w:spacing w:after="0" w:line="240" w:lineRule="auto"/>
      </w:pPr>
    </w:p>
    <w:p w:rsidR="0047343B" w:rsidRDefault="000F6EE0">
      <w:pPr>
        <w:spacing w:after="0" w:line="240" w:lineRule="auto"/>
        <w:ind w:firstLine="709"/>
        <w:jc w:val="both"/>
      </w:pPr>
      <w:r>
        <w:rPr>
          <w:rFonts w:eastAsia="Times New Roman"/>
        </w:rPr>
        <w:t>Заключение: _______________________________ порубочный билет заявителю.</w:t>
      </w:r>
    </w:p>
    <w:p w:rsidR="0047343B" w:rsidRPr="000F6EE0" w:rsidRDefault="000F6EE0">
      <w:pPr>
        <w:spacing w:after="0" w:line="240" w:lineRule="auto"/>
        <w:ind w:firstLine="709"/>
        <w:jc w:val="both"/>
        <w:rPr>
          <w:lang w:val="ru-RU"/>
        </w:rPr>
      </w:pPr>
      <w:r w:rsidRPr="000F6EE0">
        <w:rPr>
          <w:rFonts w:eastAsia="Times New Roman"/>
          <w:lang w:val="ru-RU"/>
        </w:rPr>
        <w:t>(указать выдать либо отказать в выдаче)</w:t>
      </w:r>
    </w:p>
    <w:p w:rsidR="0047343B" w:rsidRPr="000F6EE0" w:rsidRDefault="000F6EE0">
      <w:pPr>
        <w:spacing w:after="0" w:line="240" w:lineRule="auto"/>
        <w:ind w:firstLine="709"/>
        <w:jc w:val="both"/>
        <w:rPr>
          <w:lang w:val="ru-RU"/>
        </w:rPr>
      </w:pPr>
      <w:r w:rsidRPr="000F6EE0">
        <w:rPr>
          <w:rFonts w:eastAsia="Times New Roman"/>
          <w:lang w:val="ru-RU"/>
        </w:rPr>
        <w:t>______________ _____________</w:t>
      </w:r>
    </w:p>
    <w:p w:rsidR="0047343B" w:rsidRPr="000F6EE0" w:rsidRDefault="000F6EE0">
      <w:pPr>
        <w:spacing w:after="0" w:line="240" w:lineRule="auto"/>
        <w:ind w:firstLine="709"/>
        <w:jc w:val="both"/>
        <w:rPr>
          <w:lang w:val="ru-RU"/>
        </w:rPr>
      </w:pPr>
      <w:r w:rsidRPr="000F6EE0">
        <w:rPr>
          <w:rFonts w:eastAsia="Times New Roman"/>
          <w:lang w:val="ru-RU"/>
        </w:rPr>
        <w:t>(подпись) (фамилия, инициалы)</w:t>
      </w:r>
    </w:p>
    <w:p w:rsidR="0047343B" w:rsidRPr="000F6EE0" w:rsidRDefault="000F6EE0">
      <w:pPr>
        <w:spacing w:after="0" w:line="240" w:lineRule="auto"/>
        <w:ind w:firstLine="709"/>
        <w:jc w:val="both"/>
        <w:rPr>
          <w:lang w:val="ru-RU"/>
        </w:rPr>
      </w:pPr>
      <w:r w:rsidRPr="000F6EE0">
        <w:rPr>
          <w:rFonts w:eastAsia="Times New Roman"/>
          <w:lang w:val="ru-RU"/>
        </w:rPr>
        <w:t>Приглашенные специалисты:</w:t>
      </w:r>
    </w:p>
    <w:p w:rsidR="0047343B" w:rsidRPr="000F6EE0" w:rsidRDefault="000F6EE0">
      <w:pPr>
        <w:spacing w:after="0" w:line="240" w:lineRule="auto"/>
        <w:ind w:firstLine="709"/>
        <w:jc w:val="both"/>
        <w:rPr>
          <w:lang w:val="ru-RU"/>
        </w:rPr>
      </w:pPr>
      <w:r w:rsidRPr="000F6EE0">
        <w:rPr>
          <w:rFonts w:eastAsia="Times New Roman"/>
          <w:lang w:val="ru-RU"/>
        </w:rPr>
        <w:t>___________ ______________ _____________</w:t>
      </w:r>
    </w:p>
    <w:p w:rsidR="0047343B" w:rsidRPr="000F6EE0" w:rsidRDefault="000F6EE0">
      <w:pPr>
        <w:spacing w:after="0" w:line="240" w:lineRule="auto"/>
        <w:ind w:firstLine="709"/>
        <w:jc w:val="both"/>
        <w:rPr>
          <w:lang w:val="ru-RU"/>
        </w:rPr>
      </w:pPr>
      <w:r w:rsidRPr="000F6EE0">
        <w:rPr>
          <w:rFonts w:eastAsia="Times New Roman"/>
          <w:lang w:val="ru-RU"/>
        </w:rPr>
        <w:t>(должность) (подпись) (фамилия, инициалы)</w:t>
      </w:r>
    </w:p>
    <w:p w:rsidR="0047343B" w:rsidRPr="000F6EE0" w:rsidRDefault="000F6EE0">
      <w:pPr>
        <w:spacing w:after="0" w:line="240" w:lineRule="auto"/>
        <w:ind w:firstLine="709"/>
        <w:jc w:val="both"/>
        <w:rPr>
          <w:lang w:val="ru-RU"/>
        </w:rPr>
      </w:pPr>
      <w:r w:rsidRPr="000F6EE0">
        <w:rPr>
          <w:rFonts w:eastAsia="Times New Roman"/>
          <w:lang w:val="ru-RU"/>
        </w:rPr>
        <w:t>___________ ______________ _____________</w:t>
      </w:r>
    </w:p>
    <w:p w:rsidR="0047343B" w:rsidRPr="000F6EE0" w:rsidRDefault="000F6EE0">
      <w:pPr>
        <w:spacing w:after="0" w:line="240" w:lineRule="auto"/>
        <w:ind w:firstLine="709"/>
        <w:jc w:val="both"/>
        <w:rPr>
          <w:lang w:val="ru-RU"/>
        </w:rPr>
      </w:pPr>
      <w:r w:rsidRPr="000F6EE0">
        <w:rPr>
          <w:rFonts w:eastAsia="Times New Roman"/>
          <w:lang w:val="ru-RU"/>
        </w:rPr>
        <w:t>(должность) (подпись) (фамилия, инициалы)</w:t>
      </w:r>
    </w:p>
    <w:p w:rsidR="0047343B" w:rsidRPr="000F6EE0" w:rsidRDefault="000F6EE0">
      <w:pPr>
        <w:spacing w:after="0" w:line="240" w:lineRule="auto"/>
        <w:ind w:firstLine="709"/>
        <w:jc w:val="both"/>
        <w:rPr>
          <w:lang w:val="ru-RU"/>
        </w:rPr>
      </w:pPr>
      <w:r w:rsidRPr="000F6EE0">
        <w:rPr>
          <w:rFonts w:eastAsia="Times New Roman"/>
          <w:lang w:val="ru-RU"/>
        </w:rPr>
        <w:t>Заявитель: ______________ _____________</w:t>
      </w:r>
    </w:p>
    <w:p w:rsidR="0047343B" w:rsidRDefault="000F6EE0">
      <w:pPr>
        <w:spacing w:after="0" w:line="240" w:lineRule="auto"/>
        <w:ind w:firstLine="709"/>
        <w:jc w:val="both"/>
        <w:rPr>
          <w:rFonts w:eastAsia="Times New Roman"/>
          <w:lang w:val="ru-RU"/>
        </w:rPr>
      </w:pPr>
      <w:r w:rsidRPr="000F6EE0">
        <w:rPr>
          <w:rFonts w:eastAsia="Times New Roman"/>
          <w:lang w:val="ru-RU"/>
        </w:rPr>
        <w:t>(подпись) (фамилия, инициалы)</w:t>
      </w:r>
    </w:p>
    <w:p w:rsidR="000F6511" w:rsidRDefault="000F6511">
      <w:pPr>
        <w:spacing w:after="0" w:line="240" w:lineRule="auto"/>
        <w:ind w:firstLine="709"/>
        <w:jc w:val="both"/>
        <w:rPr>
          <w:rFonts w:eastAsia="Times New Roman"/>
          <w:lang w:val="ru-RU"/>
        </w:rPr>
      </w:pPr>
    </w:p>
    <w:p w:rsidR="000F6511" w:rsidRDefault="000F6511">
      <w:pPr>
        <w:spacing w:after="0" w:line="240" w:lineRule="auto"/>
        <w:ind w:firstLine="709"/>
        <w:jc w:val="both"/>
        <w:rPr>
          <w:rFonts w:eastAsia="Times New Roman"/>
          <w:lang w:val="ru-RU"/>
        </w:rPr>
      </w:pPr>
    </w:p>
    <w:p w:rsidR="000F6511" w:rsidRDefault="000F6511">
      <w:pPr>
        <w:spacing w:after="0" w:line="240" w:lineRule="auto"/>
        <w:ind w:firstLine="709"/>
        <w:jc w:val="both"/>
        <w:rPr>
          <w:rFonts w:eastAsia="Times New Roman"/>
          <w:lang w:val="ru-RU"/>
        </w:rPr>
      </w:pPr>
    </w:p>
    <w:p w:rsidR="000F6511" w:rsidRPr="000F6EE0" w:rsidRDefault="000F6511" w:rsidP="000F6511">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0F6511" w:rsidRDefault="000F6511" w:rsidP="000F6511">
      <w:pPr>
        <w:spacing w:after="0" w:line="240" w:lineRule="auto"/>
        <w:rPr>
          <w:rFonts w:eastAsia="Times New Roman"/>
          <w:lang w:val="ru-RU"/>
        </w:rPr>
      </w:pPr>
      <w:r w:rsidRPr="000F6EE0">
        <w:rPr>
          <w:rFonts w:eastAsia="Times New Roman"/>
          <w:lang w:val="ru-RU"/>
        </w:rPr>
        <w:t>Брюховецкого муниципального района</w:t>
      </w:r>
    </w:p>
    <w:p w:rsidR="000F6511" w:rsidRPr="000F6EE0" w:rsidRDefault="000F6511" w:rsidP="000F6511">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0F6511" w:rsidRPr="000F6EE0" w:rsidRDefault="000F6511">
      <w:pPr>
        <w:spacing w:after="0" w:line="240" w:lineRule="auto"/>
        <w:ind w:firstLine="709"/>
        <w:jc w:val="both"/>
        <w:rPr>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647F93" w:rsidRDefault="00647F93" w:rsidP="000F6511">
      <w:pPr>
        <w:spacing w:after="0" w:line="240" w:lineRule="auto"/>
        <w:ind w:firstLine="5103"/>
        <w:rPr>
          <w:szCs w:val="28"/>
          <w:lang w:val="ru-RU"/>
        </w:rPr>
        <w:sectPr w:rsidR="00647F93" w:rsidSect="00F55E6E">
          <w:pgSz w:w="12240" w:h="15840"/>
          <w:pgMar w:top="1134" w:right="567" w:bottom="1134" w:left="1701" w:header="709" w:footer="709" w:gutter="0"/>
          <w:pgNumType w:start="1"/>
          <w:cols w:space="720"/>
          <w:titlePg/>
          <w:docGrid w:linePitch="381"/>
        </w:sectPr>
      </w:pPr>
    </w:p>
    <w:p w:rsidR="000F6511" w:rsidRPr="002E7D98" w:rsidRDefault="000F6511" w:rsidP="000F6511">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5</w:t>
      </w:r>
    </w:p>
    <w:p w:rsidR="000F6511" w:rsidRPr="002E7D98" w:rsidRDefault="000F6511" w:rsidP="000F6511">
      <w:pPr>
        <w:spacing w:after="0" w:line="240" w:lineRule="auto"/>
        <w:ind w:firstLine="5103"/>
        <w:rPr>
          <w:szCs w:val="28"/>
          <w:lang w:val="ru-RU"/>
        </w:rPr>
      </w:pPr>
      <w:r w:rsidRPr="002E7D98">
        <w:rPr>
          <w:szCs w:val="28"/>
          <w:lang w:val="ru-RU"/>
        </w:rPr>
        <w:t>к административному регламенту</w:t>
      </w:r>
    </w:p>
    <w:p w:rsidR="000F6511" w:rsidRPr="002E7D98" w:rsidRDefault="000F6511" w:rsidP="000F6511">
      <w:pPr>
        <w:spacing w:after="0" w:line="240" w:lineRule="auto"/>
        <w:ind w:firstLine="5103"/>
        <w:rPr>
          <w:szCs w:val="28"/>
          <w:lang w:val="ru-RU"/>
        </w:rPr>
      </w:pPr>
      <w:r w:rsidRPr="002E7D98">
        <w:rPr>
          <w:szCs w:val="28"/>
          <w:lang w:val="ru-RU"/>
        </w:rPr>
        <w:t>предоставления администрацией</w:t>
      </w:r>
    </w:p>
    <w:p w:rsidR="000F6511" w:rsidRDefault="000F6511" w:rsidP="000F6511">
      <w:pPr>
        <w:spacing w:after="0" w:line="240" w:lineRule="auto"/>
        <w:ind w:firstLine="5103"/>
        <w:rPr>
          <w:szCs w:val="28"/>
          <w:lang w:val="ru-RU"/>
        </w:rPr>
      </w:pPr>
      <w:r w:rsidRPr="002E7D98">
        <w:rPr>
          <w:szCs w:val="28"/>
          <w:lang w:val="ru-RU"/>
        </w:rPr>
        <w:t>Новоджерелиевского сельского</w:t>
      </w:r>
    </w:p>
    <w:p w:rsidR="000F6511" w:rsidRDefault="000F6511" w:rsidP="000F6511">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0F6511" w:rsidRPr="002E7D98" w:rsidRDefault="000F6511" w:rsidP="000F6511">
      <w:pPr>
        <w:spacing w:after="0" w:line="240" w:lineRule="auto"/>
        <w:ind w:firstLine="5103"/>
        <w:rPr>
          <w:szCs w:val="28"/>
          <w:lang w:val="ru-RU"/>
        </w:rPr>
      </w:pPr>
      <w:r w:rsidRPr="002E7D98">
        <w:rPr>
          <w:szCs w:val="28"/>
          <w:lang w:val="ru-RU"/>
        </w:rPr>
        <w:t>муниципального района</w:t>
      </w:r>
    </w:p>
    <w:p w:rsidR="000F6511" w:rsidRPr="002E7D98" w:rsidRDefault="000F6511" w:rsidP="000F6511">
      <w:pPr>
        <w:spacing w:after="0" w:line="240" w:lineRule="auto"/>
        <w:ind w:firstLine="5103"/>
        <w:rPr>
          <w:szCs w:val="28"/>
          <w:lang w:val="ru-RU"/>
        </w:rPr>
      </w:pPr>
      <w:r w:rsidRPr="002E7D98">
        <w:rPr>
          <w:szCs w:val="28"/>
          <w:lang w:val="ru-RU"/>
        </w:rPr>
        <w:t>Краснодарского края муниципальной</w:t>
      </w:r>
    </w:p>
    <w:p w:rsidR="000F6511" w:rsidRPr="002E7D98" w:rsidRDefault="000F6511" w:rsidP="000F6511">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0F6511" w:rsidRDefault="000F6511">
      <w:pPr>
        <w:spacing w:after="0" w:line="240" w:lineRule="auto"/>
        <w:ind w:firstLine="709"/>
        <w:jc w:val="both"/>
        <w:rPr>
          <w:rFonts w:eastAsia="Times New Roman"/>
          <w:lang w:val="ru-RU"/>
        </w:rPr>
      </w:pPr>
    </w:p>
    <w:p w:rsidR="000F6511" w:rsidRDefault="000F6511">
      <w:pPr>
        <w:spacing w:after="0" w:line="240" w:lineRule="auto"/>
        <w:ind w:firstLine="709"/>
        <w:jc w:val="both"/>
        <w:rPr>
          <w:rFonts w:eastAsia="Times New Roman"/>
          <w:lang w:val="ru-RU"/>
        </w:rPr>
      </w:pPr>
    </w:p>
    <w:p w:rsidR="0047343B" w:rsidRPr="000F6511" w:rsidRDefault="000F6EE0" w:rsidP="000F6511">
      <w:pPr>
        <w:spacing w:after="0" w:line="240" w:lineRule="auto"/>
        <w:ind w:firstLine="709"/>
        <w:jc w:val="center"/>
        <w:rPr>
          <w:b/>
          <w:lang w:val="ru-RU"/>
        </w:rPr>
      </w:pPr>
      <w:r w:rsidRPr="000F6511">
        <w:rPr>
          <w:rFonts w:eastAsia="Times New Roman"/>
          <w:b/>
          <w:lang w:val="ru-RU"/>
        </w:rPr>
        <w:t>Перечень условных обозначений и сокращений</w:t>
      </w:r>
    </w:p>
    <w:p w:rsidR="000F6511" w:rsidRDefault="000F6511">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 xml:space="preserve">1. Административный регламент - административный регламент предоставления муниципальной услуги </w:t>
      </w:r>
      <w:r w:rsidR="000F6511">
        <w:rPr>
          <w:rFonts w:eastAsia="Times New Roman"/>
          <w:lang w:val="ru-RU"/>
        </w:rPr>
        <w:t>«</w:t>
      </w:r>
      <w:r w:rsidRPr="000F6EE0">
        <w:rPr>
          <w:rFonts w:eastAsia="Times New Roman"/>
          <w:lang w:val="ru-RU"/>
        </w:rPr>
        <w:t>Выдача порубочного билета</w:t>
      </w:r>
      <w:r w:rsidR="000F6511">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 xml:space="preserve">2. Муниципальная услуга </w:t>
      </w:r>
      <w:r w:rsidR="000F6511">
        <w:rPr>
          <w:rFonts w:eastAsia="Times New Roman"/>
          <w:lang w:val="ru-RU"/>
        </w:rPr>
        <w:t>–</w:t>
      </w:r>
      <w:r w:rsidRPr="000F6EE0">
        <w:rPr>
          <w:rFonts w:eastAsia="Times New Roman"/>
          <w:lang w:val="ru-RU"/>
        </w:rPr>
        <w:t xml:space="preserve"> </w:t>
      </w:r>
      <w:r w:rsidR="000F6511">
        <w:rPr>
          <w:rFonts w:eastAsia="Times New Roman"/>
          <w:lang w:val="ru-RU"/>
        </w:rPr>
        <w:t>«</w:t>
      </w:r>
      <w:r w:rsidRPr="000F6EE0">
        <w:rPr>
          <w:rFonts w:eastAsia="Times New Roman"/>
          <w:lang w:val="ru-RU"/>
        </w:rPr>
        <w:t>Выдача порубочного билета</w:t>
      </w:r>
      <w:r w:rsidR="000F6511">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3. Заявители - физические лица, в том числе зарегистрированные в качестве индивидуальных предпринимателей, и юридические лица, осуществляющие хозяйственную и иную деятельность на территории Новоджерелиевского сельского поселения Брюховецкого муниципального района Краснодарского края, за исключением земельных участков, указанных в абзацах первом и втором пункта 1 подраздела 1.1. раздела 1 Административного регламента, для которой требуется вырубка (уничтожение), санитарная, омолаживающая, формовочная обрезка</w:t>
      </w:r>
      <w:r w:rsidR="000F6511">
        <w:rPr>
          <w:rFonts w:eastAsia="Times New Roman"/>
          <w:lang w:val="ru-RU"/>
        </w:rPr>
        <w:t>;</w:t>
      </w:r>
    </w:p>
    <w:p w:rsidR="0047343B" w:rsidRPr="000F6EE0" w:rsidRDefault="000F6511">
      <w:pPr>
        <w:spacing w:after="0" w:line="240" w:lineRule="auto"/>
        <w:ind w:firstLine="709"/>
        <w:jc w:val="both"/>
        <w:rPr>
          <w:lang w:val="ru-RU"/>
        </w:rPr>
      </w:pPr>
      <w:r>
        <w:rPr>
          <w:rFonts w:eastAsia="Times New Roman"/>
          <w:lang w:val="ru-RU"/>
        </w:rPr>
        <w:t>о</w:t>
      </w:r>
      <w:r w:rsidR="000F6EE0" w:rsidRPr="000F6EE0">
        <w:rPr>
          <w:rFonts w:eastAsia="Times New Roman"/>
          <w:lang w:val="ru-RU"/>
        </w:rPr>
        <w:t>т имени заявителя с заявлением о предоставлении муниципальной услуги вправе обратиться его представители, наделенные соответствующими полномочиями.</w:t>
      </w:r>
    </w:p>
    <w:p w:rsidR="0047343B" w:rsidRPr="000F6EE0" w:rsidRDefault="000F6EE0">
      <w:pPr>
        <w:spacing w:after="0" w:line="240" w:lineRule="auto"/>
        <w:ind w:firstLine="709"/>
        <w:jc w:val="both"/>
        <w:rPr>
          <w:lang w:val="ru-RU"/>
        </w:rPr>
      </w:pPr>
      <w:r w:rsidRPr="000F6EE0">
        <w:rPr>
          <w:rFonts w:eastAsia="Times New Roman"/>
          <w:lang w:val="ru-RU"/>
        </w:rPr>
        <w:t>4. Представители - иные лица в соответствии с законодательством Российской Федерации, представляющие интересы заявителей.</w:t>
      </w:r>
    </w:p>
    <w:p w:rsidR="0047343B" w:rsidRPr="000F6EE0" w:rsidRDefault="000F6EE0">
      <w:pPr>
        <w:spacing w:after="0" w:line="240" w:lineRule="auto"/>
        <w:ind w:firstLine="709"/>
        <w:jc w:val="both"/>
        <w:rPr>
          <w:lang w:val="ru-RU"/>
        </w:rPr>
      </w:pPr>
      <w:r w:rsidRPr="000F6EE0">
        <w:rPr>
          <w:rFonts w:eastAsia="Times New Roman"/>
          <w:lang w:val="ru-RU"/>
        </w:rPr>
        <w:t xml:space="preserve">5. МФЦ - государственное автономное учреждение Краснодарского края </w:t>
      </w:r>
      <w:r w:rsidR="000F6511">
        <w:rPr>
          <w:rFonts w:eastAsia="Times New Roman"/>
          <w:lang w:val="ru-RU"/>
        </w:rPr>
        <w:t>«</w:t>
      </w:r>
      <w:r w:rsidRPr="000F6EE0">
        <w:rPr>
          <w:rFonts w:eastAsia="Times New Roman"/>
          <w:lang w:val="ru-RU"/>
        </w:rPr>
        <w:t>Многофункциональный центр предоставления государственных и муниципальных услуг</w:t>
      </w:r>
      <w:r w:rsidR="000F6511">
        <w:rPr>
          <w:rFonts w:eastAsia="Times New Roman"/>
          <w:lang w:val="ru-RU"/>
        </w:rPr>
        <w:t>»</w:t>
      </w:r>
      <w:r w:rsidRPr="000F6EE0">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 xml:space="preserve">6. ЕПГУ - федеральная государственная информационная система </w:t>
      </w:r>
      <w:r w:rsidR="000F6511">
        <w:rPr>
          <w:rFonts w:eastAsia="Times New Roman"/>
          <w:lang w:val="ru-RU"/>
        </w:rPr>
        <w:t>«</w:t>
      </w:r>
      <w:r w:rsidRPr="000F6EE0">
        <w:rPr>
          <w:rFonts w:eastAsia="Times New Roman"/>
          <w:lang w:val="ru-RU"/>
        </w:rPr>
        <w:t>Единый портал государственных и муниципальных услуг (функций)</w:t>
      </w:r>
      <w:r w:rsidR="000F6511">
        <w:rPr>
          <w:rFonts w:eastAsia="Times New Roman"/>
          <w:lang w:val="ru-RU"/>
        </w:rPr>
        <w:t>».</w:t>
      </w:r>
    </w:p>
    <w:p w:rsidR="0047343B" w:rsidRPr="000F6EE0" w:rsidRDefault="000F6EE0">
      <w:pPr>
        <w:spacing w:after="0" w:line="240" w:lineRule="auto"/>
        <w:ind w:firstLine="709"/>
        <w:jc w:val="both"/>
        <w:rPr>
          <w:lang w:val="ru-RU"/>
        </w:rPr>
      </w:pPr>
      <w:r w:rsidRPr="000F6EE0">
        <w:rPr>
          <w:rFonts w:eastAsia="Times New Roman"/>
          <w:lang w:val="ru-RU"/>
        </w:rPr>
        <w:t>7. РПГУ - Региональный портал государственных и муниципа</w:t>
      </w:r>
      <w:r w:rsidR="000F6511">
        <w:rPr>
          <w:rFonts w:eastAsia="Times New Roman"/>
          <w:lang w:val="ru-RU"/>
        </w:rPr>
        <w:t>льных услуг Краснодарского края.</w:t>
      </w:r>
    </w:p>
    <w:p w:rsidR="0047343B" w:rsidRPr="000F6EE0" w:rsidRDefault="000F6EE0">
      <w:pPr>
        <w:spacing w:after="0" w:line="240" w:lineRule="auto"/>
        <w:ind w:firstLine="709"/>
        <w:jc w:val="both"/>
        <w:rPr>
          <w:lang w:val="ru-RU"/>
        </w:rPr>
      </w:pPr>
      <w:r w:rsidRPr="000F6EE0">
        <w:rPr>
          <w:rFonts w:eastAsia="Times New Roman"/>
          <w:lang w:val="ru-RU"/>
        </w:rPr>
        <w:t>8. Официальный сайт - официальный сайт администрации Новоджерелиевского сельского поселения Брюховецкого муниципального района Краснодарского края (</w:t>
      </w:r>
      <w:r>
        <w:rPr>
          <w:rFonts w:eastAsia="Times New Roman"/>
        </w:rPr>
        <w:t>https</w:t>
      </w:r>
      <w:r w:rsidRPr="000F6EE0">
        <w:rPr>
          <w:rFonts w:eastAsia="Times New Roman"/>
          <w:lang w:val="ru-RU"/>
        </w:rPr>
        <w:t xml:space="preserve">://новоджерелиевская.рф) в информационно-телекоммуникационной сети </w:t>
      </w:r>
      <w:r w:rsidR="000F6511">
        <w:rPr>
          <w:rFonts w:eastAsia="Times New Roman"/>
          <w:lang w:val="ru-RU"/>
        </w:rPr>
        <w:t>«</w:t>
      </w:r>
      <w:r w:rsidRPr="000F6EE0">
        <w:rPr>
          <w:rFonts w:eastAsia="Times New Roman"/>
          <w:lang w:val="ru-RU"/>
        </w:rPr>
        <w:t>Интернет</w:t>
      </w:r>
      <w:r w:rsidR="000F6511">
        <w:rPr>
          <w:rFonts w:eastAsia="Times New Roman"/>
          <w:lang w:val="ru-RU"/>
        </w:rPr>
        <w:t>».</w:t>
      </w:r>
    </w:p>
    <w:p w:rsidR="00647F93" w:rsidRDefault="00647F93">
      <w:pPr>
        <w:spacing w:after="0" w:line="240" w:lineRule="auto"/>
        <w:ind w:firstLine="709"/>
        <w:jc w:val="both"/>
        <w:rPr>
          <w:rFonts w:eastAsia="Times New Roman"/>
          <w:lang w:val="ru-RU"/>
        </w:rPr>
      </w:pPr>
    </w:p>
    <w:p w:rsidR="00647F93" w:rsidRDefault="00647F93">
      <w:pPr>
        <w:spacing w:after="0" w:line="240" w:lineRule="auto"/>
        <w:ind w:firstLine="709"/>
        <w:jc w:val="both"/>
        <w:rPr>
          <w:rFonts w:eastAsia="Times New Roman"/>
          <w:lang w:val="ru-RU"/>
        </w:rPr>
      </w:pPr>
    </w:p>
    <w:p w:rsidR="00647F93" w:rsidRDefault="00647F93">
      <w:pPr>
        <w:spacing w:after="0" w:line="240" w:lineRule="auto"/>
        <w:ind w:firstLine="709"/>
        <w:jc w:val="both"/>
        <w:rPr>
          <w:rFonts w:eastAsia="Times New Roman"/>
          <w:lang w:val="ru-RU"/>
        </w:rPr>
      </w:pPr>
    </w:p>
    <w:p w:rsidR="0047343B" w:rsidRDefault="000F6EE0">
      <w:pPr>
        <w:spacing w:after="0" w:line="240" w:lineRule="auto"/>
        <w:ind w:firstLine="709"/>
        <w:jc w:val="both"/>
        <w:rPr>
          <w:rFonts w:eastAsia="Times New Roman"/>
          <w:lang w:val="ru-RU"/>
        </w:rPr>
      </w:pPr>
      <w:r w:rsidRPr="000F6EE0">
        <w:rPr>
          <w:rFonts w:eastAsia="Times New Roman"/>
          <w:lang w:val="ru-RU"/>
        </w:rPr>
        <w:lastRenderedPageBreak/>
        <w:t>9. Уполномоченный орган - Администрация Новоджерелиевского сельского поселения Брюховецкого муниципального района Краснодарского края.</w:t>
      </w:r>
    </w:p>
    <w:p w:rsidR="000F6511" w:rsidRDefault="000F6511">
      <w:pPr>
        <w:spacing w:after="0" w:line="240" w:lineRule="auto"/>
        <w:ind w:firstLine="709"/>
        <w:jc w:val="both"/>
        <w:rPr>
          <w:rFonts w:eastAsia="Times New Roman"/>
          <w:lang w:val="ru-RU"/>
        </w:rPr>
      </w:pPr>
    </w:p>
    <w:p w:rsidR="000F6511" w:rsidRDefault="000F6511">
      <w:pPr>
        <w:spacing w:after="0" w:line="240" w:lineRule="auto"/>
        <w:ind w:firstLine="709"/>
        <w:jc w:val="both"/>
        <w:rPr>
          <w:rFonts w:eastAsia="Times New Roman"/>
          <w:lang w:val="ru-RU"/>
        </w:rPr>
      </w:pPr>
    </w:p>
    <w:p w:rsidR="000F6511" w:rsidRDefault="000F6511" w:rsidP="000F6511">
      <w:pPr>
        <w:spacing w:after="0" w:line="240" w:lineRule="auto"/>
        <w:ind w:firstLine="709"/>
        <w:jc w:val="both"/>
        <w:rPr>
          <w:rFonts w:eastAsia="Times New Roman"/>
          <w:lang w:val="ru-RU"/>
        </w:rPr>
      </w:pPr>
    </w:p>
    <w:p w:rsidR="000F6511" w:rsidRPr="000F6EE0" w:rsidRDefault="000F6511" w:rsidP="000F6511">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0F6511" w:rsidRDefault="000F6511" w:rsidP="000F6511">
      <w:pPr>
        <w:spacing w:after="0" w:line="240" w:lineRule="auto"/>
        <w:rPr>
          <w:rFonts w:eastAsia="Times New Roman"/>
          <w:lang w:val="ru-RU"/>
        </w:rPr>
      </w:pPr>
      <w:r w:rsidRPr="000F6EE0">
        <w:rPr>
          <w:rFonts w:eastAsia="Times New Roman"/>
          <w:lang w:val="ru-RU"/>
        </w:rPr>
        <w:t>Брюховецкого муниципального района</w:t>
      </w:r>
    </w:p>
    <w:p w:rsidR="000F6511" w:rsidRPr="000F6EE0" w:rsidRDefault="000F6511" w:rsidP="000F6511">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0F6511" w:rsidRPr="000F6EE0" w:rsidRDefault="000F6511">
      <w:pPr>
        <w:spacing w:after="0" w:line="240" w:lineRule="auto"/>
        <w:ind w:firstLine="709"/>
        <w:jc w:val="both"/>
        <w:rPr>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0F6511" w:rsidRDefault="000F6511" w:rsidP="000F6511">
      <w:pPr>
        <w:spacing w:after="0" w:line="240" w:lineRule="auto"/>
        <w:ind w:firstLine="5103"/>
        <w:rPr>
          <w:szCs w:val="28"/>
          <w:lang w:val="ru-RU"/>
        </w:rPr>
      </w:pPr>
    </w:p>
    <w:p w:rsidR="0081670F" w:rsidRDefault="0081670F" w:rsidP="000F6511">
      <w:pPr>
        <w:spacing w:after="0" w:line="240" w:lineRule="auto"/>
        <w:ind w:firstLine="5103"/>
        <w:rPr>
          <w:szCs w:val="28"/>
          <w:lang w:val="ru-RU"/>
        </w:rPr>
        <w:sectPr w:rsidR="0081670F" w:rsidSect="00F55E6E">
          <w:pgSz w:w="12240" w:h="15840"/>
          <w:pgMar w:top="1134" w:right="567" w:bottom="1134" w:left="1701" w:header="709" w:footer="709" w:gutter="0"/>
          <w:pgNumType w:start="1"/>
          <w:cols w:space="720"/>
          <w:titlePg/>
          <w:docGrid w:linePitch="381"/>
        </w:sectPr>
      </w:pPr>
    </w:p>
    <w:p w:rsidR="000F6511" w:rsidRPr="002E7D98" w:rsidRDefault="000F6511" w:rsidP="000F6511">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6</w:t>
      </w:r>
    </w:p>
    <w:p w:rsidR="000F6511" w:rsidRPr="002E7D98" w:rsidRDefault="000F6511" w:rsidP="000F6511">
      <w:pPr>
        <w:spacing w:after="0" w:line="240" w:lineRule="auto"/>
        <w:ind w:firstLine="5103"/>
        <w:rPr>
          <w:szCs w:val="28"/>
          <w:lang w:val="ru-RU"/>
        </w:rPr>
      </w:pPr>
      <w:r w:rsidRPr="002E7D98">
        <w:rPr>
          <w:szCs w:val="28"/>
          <w:lang w:val="ru-RU"/>
        </w:rPr>
        <w:t>к административному регламенту</w:t>
      </w:r>
    </w:p>
    <w:p w:rsidR="000F6511" w:rsidRPr="002E7D98" w:rsidRDefault="000F6511" w:rsidP="000F6511">
      <w:pPr>
        <w:spacing w:after="0" w:line="240" w:lineRule="auto"/>
        <w:ind w:firstLine="5103"/>
        <w:rPr>
          <w:szCs w:val="28"/>
          <w:lang w:val="ru-RU"/>
        </w:rPr>
      </w:pPr>
      <w:r w:rsidRPr="002E7D98">
        <w:rPr>
          <w:szCs w:val="28"/>
          <w:lang w:val="ru-RU"/>
        </w:rPr>
        <w:t>предоставления администрацией</w:t>
      </w:r>
    </w:p>
    <w:p w:rsidR="000F6511" w:rsidRDefault="000F6511" w:rsidP="000F6511">
      <w:pPr>
        <w:spacing w:after="0" w:line="240" w:lineRule="auto"/>
        <w:ind w:firstLine="5103"/>
        <w:rPr>
          <w:szCs w:val="28"/>
          <w:lang w:val="ru-RU"/>
        </w:rPr>
      </w:pPr>
      <w:r w:rsidRPr="002E7D98">
        <w:rPr>
          <w:szCs w:val="28"/>
          <w:lang w:val="ru-RU"/>
        </w:rPr>
        <w:t>Новоджерелиевского сельского</w:t>
      </w:r>
    </w:p>
    <w:p w:rsidR="000F6511" w:rsidRDefault="000F6511" w:rsidP="000F6511">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0F6511" w:rsidRPr="002E7D98" w:rsidRDefault="000F6511" w:rsidP="000F6511">
      <w:pPr>
        <w:spacing w:after="0" w:line="240" w:lineRule="auto"/>
        <w:ind w:firstLine="5103"/>
        <w:rPr>
          <w:szCs w:val="28"/>
          <w:lang w:val="ru-RU"/>
        </w:rPr>
      </w:pPr>
      <w:r w:rsidRPr="002E7D98">
        <w:rPr>
          <w:szCs w:val="28"/>
          <w:lang w:val="ru-RU"/>
        </w:rPr>
        <w:t>муниципального района</w:t>
      </w:r>
    </w:p>
    <w:p w:rsidR="000F6511" w:rsidRPr="002E7D98" w:rsidRDefault="000F6511" w:rsidP="000F6511">
      <w:pPr>
        <w:spacing w:after="0" w:line="240" w:lineRule="auto"/>
        <w:ind w:firstLine="5103"/>
        <w:rPr>
          <w:szCs w:val="28"/>
          <w:lang w:val="ru-RU"/>
        </w:rPr>
      </w:pPr>
      <w:r w:rsidRPr="002E7D98">
        <w:rPr>
          <w:szCs w:val="28"/>
          <w:lang w:val="ru-RU"/>
        </w:rPr>
        <w:t>Краснодарского края муниципальной</w:t>
      </w:r>
    </w:p>
    <w:p w:rsidR="000F6511" w:rsidRPr="002E7D98" w:rsidRDefault="000F6511" w:rsidP="000F6511">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0F6511" w:rsidRDefault="000F6511">
      <w:pPr>
        <w:spacing w:after="0" w:line="240" w:lineRule="auto"/>
        <w:ind w:firstLine="709"/>
        <w:jc w:val="both"/>
        <w:rPr>
          <w:rFonts w:eastAsia="Times New Roman"/>
          <w:lang w:val="ru-RU"/>
        </w:rPr>
      </w:pPr>
    </w:p>
    <w:p w:rsidR="000F6511" w:rsidRDefault="000F6511">
      <w:pPr>
        <w:spacing w:after="0" w:line="240" w:lineRule="auto"/>
        <w:ind w:firstLine="709"/>
        <w:jc w:val="both"/>
        <w:rPr>
          <w:rFonts w:eastAsia="Times New Roman"/>
          <w:lang w:val="ru-RU"/>
        </w:rPr>
      </w:pPr>
    </w:p>
    <w:p w:rsidR="0047343B" w:rsidRPr="000F6511" w:rsidRDefault="000F6EE0">
      <w:pPr>
        <w:spacing w:after="0" w:line="240" w:lineRule="auto"/>
        <w:ind w:firstLine="709"/>
        <w:jc w:val="both"/>
        <w:rPr>
          <w:b/>
          <w:lang w:val="ru-RU"/>
        </w:rPr>
      </w:pPr>
      <w:r w:rsidRPr="000F6511">
        <w:rPr>
          <w:rFonts w:eastAsia="Times New Roman"/>
          <w:b/>
          <w:lang w:val="ru-RU"/>
        </w:rPr>
        <w:t>Идентификаторы категорий (признаков) заявителей в табличной форме</w:t>
      </w:r>
    </w:p>
    <w:p w:rsidR="000F6511" w:rsidRDefault="000F6511">
      <w:pPr>
        <w:spacing w:after="0" w:line="240" w:lineRule="auto"/>
        <w:ind w:firstLine="709"/>
        <w:jc w:val="both"/>
        <w:rPr>
          <w:rFonts w:eastAsia="Times New Roman"/>
          <w:lang w:val="ru-RU"/>
        </w:rPr>
      </w:pPr>
    </w:p>
    <w:p w:rsidR="0047343B" w:rsidRDefault="000F6EE0">
      <w:pPr>
        <w:spacing w:after="0" w:line="240" w:lineRule="auto"/>
        <w:ind w:firstLine="709"/>
        <w:jc w:val="both"/>
        <w:rPr>
          <w:rFonts w:eastAsia="Times New Roman"/>
          <w:lang w:val="ru-RU"/>
        </w:rPr>
      </w:pPr>
      <w:r w:rsidRPr="000F6EE0">
        <w:rPr>
          <w:rFonts w:eastAsia="Times New Roman"/>
          <w:lang w:val="ru-RU"/>
        </w:rPr>
        <w:t>Таблица 1. Перечень результатов предоставления муниципальной услуги</w:t>
      </w:r>
    </w:p>
    <w:p w:rsidR="000F6511" w:rsidRPr="000F6EE0" w:rsidRDefault="000F6511">
      <w:pPr>
        <w:spacing w:after="0" w:line="240" w:lineRule="auto"/>
        <w:ind w:firstLine="709"/>
        <w:jc w:val="both"/>
        <w:rPr>
          <w:lang w:val="ru-RU"/>
        </w:rPr>
      </w:pPr>
    </w:p>
    <w:tbl>
      <w:tblPr>
        <w:tblStyle w:val="aff0"/>
        <w:tblW w:w="0" w:type="auto"/>
        <w:jc w:val="center"/>
        <w:tblLook w:val="04A0" w:firstRow="1" w:lastRow="0" w:firstColumn="1" w:lastColumn="0" w:noHBand="0" w:noVBand="1"/>
      </w:tblPr>
      <w:tblGrid>
        <w:gridCol w:w="915"/>
        <w:gridCol w:w="202"/>
        <w:gridCol w:w="3365"/>
        <w:gridCol w:w="4888"/>
      </w:tblGrid>
      <w:tr w:rsidR="00131DB0" w:rsidRPr="006E7853" w:rsidTr="00131DB0">
        <w:trPr>
          <w:cantSplit/>
          <w:trHeight w:val="345"/>
          <w:jc w:val="center"/>
        </w:trPr>
        <w:tc>
          <w:tcPr>
            <w:tcW w:w="1117" w:type="dxa"/>
            <w:gridSpan w:val="2"/>
            <w:tcBorders>
              <w:bottom w:val="single" w:sz="4" w:space="0" w:color="auto"/>
            </w:tcBorders>
            <w:tcMar>
              <w:top w:w="80" w:type="dxa"/>
              <w:left w:w="90" w:type="dxa"/>
              <w:bottom w:w="80" w:type="dxa"/>
              <w:right w:w="90" w:type="dxa"/>
            </w:tcMar>
            <w:vAlign w:val="center"/>
          </w:tcPr>
          <w:p w:rsidR="00131DB0" w:rsidRPr="00725396" w:rsidRDefault="00131DB0">
            <w:pPr>
              <w:rPr>
                <w:sz w:val="24"/>
                <w:szCs w:val="24"/>
                <w:lang w:val="ru-RU"/>
              </w:rPr>
            </w:pPr>
            <w:r w:rsidRPr="00725396">
              <w:rPr>
                <w:sz w:val="24"/>
                <w:szCs w:val="24"/>
                <w:lang w:val="ru-RU"/>
              </w:rPr>
              <w:t>№ п/п</w:t>
            </w:r>
          </w:p>
        </w:tc>
        <w:tc>
          <w:tcPr>
            <w:tcW w:w="3365" w:type="dxa"/>
            <w:tcBorders>
              <w:bottom w:val="single" w:sz="4" w:space="0" w:color="auto"/>
            </w:tcBorders>
            <w:vAlign w:val="center"/>
          </w:tcPr>
          <w:p w:rsidR="00131DB0" w:rsidRPr="00725396" w:rsidRDefault="00131DB0" w:rsidP="006E7853">
            <w:pPr>
              <w:rPr>
                <w:sz w:val="24"/>
                <w:szCs w:val="24"/>
              </w:rPr>
            </w:pPr>
            <w:r w:rsidRPr="00725396">
              <w:rPr>
                <w:rFonts w:eastAsia="Times New Roman"/>
                <w:sz w:val="24"/>
                <w:szCs w:val="24"/>
              </w:rPr>
              <w:t>Признак заявителя</w:t>
            </w:r>
          </w:p>
        </w:tc>
        <w:tc>
          <w:tcPr>
            <w:tcW w:w="4888" w:type="dxa"/>
            <w:tcBorders>
              <w:bottom w:val="single" w:sz="4" w:space="0" w:color="auto"/>
            </w:tcBorders>
            <w:tcMar>
              <w:top w:w="80" w:type="dxa"/>
              <w:left w:w="90" w:type="dxa"/>
              <w:bottom w:w="80" w:type="dxa"/>
              <w:right w:w="90" w:type="dxa"/>
            </w:tcMar>
            <w:vAlign w:val="center"/>
          </w:tcPr>
          <w:p w:rsidR="00131DB0" w:rsidRPr="00725396" w:rsidRDefault="00131DB0" w:rsidP="006E7853">
            <w:pPr>
              <w:rPr>
                <w:sz w:val="24"/>
                <w:szCs w:val="24"/>
                <w:lang w:val="ru-RU"/>
              </w:rPr>
            </w:pPr>
            <w:r w:rsidRPr="00725396">
              <w:rPr>
                <w:rFonts w:eastAsia="Times New Roman"/>
                <w:sz w:val="24"/>
                <w:szCs w:val="24"/>
                <w:lang w:val="ru-RU"/>
              </w:rPr>
              <w:t xml:space="preserve">Значение признака заявителя </w:t>
            </w:r>
          </w:p>
        </w:tc>
      </w:tr>
      <w:tr w:rsidR="00131DB0" w:rsidRPr="00D22EDE" w:rsidTr="00131DB0">
        <w:trPr>
          <w:cantSplit/>
          <w:trHeight w:val="6735"/>
          <w:jc w:val="center"/>
        </w:trPr>
        <w:tc>
          <w:tcPr>
            <w:tcW w:w="1117" w:type="dxa"/>
            <w:gridSpan w:val="2"/>
            <w:tcBorders>
              <w:bottom w:val="single" w:sz="4" w:space="0" w:color="auto"/>
            </w:tcBorders>
            <w:tcMar>
              <w:top w:w="80" w:type="dxa"/>
              <w:left w:w="90" w:type="dxa"/>
              <w:bottom w:w="80" w:type="dxa"/>
              <w:right w:w="90" w:type="dxa"/>
            </w:tcMar>
            <w:vAlign w:val="center"/>
          </w:tcPr>
          <w:p w:rsidR="00131DB0" w:rsidRPr="00725396" w:rsidRDefault="00131DB0" w:rsidP="006E7853">
            <w:pPr>
              <w:rPr>
                <w:rFonts w:eastAsia="Times New Roman"/>
                <w:sz w:val="24"/>
                <w:szCs w:val="24"/>
                <w:lang w:val="ru-RU"/>
              </w:rPr>
            </w:pPr>
            <w:r w:rsidRPr="00725396">
              <w:rPr>
                <w:rFonts w:eastAsia="Times New Roman"/>
                <w:sz w:val="24"/>
                <w:szCs w:val="24"/>
                <w:lang w:val="ru-RU"/>
              </w:rPr>
              <w:t>1</w:t>
            </w:r>
          </w:p>
        </w:tc>
        <w:tc>
          <w:tcPr>
            <w:tcW w:w="3365" w:type="dxa"/>
            <w:tcBorders>
              <w:bottom w:val="single" w:sz="4" w:space="0" w:color="auto"/>
            </w:tcBorders>
            <w:vAlign w:val="center"/>
          </w:tcPr>
          <w:p w:rsidR="00131DB0" w:rsidRPr="00725396" w:rsidRDefault="00131DB0" w:rsidP="006E7853">
            <w:pPr>
              <w:rPr>
                <w:sz w:val="24"/>
                <w:szCs w:val="24"/>
                <w:lang w:val="ru-RU"/>
              </w:rPr>
            </w:pPr>
            <w:r w:rsidRPr="00725396">
              <w:rPr>
                <w:sz w:val="24"/>
                <w:szCs w:val="24"/>
                <w:lang w:val="ru-RU"/>
              </w:rPr>
              <w:t>Категория заявителя</w:t>
            </w:r>
          </w:p>
        </w:tc>
        <w:tc>
          <w:tcPr>
            <w:tcW w:w="4888" w:type="dxa"/>
            <w:tcBorders>
              <w:bottom w:val="single" w:sz="4" w:space="0" w:color="auto"/>
            </w:tcBorders>
            <w:tcMar>
              <w:top w:w="80" w:type="dxa"/>
              <w:left w:w="90" w:type="dxa"/>
              <w:bottom w:w="80" w:type="dxa"/>
              <w:right w:w="90" w:type="dxa"/>
            </w:tcMar>
            <w:vAlign w:val="center"/>
          </w:tcPr>
          <w:p w:rsidR="00131DB0" w:rsidRPr="00725396" w:rsidRDefault="00131DB0" w:rsidP="006E7853">
            <w:pPr>
              <w:rPr>
                <w:rFonts w:eastAsia="Times New Roman"/>
                <w:sz w:val="24"/>
                <w:szCs w:val="24"/>
                <w:lang w:val="ru-RU"/>
              </w:rPr>
            </w:pPr>
            <w:r w:rsidRPr="00725396">
              <w:rPr>
                <w:rFonts w:eastAsia="Times New Roman"/>
                <w:sz w:val="24"/>
                <w:szCs w:val="24"/>
                <w:lang w:val="ru-RU"/>
              </w:rPr>
              <w:t>физические лица, в том числе зарегистрированные в качестве индивидуальных предпринимателей, и юридические лица, осуществляющие хозяйственную и иную деятельность на территории Новоджерелиевского сельского поселения Брюховецкого муниципального района Краснодарского края, за исключением земельных участков, указанных в абзацах первом и втором пункта 1 подраздела 1.1. раздела 1 Административного регламента, для которой требуется вырубка (уничтожение), санитарная, омолаживающая, формовочная обрезка;</w:t>
            </w:r>
            <w:r w:rsidRPr="00725396">
              <w:rPr>
                <w:rFonts w:eastAsia="Times New Roman"/>
                <w:sz w:val="24"/>
                <w:szCs w:val="24"/>
                <w:lang w:val="ru-RU"/>
              </w:rPr>
              <w:br/>
              <w:t>от имени заявителя с заявлением о предоставлении муниципальной услуги вправе обратиться его представители, наделенные соответствующими полномочиями.</w:t>
            </w:r>
          </w:p>
        </w:tc>
      </w:tr>
      <w:tr w:rsidR="00131DB0" w:rsidRPr="00D22EDE" w:rsidTr="00131DB0">
        <w:trPr>
          <w:cantSplit/>
          <w:jc w:val="center"/>
        </w:trPr>
        <w:tc>
          <w:tcPr>
            <w:tcW w:w="915" w:type="dxa"/>
            <w:tcBorders>
              <w:top w:val="single" w:sz="4" w:space="0" w:color="auto"/>
            </w:tcBorders>
            <w:tcMar>
              <w:top w:w="80" w:type="dxa"/>
              <w:left w:w="90" w:type="dxa"/>
              <w:bottom w:w="80" w:type="dxa"/>
              <w:right w:w="90" w:type="dxa"/>
            </w:tcMar>
            <w:vAlign w:val="center"/>
          </w:tcPr>
          <w:p w:rsidR="00131DB0" w:rsidRPr="00725396" w:rsidRDefault="00131DB0">
            <w:pPr>
              <w:rPr>
                <w:sz w:val="24"/>
                <w:szCs w:val="24"/>
              </w:rPr>
            </w:pPr>
            <w:r w:rsidRPr="00725396">
              <w:rPr>
                <w:rFonts w:eastAsia="Times New Roman"/>
                <w:sz w:val="24"/>
                <w:szCs w:val="24"/>
              </w:rPr>
              <w:lastRenderedPageBreak/>
              <w:t>2.</w:t>
            </w:r>
          </w:p>
        </w:tc>
        <w:tc>
          <w:tcPr>
            <w:tcW w:w="3567" w:type="dxa"/>
            <w:gridSpan w:val="2"/>
            <w:tcBorders>
              <w:top w:val="single" w:sz="4" w:space="0" w:color="auto"/>
            </w:tcBorders>
            <w:vAlign w:val="center"/>
          </w:tcPr>
          <w:p w:rsidR="00131DB0" w:rsidRPr="00725396" w:rsidRDefault="00131DB0" w:rsidP="00131DB0">
            <w:pPr>
              <w:rPr>
                <w:sz w:val="24"/>
                <w:szCs w:val="24"/>
                <w:lang w:val="ru-RU"/>
              </w:rPr>
            </w:pPr>
            <w:r w:rsidRPr="00725396">
              <w:rPr>
                <w:sz w:val="24"/>
                <w:szCs w:val="24"/>
                <w:lang w:val="ru-RU"/>
              </w:rPr>
              <w:t>Лицо, обратившееся за предоставлением муниципальной услуги</w:t>
            </w:r>
          </w:p>
        </w:tc>
        <w:tc>
          <w:tcPr>
            <w:tcW w:w="4888" w:type="dxa"/>
            <w:tcBorders>
              <w:top w:val="single" w:sz="4" w:space="0" w:color="auto"/>
            </w:tcBorders>
            <w:tcMar>
              <w:top w:w="80" w:type="dxa"/>
              <w:left w:w="90" w:type="dxa"/>
              <w:bottom w:w="80" w:type="dxa"/>
              <w:right w:w="90" w:type="dxa"/>
            </w:tcMar>
            <w:vAlign w:val="center"/>
          </w:tcPr>
          <w:p w:rsidR="00131DB0" w:rsidRPr="00725396" w:rsidRDefault="00131DB0">
            <w:pPr>
              <w:rPr>
                <w:sz w:val="24"/>
                <w:szCs w:val="24"/>
                <w:lang w:val="ru-RU"/>
              </w:rPr>
            </w:pPr>
            <w:r w:rsidRPr="00725396">
              <w:rPr>
                <w:rFonts w:eastAsia="Times New Roman"/>
                <w:sz w:val="24"/>
                <w:szCs w:val="24"/>
                <w:lang w:val="ru-RU"/>
              </w:rPr>
              <w:t>- физическое лицо (заявитель);</w:t>
            </w:r>
            <w:r w:rsidRPr="00725396">
              <w:rPr>
                <w:rFonts w:eastAsia="Times New Roman"/>
                <w:sz w:val="24"/>
                <w:szCs w:val="24"/>
                <w:lang w:val="ru-RU"/>
              </w:rPr>
              <w:br/>
              <w:t>- законные представители (родители, усыновители, опекуны) несовершеннолетних в возрасте до 14 лет;</w:t>
            </w:r>
            <w:r w:rsidRPr="00725396">
              <w:rPr>
                <w:rFonts w:eastAsia="Times New Roman"/>
                <w:sz w:val="24"/>
                <w:szCs w:val="24"/>
                <w:lang w:val="ru-RU"/>
              </w:rPr>
              <w:br/>
              <w:t>- опекуны недееспособных граждан;</w:t>
            </w:r>
            <w:r w:rsidRPr="00725396">
              <w:rPr>
                <w:rFonts w:eastAsia="Times New Roman"/>
                <w:sz w:val="24"/>
                <w:szCs w:val="24"/>
                <w:lang w:val="ru-RU"/>
              </w:rPr>
              <w:br/>
              <w:t>- представители, действующие в силу полномочий, основанных на доверенности или договоре;</w:t>
            </w:r>
            <w:r w:rsidRPr="00725396">
              <w:rPr>
                <w:rFonts w:eastAsia="Times New Roman"/>
                <w:sz w:val="24"/>
                <w:szCs w:val="24"/>
                <w:lang w:val="ru-RU"/>
              </w:rPr>
              <w:br/>
              <w:t>- лица, действующие в соответствии с законом, иными правовыми актами и учредительными документами без доверенности;</w:t>
            </w:r>
            <w:r w:rsidRPr="00725396">
              <w:rPr>
                <w:rFonts w:eastAsia="Times New Roman"/>
                <w:sz w:val="24"/>
                <w:szCs w:val="24"/>
                <w:lang w:val="ru-RU"/>
              </w:rPr>
              <w:br/>
              <w:t>- представители в силу полномочий, основанных на доверенности или договоре;</w:t>
            </w:r>
            <w:r w:rsidRPr="00725396">
              <w:rPr>
                <w:rFonts w:eastAsia="Times New Roman"/>
                <w:sz w:val="24"/>
                <w:szCs w:val="24"/>
                <w:lang w:val="ru-RU"/>
              </w:rPr>
              <w:br/>
              <w:t>- участники юридического лица в предусмотренных законом случаях.</w:t>
            </w:r>
          </w:p>
        </w:tc>
      </w:tr>
    </w:tbl>
    <w:p w:rsidR="0047343B" w:rsidRPr="000F6EE0" w:rsidRDefault="0047343B">
      <w:pPr>
        <w:spacing w:after="0" w:line="240" w:lineRule="auto"/>
        <w:rPr>
          <w:lang w:val="ru-RU"/>
        </w:rPr>
      </w:pPr>
    </w:p>
    <w:p w:rsidR="0047343B" w:rsidRDefault="000F6EE0" w:rsidP="0039737E">
      <w:pPr>
        <w:spacing w:after="0" w:line="240" w:lineRule="auto"/>
        <w:ind w:firstLine="709"/>
        <w:rPr>
          <w:rFonts w:eastAsia="Times New Roman"/>
        </w:rPr>
      </w:pPr>
      <w:r>
        <w:rPr>
          <w:rFonts w:eastAsia="Times New Roman"/>
        </w:rPr>
        <w:t>Таблица 2. Перечень отдельных признаков заявителей</w:t>
      </w:r>
    </w:p>
    <w:p w:rsidR="000F6511" w:rsidRDefault="000F6511">
      <w:pPr>
        <w:spacing w:after="0" w:line="240" w:lineRule="auto"/>
        <w:ind w:firstLine="709"/>
        <w:jc w:val="both"/>
      </w:pPr>
    </w:p>
    <w:tbl>
      <w:tblPr>
        <w:tblStyle w:val="aff0"/>
        <w:tblW w:w="0" w:type="auto"/>
        <w:jc w:val="center"/>
        <w:tblLook w:val="04A0" w:firstRow="1" w:lastRow="0" w:firstColumn="1" w:lastColumn="0" w:noHBand="0" w:noVBand="1"/>
      </w:tblPr>
      <w:tblGrid>
        <w:gridCol w:w="967"/>
        <w:gridCol w:w="8671"/>
      </w:tblGrid>
      <w:tr w:rsidR="00725396" w:rsidRPr="00725396" w:rsidTr="00725396">
        <w:trPr>
          <w:cantSplit/>
          <w:tblHeader/>
          <w:jc w:val="center"/>
        </w:trPr>
        <w:tc>
          <w:tcPr>
            <w:tcW w:w="967" w:type="dxa"/>
            <w:tcMar>
              <w:top w:w="80" w:type="dxa"/>
              <w:left w:w="90" w:type="dxa"/>
              <w:bottom w:w="80" w:type="dxa"/>
              <w:right w:w="90" w:type="dxa"/>
            </w:tcMar>
            <w:vAlign w:val="center"/>
          </w:tcPr>
          <w:p w:rsidR="00725396" w:rsidRPr="00725396" w:rsidRDefault="00725396" w:rsidP="00667CC0">
            <w:pPr>
              <w:jc w:val="center"/>
              <w:rPr>
                <w:sz w:val="24"/>
                <w:szCs w:val="24"/>
              </w:rPr>
            </w:pPr>
            <w:r w:rsidRPr="00725396">
              <w:rPr>
                <w:rFonts w:eastAsia="Times New Roman"/>
                <w:sz w:val="24"/>
                <w:szCs w:val="24"/>
              </w:rPr>
              <w:t>№ п/п</w:t>
            </w:r>
          </w:p>
        </w:tc>
        <w:tc>
          <w:tcPr>
            <w:tcW w:w="8671" w:type="dxa"/>
            <w:tcMar>
              <w:top w:w="80" w:type="dxa"/>
              <w:left w:w="90" w:type="dxa"/>
              <w:bottom w:w="80" w:type="dxa"/>
              <w:right w:w="90" w:type="dxa"/>
            </w:tcMar>
            <w:vAlign w:val="center"/>
          </w:tcPr>
          <w:p w:rsidR="00725396" w:rsidRPr="00725396" w:rsidRDefault="00725396" w:rsidP="00667CC0">
            <w:pPr>
              <w:jc w:val="center"/>
              <w:rPr>
                <w:sz w:val="24"/>
                <w:szCs w:val="24"/>
              </w:rPr>
            </w:pPr>
            <w:r w:rsidRPr="00725396">
              <w:rPr>
                <w:rFonts w:eastAsia="Times New Roman"/>
                <w:sz w:val="24"/>
                <w:szCs w:val="24"/>
              </w:rPr>
              <w:t>Признаки заявителей</w:t>
            </w:r>
          </w:p>
        </w:tc>
      </w:tr>
      <w:tr w:rsidR="00725396" w:rsidRPr="00725396" w:rsidTr="00667CC0">
        <w:trPr>
          <w:cantSplit/>
          <w:tblHeader/>
          <w:jc w:val="center"/>
        </w:trPr>
        <w:tc>
          <w:tcPr>
            <w:tcW w:w="9638" w:type="dxa"/>
            <w:gridSpan w:val="2"/>
            <w:tcMar>
              <w:top w:w="80" w:type="dxa"/>
              <w:left w:w="90" w:type="dxa"/>
              <w:bottom w:w="80" w:type="dxa"/>
              <w:right w:w="90" w:type="dxa"/>
            </w:tcMar>
            <w:vAlign w:val="center"/>
          </w:tcPr>
          <w:p w:rsidR="00725396" w:rsidRPr="00725396" w:rsidRDefault="00725396" w:rsidP="00725396">
            <w:pPr>
              <w:jc w:val="center"/>
              <w:rPr>
                <w:sz w:val="24"/>
                <w:szCs w:val="24"/>
              </w:rPr>
            </w:pPr>
            <w:r w:rsidRPr="00725396">
              <w:rPr>
                <w:rFonts w:eastAsia="Times New Roman"/>
                <w:sz w:val="24"/>
                <w:szCs w:val="24"/>
              </w:rPr>
              <w:t>Результат предоставления услуги</w:t>
            </w:r>
          </w:p>
        </w:tc>
      </w:tr>
      <w:tr w:rsidR="00725396" w:rsidRPr="00725396" w:rsidTr="00725396">
        <w:trPr>
          <w:cantSplit/>
          <w:jc w:val="center"/>
        </w:trPr>
        <w:tc>
          <w:tcPr>
            <w:tcW w:w="967" w:type="dxa"/>
            <w:tcMar>
              <w:top w:w="80" w:type="dxa"/>
              <w:left w:w="90" w:type="dxa"/>
              <w:bottom w:w="80" w:type="dxa"/>
              <w:right w:w="90" w:type="dxa"/>
            </w:tcMar>
            <w:vAlign w:val="center"/>
          </w:tcPr>
          <w:p w:rsidR="00725396" w:rsidRPr="00725396" w:rsidRDefault="00725396" w:rsidP="00725396">
            <w:pPr>
              <w:rPr>
                <w:sz w:val="24"/>
                <w:szCs w:val="24"/>
              </w:rPr>
            </w:pPr>
            <w:r w:rsidRPr="00725396">
              <w:rPr>
                <w:rFonts w:eastAsia="Times New Roman"/>
                <w:sz w:val="24"/>
                <w:szCs w:val="24"/>
              </w:rPr>
              <w:t>1</w:t>
            </w:r>
          </w:p>
        </w:tc>
        <w:tc>
          <w:tcPr>
            <w:tcW w:w="8671" w:type="dxa"/>
            <w:tcMar>
              <w:top w:w="80" w:type="dxa"/>
              <w:left w:w="90" w:type="dxa"/>
              <w:bottom w:w="80" w:type="dxa"/>
              <w:right w:w="90" w:type="dxa"/>
            </w:tcMar>
            <w:vAlign w:val="center"/>
          </w:tcPr>
          <w:p w:rsidR="00725396" w:rsidRPr="00725396" w:rsidRDefault="00725396" w:rsidP="00725396">
            <w:pPr>
              <w:rPr>
                <w:sz w:val="24"/>
                <w:szCs w:val="24"/>
              </w:rPr>
            </w:pPr>
            <w:r w:rsidRPr="00725396">
              <w:rPr>
                <w:rFonts w:eastAsia="Times New Roman"/>
                <w:sz w:val="24"/>
                <w:szCs w:val="24"/>
              </w:rPr>
              <w:t>Заявитель, обратившийся лично</w:t>
            </w:r>
          </w:p>
        </w:tc>
      </w:tr>
      <w:tr w:rsidR="00725396" w:rsidRPr="00D22EDE" w:rsidTr="00725396">
        <w:trPr>
          <w:cantSplit/>
          <w:jc w:val="center"/>
        </w:trPr>
        <w:tc>
          <w:tcPr>
            <w:tcW w:w="967" w:type="dxa"/>
            <w:tcMar>
              <w:top w:w="80" w:type="dxa"/>
              <w:left w:w="90" w:type="dxa"/>
              <w:bottom w:w="80" w:type="dxa"/>
              <w:right w:w="90" w:type="dxa"/>
            </w:tcMar>
            <w:vAlign w:val="center"/>
          </w:tcPr>
          <w:p w:rsidR="00725396" w:rsidRPr="00725396" w:rsidRDefault="00725396" w:rsidP="00725396">
            <w:pPr>
              <w:rPr>
                <w:sz w:val="24"/>
                <w:szCs w:val="24"/>
              </w:rPr>
            </w:pPr>
            <w:r w:rsidRPr="00725396">
              <w:rPr>
                <w:rFonts w:eastAsia="Times New Roman"/>
                <w:sz w:val="24"/>
                <w:szCs w:val="24"/>
              </w:rPr>
              <w:t>2</w:t>
            </w:r>
          </w:p>
        </w:tc>
        <w:tc>
          <w:tcPr>
            <w:tcW w:w="8671" w:type="dxa"/>
            <w:tcMar>
              <w:top w:w="80" w:type="dxa"/>
              <w:left w:w="90" w:type="dxa"/>
              <w:bottom w:w="80" w:type="dxa"/>
              <w:right w:w="90" w:type="dxa"/>
            </w:tcMar>
            <w:vAlign w:val="center"/>
          </w:tcPr>
          <w:p w:rsidR="00725396" w:rsidRPr="00725396" w:rsidRDefault="00725396" w:rsidP="00725396">
            <w:pPr>
              <w:rPr>
                <w:sz w:val="24"/>
                <w:szCs w:val="24"/>
                <w:lang w:val="ru-RU"/>
              </w:rPr>
            </w:pPr>
            <w:r w:rsidRPr="00725396">
              <w:rPr>
                <w:rFonts w:eastAsia="Times New Roman"/>
                <w:sz w:val="24"/>
                <w:szCs w:val="24"/>
                <w:lang w:val="ru-RU"/>
              </w:rPr>
              <w:t>Заявитель, обратившийся через законного представителя</w:t>
            </w:r>
          </w:p>
        </w:tc>
      </w:tr>
      <w:tr w:rsidR="00725396" w:rsidRPr="00D22EDE" w:rsidTr="00725396">
        <w:trPr>
          <w:cantSplit/>
          <w:jc w:val="center"/>
        </w:trPr>
        <w:tc>
          <w:tcPr>
            <w:tcW w:w="967" w:type="dxa"/>
            <w:tcMar>
              <w:top w:w="80" w:type="dxa"/>
              <w:left w:w="90" w:type="dxa"/>
              <w:bottom w:w="80" w:type="dxa"/>
              <w:right w:w="90" w:type="dxa"/>
            </w:tcMar>
            <w:vAlign w:val="center"/>
          </w:tcPr>
          <w:p w:rsidR="00725396" w:rsidRPr="00725396" w:rsidRDefault="00725396" w:rsidP="00725396">
            <w:pPr>
              <w:rPr>
                <w:sz w:val="24"/>
                <w:szCs w:val="24"/>
              </w:rPr>
            </w:pPr>
            <w:r w:rsidRPr="00725396">
              <w:rPr>
                <w:rFonts w:eastAsia="Times New Roman"/>
                <w:sz w:val="24"/>
                <w:szCs w:val="24"/>
              </w:rPr>
              <w:t>3</w:t>
            </w:r>
          </w:p>
        </w:tc>
        <w:tc>
          <w:tcPr>
            <w:tcW w:w="8671" w:type="dxa"/>
            <w:tcMar>
              <w:top w:w="80" w:type="dxa"/>
              <w:left w:w="90" w:type="dxa"/>
              <w:bottom w:w="80" w:type="dxa"/>
              <w:right w:w="90" w:type="dxa"/>
            </w:tcMar>
            <w:vAlign w:val="center"/>
          </w:tcPr>
          <w:p w:rsidR="00725396" w:rsidRPr="00725396" w:rsidRDefault="00725396" w:rsidP="00725396">
            <w:pPr>
              <w:rPr>
                <w:sz w:val="24"/>
                <w:szCs w:val="24"/>
                <w:lang w:val="ru-RU"/>
              </w:rPr>
            </w:pPr>
            <w:r w:rsidRPr="00725396">
              <w:rPr>
                <w:rFonts w:eastAsia="Times New Roman"/>
                <w:sz w:val="24"/>
                <w:szCs w:val="24"/>
                <w:lang w:val="ru-RU"/>
              </w:rPr>
              <w:t>Заявитель, обратившийся через уполномоченного представителя</w:t>
            </w:r>
          </w:p>
        </w:tc>
      </w:tr>
    </w:tbl>
    <w:p w:rsidR="0047343B" w:rsidRPr="000F6EE0" w:rsidRDefault="0047343B">
      <w:pPr>
        <w:spacing w:after="0" w:line="240" w:lineRule="auto"/>
        <w:rPr>
          <w:lang w:val="ru-RU"/>
        </w:rPr>
      </w:pPr>
    </w:p>
    <w:p w:rsidR="0047343B" w:rsidRDefault="000F6EE0">
      <w:pPr>
        <w:spacing w:after="0" w:line="240" w:lineRule="auto"/>
        <w:ind w:firstLine="709"/>
        <w:jc w:val="both"/>
        <w:rPr>
          <w:rFonts w:eastAsia="Times New Roman"/>
        </w:rPr>
      </w:pPr>
      <w:r>
        <w:rPr>
          <w:rFonts w:eastAsia="Times New Roman"/>
        </w:rPr>
        <w:t>Таблица 3. Перечень общих признаков заявителей</w:t>
      </w:r>
    </w:p>
    <w:p w:rsidR="0039737E" w:rsidRDefault="0039737E">
      <w:pPr>
        <w:spacing w:after="0" w:line="240" w:lineRule="auto"/>
        <w:ind w:firstLine="709"/>
        <w:jc w:val="both"/>
      </w:pPr>
    </w:p>
    <w:tbl>
      <w:tblPr>
        <w:tblStyle w:val="aff0"/>
        <w:tblW w:w="0" w:type="auto"/>
        <w:jc w:val="center"/>
        <w:tblLook w:val="04A0" w:firstRow="1" w:lastRow="0" w:firstColumn="1" w:lastColumn="0" w:noHBand="0" w:noVBand="1"/>
      </w:tblPr>
      <w:tblGrid>
        <w:gridCol w:w="996"/>
        <w:gridCol w:w="5430"/>
        <w:gridCol w:w="3213"/>
      </w:tblGrid>
      <w:tr w:rsidR="0047343B" w:rsidRPr="0039737E" w:rsidTr="00725396">
        <w:trPr>
          <w:cantSplit/>
          <w:tblHeader/>
          <w:jc w:val="center"/>
        </w:trPr>
        <w:tc>
          <w:tcPr>
            <w:tcW w:w="996" w:type="dxa"/>
            <w:tcMar>
              <w:top w:w="80" w:type="dxa"/>
              <w:left w:w="90" w:type="dxa"/>
              <w:bottom w:w="80" w:type="dxa"/>
              <w:right w:w="90" w:type="dxa"/>
            </w:tcMar>
            <w:vAlign w:val="center"/>
          </w:tcPr>
          <w:p w:rsidR="0047343B" w:rsidRPr="0039737E" w:rsidRDefault="008B1697">
            <w:pPr>
              <w:jc w:val="center"/>
              <w:rPr>
                <w:sz w:val="24"/>
                <w:szCs w:val="24"/>
              </w:rPr>
            </w:pPr>
            <w:r w:rsidRPr="0039737E">
              <w:rPr>
                <w:rFonts w:eastAsia="Times New Roman"/>
                <w:sz w:val="24"/>
                <w:szCs w:val="24"/>
              </w:rPr>
              <w:t>№</w:t>
            </w:r>
            <w:r w:rsidR="000F6EE0" w:rsidRPr="0039737E">
              <w:rPr>
                <w:rFonts w:eastAsia="Times New Roman"/>
                <w:sz w:val="24"/>
                <w:szCs w:val="24"/>
              </w:rPr>
              <w:t xml:space="preserve"> п/п</w:t>
            </w:r>
          </w:p>
        </w:tc>
        <w:tc>
          <w:tcPr>
            <w:tcW w:w="5430" w:type="dxa"/>
            <w:tcMar>
              <w:top w:w="80" w:type="dxa"/>
              <w:left w:w="90" w:type="dxa"/>
              <w:bottom w:w="80" w:type="dxa"/>
              <w:right w:w="90" w:type="dxa"/>
            </w:tcMar>
            <w:vAlign w:val="center"/>
          </w:tcPr>
          <w:p w:rsidR="0047343B" w:rsidRPr="0039737E" w:rsidRDefault="000F6EE0">
            <w:pPr>
              <w:jc w:val="center"/>
              <w:rPr>
                <w:sz w:val="24"/>
                <w:szCs w:val="24"/>
              </w:rPr>
            </w:pPr>
            <w:r w:rsidRPr="0039737E">
              <w:rPr>
                <w:rFonts w:eastAsia="Times New Roman"/>
                <w:sz w:val="24"/>
                <w:szCs w:val="24"/>
              </w:rPr>
              <w:t>Признак заявителя</w:t>
            </w:r>
          </w:p>
        </w:tc>
        <w:tc>
          <w:tcPr>
            <w:tcW w:w="3213" w:type="dxa"/>
            <w:tcMar>
              <w:top w:w="80" w:type="dxa"/>
              <w:left w:w="90" w:type="dxa"/>
              <w:bottom w:w="80" w:type="dxa"/>
              <w:right w:w="90" w:type="dxa"/>
            </w:tcMar>
            <w:vAlign w:val="center"/>
          </w:tcPr>
          <w:p w:rsidR="0047343B" w:rsidRPr="0039737E" w:rsidRDefault="000F6EE0">
            <w:pPr>
              <w:jc w:val="center"/>
              <w:rPr>
                <w:sz w:val="24"/>
                <w:szCs w:val="24"/>
              </w:rPr>
            </w:pPr>
            <w:r w:rsidRPr="0039737E">
              <w:rPr>
                <w:rFonts w:eastAsia="Times New Roman"/>
                <w:sz w:val="24"/>
                <w:szCs w:val="24"/>
              </w:rPr>
              <w:t>Значения признака заявителя</w:t>
            </w:r>
          </w:p>
        </w:tc>
      </w:tr>
      <w:tr w:rsidR="00725396" w:rsidRPr="00725396" w:rsidTr="00667CC0">
        <w:trPr>
          <w:cantSplit/>
          <w:jc w:val="center"/>
        </w:trPr>
        <w:tc>
          <w:tcPr>
            <w:tcW w:w="9639" w:type="dxa"/>
            <w:gridSpan w:val="3"/>
            <w:tcMar>
              <w:top w:w="80" w:type="dxa"/>
              <w:left w:w="90" w:type="dxa"/>
              <w:bottom w:w="80" w:type="dxa"/>
              <w:right w:w="90" w:type="dxa"/>
            </w:tcMar>
            <w:vAlign w:val="center"/>
          </w:tcPr>
          <w:p w:rsidR="00725396" w:rsidRPr="00725396" w:rsidRDefault="00725396" w:rsidP="00725396">
            <w:pPr>
              <w:jc w:val="center"/>
              <w:rPr>
                <w:sz w:val="24"/>
                <w:szCs w:val="24"/>
              </w:rPr>
            </w:pPr>
            <w:r w:rsidRPr="00725396">
              <w:rPr>
                <w:rFonts w:eastAsia="Times New Roman"/>
                <w:sz w:val="24"/>
                <w:szCs w:val="24"/>
              </w:rPr>
              <w:t>Результат предоставления услуги</w:t>
            </w:r>
          </w:p>
        </w:tc>
      </w:tr>
      <w:tr w:rsidR="0047343B" w:rsidRPr="00D22EDE" w:rsidTr="00725396">
        <w:trPr>
          <w:cantSplit/>
          <w:jc w:val="center"/>
        </w:trPr>
        <w:tc>
          <w:tcPr>
            <w:tcW w:w="996" w:type="dxa"/>
            <w:tcBorders>
              <w:bottom w:val="single" w:sz="4" w:space="0" w:color="auto"/>
            </w:tcBorders>
            <w:tcMar>
              <w:top w:w="80" w:type="dxa"/>
              <w:left w:w="90" w:type="dxa"/>
              <w:bottom w:w="80" w:type="dxa"/>
              <w:right w:w="90" w:type="dxa"/>
            </w:tcMar>
            <w:vAlign w:val="center"/>
          </w:tcPr>
          <w:p w:rsidR="0047343B" w:rsidRDefault="000F6EE0">
            <w:r>
              <w:rPr>
                <w:rFonts w:eastAsia="Times New Roman"/>
                <w:sz w:val="22"/>
              </w:rPr>
              <w:lastRenderedPageBreak/>
              <w:t>1.</w:t>
            </w:r>
          </w:p>
        </w:tc>
        <w:tc>
          <w:tcPr>
            <w:tcW w:w="5430" w:type="dxa"/>
            <w:tcBorders>
              <w:bottom w:val="single" w:sz="4" w:space="0" w:color="auto"/>
            </w:tcBorders>
            <w:tcMar>
              <w:top w:w="80" w:type="dxa"/>
              <w:left w:w="90" w:type="dxa"/>
              <w:bottom w:w="80" w:type="dxa"/>
              <w:right w:w="90" w:type="dxa"/>
            </w:tcMar>
            <w:vAlign w:val="center"/>
          </w:tcPr>
          <w:p w:rsidR="0047343B" w:rsidRDefault="000F6EE0">
            <w:r>
              <w:rPr>
                <w:rFonts w:eastAsia="Times New Roman"/>
                <w:sz w:val="22"/>
              </w:rPr>
              <w:t>Категория заявителя</w:t>
            </w:r>
          </w:p>
        </w:tc>
        <w:tc>
          <w:tcPr>
            <w:tcW w:w="3213" w:type="dxa"/>
            <w:tcBorders>
              <w:bottom w:val="single" w:sz="4" w:space="0" w:color="auto"/>
            </w:tcBorders>
            <w:tcMar>
              <w:top w:w="80" w:type="dxa"/>
              <w:left w:w="90" w:type="dxa"/>
              <w:bottom w:w="80" w:type="dxa"/>
              <w:right w:w="90" w:type="dxa"/>
            </w:tcMar>
            <w:vAlign w:val="center"/>
          </w:tcPr>
          <w:p w:rsidR="0047343B" w:rsidRPr="000F6EE0" w:rsidRDefault="000F6EE0">
            <w:pPr>
              <w:rPr>
                <w:lang w:val="ru-RU"/>
              </w:rPr>
            </w:pPr>
            <w:r w:rsidRPr="000F6EE0">
              <w:rPr>
                <w:rFonts w:eastAsia="Times New Roman"/>
                <w:sz w:val="22"/>
                <w:lang w:val="ru-RU"/>
              </w:rPr>
              <w:t>физические лица, в том числе зарегистрированные в качестве индивидуальных предпринимателей, и юридические лица, осуществляющие хозяйственную и иную деятельность на территории Новоджерелиевского сельского поселения Брюховецкого муниципального района Краснодарского края, за исключением земельных участков, указанных в абзацах первом и втором пункта 1 подраздела 1.1. раздела 1 Административного регламента, для которой требуется вырубка (уничтожение), санитарная, омолаживающая, формовочная обрезка;</w:t>
            </w:r>
            <w:r w:rsidRPr="000F6EE0">
              <w:rPr>
                <w:rFonts w:eastAsia="Times New Roman"/>
                <w:sz w:val="22"/>
                <w:lang w:val="ru-RU"/>
              </w:rPr>
              <w:br/>
              <w:t>от имени заявителя с заявлением о предоставлении муниципальной услуги вправе обратиться его представители, наделенные соответствующими полномочиями.</w:t>
            </w:r>
          </w:p>
        </w:tc>
      </w:tr>
      <w:tr w:rsidR="0047343B" w:rsidTr="00725396">
        <w:trPr>
          <w:cantSplit/>
          <w:jc w:val="center"/>
        </w:trPr>
        <w:tc>
          <w:tcPr>
            <w:tcW w:w="996" w:type="dxa"/>
            <w:tcBorders>
              <w:bottom w:val="single" w:sz="4" w:space="0" w:color="auto"/>
            </w:tcBorders>
            <w:tcMar>
              <w:top w:w="80" w:type="dxa"/>
              <w:left w:w="90" w:type="dxa"/>
              <w:bottom w:w="80" w:type="dxa"/>
              <w:right w:w="90" w:type="dxa"/>
            </w:tcMar>
            <w:vAlign w:val="center"/>
          </w:tcPr>
          <w:p w:rsidR="0047343B" w:rsidRDefault="000F6EE0">
            <w:r>
              <w:rPr>
                <w:rFonts w:eastAsia="Times New Roman"/>
                <w:sz w:val="22"/>
              </w:rPr>
              <w:t>2.</w:t>
            </w:r>
          </w:p>
        </w:tc>
        <w:tc>
          <w:tcPr>
            <w:tcW w:w="5430" w:type="dxa"/>
            <w:tcBorders>
              <w:bottom w:val="single" w:sz="4" w:space="0" w:color="auto"/>
            </w:tcBorders>
            <w:tcMar>
              <w:top w:w="80" w:type="dxa"/>
              <w:left w:w="90" w:type="dxa"/>
              <w:bottom w:w="80" w:type="dxa"/>
              <w:right w:w="90" w:type="dxa"/>
            </w:tcMar>
            <w:vAlign w:val="center"/>
          </w:tcPr>
          <w:p w:rsidR="0047343B" w:rsidRPr="000F6EE0" w:rsidRDefault="000F6EE0" w:rsidP="00725396">
            <w:pPr>
              <w:rPr>
                <w:lang w:val="ru-RU"/>
              </w:rPr>
            </w:pPr>
            <w:r w:rsidRPr="000F6EE0">
              <w:rPr>
                <w:rFonts w:eastAsia="Times New Roman"/>
                <w:sz w:val="22"/>
                <w:lang w:val="ru-RU"/>
              </w:rPr>
              <w:t>Заявитель обратился лично или через представителя</w:t>
            </w:r>
          </w:p>
        </w:tc>
        <w:tc>
          <w:tcPr>
            <w:tcW w:w="3213" w:type="dxa"/>
            <w:tcBorders>
              <w:bottom w:val="single" w:sz="4" w:space="0" w:color="auto"/>
            </w:tcBorders>
            <w:tcMar>
              <w:top w:w="80" w:type="dxa"/>
              <w:left w:w="90" w:type="dxa"/>
              <w:bottom w:w="80" w:type="dxa"/>
              <w:right w:w="90" w:type="dxa"/>
            </w:tcMar>
            <w:vAlign w:val="center"/>
          </w:tcPr>
          <w:p w:rsidR="0047343B" w:rsidRDefault="000F6EE0">
            <w:r w:rsidRPr="000F6EE0">
              <w:rPr>
                <w:rFonts w:eastAsia="Times New Roman"/>
                <w:sz w:val="22"/>
                <w:lang w:val="ru-RU"/>
              </w:rPr>
              <w:t>1. Обратившиеся лично;</w:t>
            </w:r>
            <w:r w:rsidRPr="000F6EE0">
              <w:rPr>
                <w:rFonts w:eastAsia="Times New Roman"/>
                <w:sz w:val="22"/>
                <w:lang w:val="ru-RU"/>
              </w:rPr>
              <w:br/>
              <w:t>2. Обратившиеся через законного представителя;</w:t>
            </w:r>
            <w:r w:rsidRPr="000F6EE0">
              <w:rPr>
                <w:rFonts w:eastAsia="Times New Roman"/>
                <w:sz w:val="22"/>
                <w:lang w:val="ru-RU"/>
              </w:rPr>
              <w:br/>
              <w:t xml:space="preserve">3. </w:t>
            </w:r>
            <w:r>
              <w:rPr>
                <w:rFonts w:eastAsia="Times New Roman"/>
                <w:sz w:val="22"/>
              </w:rPr>
              <w:t>Обратившиеся через уполномоченного представителя.</w:t>
            </w:r>
          </w:p>
        </w:tc>
      </w:tr>
    </w:tbl>
    <w:p w:rsidR="0047343B" w:rsidRDefault="0047343B">
      <w:pPr>
        <w:spacing w:after="0" w:line="240" w:lineRule="auto"/>
      </w:pPr>
    </w:p>
    <w:p w:rsidR="0039737E" w:rsidRDefault="0039737E">
      <w:pPr>
        <w:spacing w:after="0" w:line="240" w:lineRule="auto"/>
      </w:pPr>
    </w:p>
    <w:p w:rsidR="0039737E" w:rsidRDefault="0039737E">
      <w:pPr>
        <w:spacing w:after="0" w:line="240" w:lineRule="auto"/>
      </w:pPr>
    </w:p>
    <w:p w:rsidR="0039737E" w:rsidRPr="000F6EE0" w:rsidRDefault="0039737E" w:rsidP="0039737E">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39737E" w:rsidRDefault="0039737E" w:rsidP="0039737E">
      <w:pPr>
        <w:spacing w:after="0" w:line="240" w:lineRule="auto"/>
        <w:rPr>
          <w:rFonts w:eastAsia="Times New Roman"/>
          <w:lang w:val="ru-RU"/>
        </w:rPr>
      </w:pPr>
      <w:r w:rsidRPr="000F6EE0">
        <w:rPr>
          <w:rFonts w:eastAsia="Times New Roman"/>
          <w:lang w:val="ru-RU"/>
        </w:rPr>
        <w:t>Брюховецкого муниципального района</w:t>
      </w:r>
    </w:p>
    <w:p w:rsidR="0039737E" w:rsidRPr="000F6EE0" w:rsidRDefault="0039737E" w:rsidP="0039737E">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39737E" w:rsidRPr="0039737E" w:rsidRDefault="0039737E">
      <w:pPr>
        <w:spacing w:after="0" w:line="240" w:lineRule="auto"/>
        <w:rPr>
          <w:lang w:val="ru-RU"/>
        </w:rPr>
      </w:pPr>
    </w:p>
    <w:p w:rsidR="0039737E" w:rsidRDefault="0039737E" w:rsidP="0039737E">
      <w:pPr>
        <w:spacing w:after="0" w:line="240" w:lineRule="auto"/>
        <w:ind w:firstLine="5103"/>
        <w:rPr>
          <w:szCs w:val="28"/>
          <w:lang w:val="ru-RU"/>
        </w:rPr>
      </w:pPr>
    </w:p>
    <w:p w:rsidR="0081670F" w:rsidRDefault="0081670F" w:rsidP="0039737E">
      <w:pPr>
        <w:spacing w:after="0" w:line="240" w:lineRule="auto"/>
        <w:ind w:firstLine="5103"/>
        <w:rPr>
          <w:szCs w:val="28"/>
          <w:lang w:val="ru-RU"/>
        </w:rPr>
        <w:sectPr w:rsidR="0081670F" w:rsidSect="00F55E6E">
          <w:pgSz w:w="12240" w:h="15840"/>
          <w:pgMar w:top="1134" w:right="567" w:bottom="1134" w:left="1701" w:header="709" w:footer="709" w:gutter="0"/>
          <w:pgNumType w:start="1"/>
          <w:cols w:space="720"/>
          <w:titlePg/>
          <w:docGrid w:linePitch="381"/>
        </w:sectPr>
      </w:pPr>
    </w:p>
    <w:p w:rsidR="0039737E" w:rsidRPr="002E7D98" w:rsidRDefault="0039737E" w:rsidP="0039737E">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7</w:t>
      </w:r>
    </w:p>
    <w:p w:rsidR="0039737E" w:rsidRPr="002E7D98" w:rsidRDefault="0039737E" w:rsidP="0039737E">
      <w:pPr>
        <w:spacing w:after="0" w:line="240" w:lineRule="auto"/>
        <w:ind w:firstLine="5103"/>
        <w:rPr>
          <w:szCs w:val="28"/>
          <w:lang w:val="ru-RU"/>
        </w:rPr>
      </w:pPr>
      <w:r w:rsidRPr="002E7D98">
        <w:rPr>
          <w:szCs w:val="28"/>
          <w:lang w:val="ru-RU"/>
        </w:rPr>
        <w:t>к административному регламенту</w:t>
      </w:r>
    </w:p>
    <w:p w:rsidR="0039737E" w:rsidRPr="002E7D98" w:rsidRDefault="0039737E" w:rsidP="0039737E">
      <w:pPr>
        <w:spacing w:after="0" w:line="240" w:lineRule="auto"/>
        <w:ind w:firstLine="5103"/>
        <w:rPr>
          <w:szCs w:val="28"/>
          <w:lang w:val="ru-RU"/>
        </w:rPr>
      </w:pPr>
      <w:r w:rsidRPr="002E7D98">
        <w:rPr>
          <w:szCs w:val="28"/>
          <w:lang w:val="ru-RU"/>
        </w:rPr>
        <w:t>предоставления администрацией</w:t>
      </w:r>
    </w:p>
    <w:p w:rsidR="0039737E" w:rsidRDefault="0039737E" w:rsidP="0039737E">
      <w:pPr>
        <w:spacing w:after="0" w:line="240" w:lineRule="auto"/>
        <w:ind w:firstLine="5103"/>
        <w:rPr>
          <w:szCs w:val="28"/>
          <w:lang w:val="ru-RU"/>
        </w:rPr>
      </w:pPr>
      <w:r w:rsidRPr="002E7D98">
        <w:rPr>
          <w:szCs w:val="28"/>
          <w:lang w:val="ru-RU"/>
        </w:rPr>
        <w:t>Новоджерелиевского сельского</w:t>
      </w:r>
    </w:p>
    <w:p w:rsidR="0039737E" w:rsidRDefault="0039737E" w:rsidP="0039737E">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39737E" w:rsidRPr="002E7D98" w:rsidRDefault="0039737E" w:rsidP="0039737E">
      <w:pPr>
        <w:spacing w:after="0" w:line="240" w:lineRule="auto"/>
        <w:ind w:firstLine="5103"/>
        <w:rPr>
          <w:szCs w:val="28"/>
          <w:lang w:val="ru-RU"/>
        </w:rPr>
      </w:pPr>
      <w:r w:rsidRPr="002E7D98">
        <w:rPr>
          <w:szCs w:val="28"/>
          <w:lang w:val="ru-RU"/>
        </w:rPr>
        <w:t>муниципального района</w:t>
      </w:r>
    </w:p>
    <w:p w:rsidR="0039737E" w:rsidRPr="002E7D98" w:rsidRDefault="0039737E" w:rsidP="0039737E">
      <w:pPr>
        <w:spacing w:after="0" w:line="240" w:lineRule="auto"/>
        <w:ind w:firstLine="5103"/>
        <w:rPr>
          <w:szCs w:val="28"/>
          <w:lang w:val="ru-RU"/>
        </w:rPr>
      </w:pPr>
      <w:r w:rsidRPr="002E7D98">
        <w:rPr>
          <w:szCs w:val="28"/>
          <w:lang w:val="ru-RU"/>
        </w:rPr>
        <w:t>Краснодарского края муниципальной</w:t>
      </w:r>
    </w:p>
    <w:p w:rsidR="0039737E" w:rsidRPr="002E7D98" w:rsidRDefault="0039737E" w:rsidP="0039737E">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39737E" w:rsidRDefault="0039737E">
      <w:pPr>
        <w:spacing w:after="0" w:line="240" w:lineRule="auto"/>
        <w:ind w:firstLine="709"/>
        <w:jc w:val="both"/>
        <w:rPr>
          <w:rFonts w:eastAsia="Times New Roman"/>
          <w:lang w:val="ru-RU"/>
        </w:rPr>
      </w:pPr>
    </w:p>
    <w:p w:rsidR="0039737E" w:rsidRDefault="0039737E">
      <w:pPr>
        <w:spacing w:after="0" w:line="240" w:lineRule="auto"/>
        <w:ind w:firstLine="709"/>
        <w:jc w:val="both"/>
        <w:rPr>
          <w:rFonts w:eastAsia="Times New Roman"/>
          <w:lang w:val="ru-RU"/>
        </w:rPr>
      </w:pPr>
    </w:p>
    <w:p w:rsidR="0047343B" w:rsidRPr="0039737E" w:rsidRDefault="000F6EE0" w:rsidP="0039737E">
      <w:pPr>
        <w:spacing w:after="0" w:line="240" w:lineRule="auto"/>
        <w:ind w:firstLine="709"/>
        <w:jc w:val="center"/>
        <w:rPr>
          <w:b/>
          <w:lang w:val="ru-RU"/>
        </w:rPr>
      </w:pPr>
      <w:r w:rsidRPr="0039737E">
        <w:rPr>
          <w:rFonts w:eastAsia="Times New Roman"/>
          <w:b/>
          <w:lang w:val="ru-RU"/>
        </w:rPr>
        <w:t>Исчерпывающий перечень документов, необходимых для предоставления муниципальной услуги</w:t>
      </w:r>
    </w:p>
    <w:p w:rsidR="00B87CC8" w:rsidRDefault="00B87CC8">
      <w:pPr>
        <w:spacing w:after="0" w:line="240" w:lineRule="auto"/>
        <w:ind w:firstLine="709"/>
        <w:jc w:val="both"/>
        <w:rPr>
          <w:rFonts w:eastAsia="Times New Roman"/>
          <w:lang w:val="ru-RU"/>
        </w:rPr>
      </w:pPr>
    </w:p>
    <w:tbl>
      <w:tblPr>
        <w:tblW w:w="9933" w:type="dxa"/>
        <w:tblLayout w:type="fixed"/>
        <w:tblCellMar>
          <w:left w:w="10" w:type="dxa"/>
          <w:right w:w="10" w:type="dxa"/>
        </w:tblCellMar>
        <w:tblLook w:val="0000" w:firstRow="0" w:lastRow="0" w:firstColumn="0" w:lastColumn="0" w:noHBand="0" w:noVBand="0"/>
      </w:tblPr>
      <w:tblGrid>
        <w:gridCol w:w="8334"/>
        <w:gridCol w:w="1599"/>
      </w:tblGrid>
      <w:tr w:rsidR="00B87CC8" w:rsidRPr="00D22EDE" w:rsidTr="00667CC0">
        <w:tc>
          <w:tcPr>
            <w:tcW w:w="9933" w:type="dxa"/>
            <w:gridSpan w:val="2"/>
            <w:tcBorders>
              <w:top w:val="single" w:sz="2" w:space="0" w:color="000000"/>
              <w:left w:val="single" w:sz="2" w:space="0" w:color="000000"/>
              <w:bottom w:val="single" w:sz="2" w:space="0" w:color="000000"/>
              <w:right w:val="single" w:sz="2" w:space="0" w:color="000000"/>
            </w:tcBorders>
          </w:tcPr>
          <w:p w:rsidR="00B87CC8" w:rsidRDefault="00B87CC8" w:rsidP="00667CC0">
            <w:pPr>
              <w:pStyle w:val="aff8"/>
              <w:ind w:firstLine="0"/>
              <w:jc w:val="center"/>
            </w:pPr>
            <w: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87CC8" w:rsidTr="00667CC0">
        <w:tc>
          <w:tcPr>
            <w:tcW w:w="8334" w:type="dxa"/>
            <w:tcBorders>
              <w:left w:val="single" w:sz="2" w:space="0" w:color="000000"/>
              <w:bottom w:val="single" w:sz="2" w:space="0" w:color="000000"/>
              <w:right w:val="single" w:sz="2" w:space="0" w:color="000000"/>
            </w:tcBorders>
          </w:tcPr>
          <w:p w:rsidR="00B87CC8" w:rsidRDefault="00B87CC8" w:rsidP="00667CC0">
            <w:pPr>
              <w:pStyle w:val="aff9"/>
            </w:pPr>
            <w:r>
              <w:t>Наименование документа</w:t>
            </w:r>
          </w:p>
        </w:tc>
        <w:tc>
          <w:tcPr>
            <w:tcW w:w="1599" w:type="dxa"/>
            <w:tcBorders>
              <w:bottom w:val="single" w:sz="2" w:space="0" w:color="000000"/>
              <w:right w:val="single" w:sz="2" w:space="0" w:color="000000"/>
            </w:tcBorders>
          </w:tcPr>
          <w:p w:rsidR="00B87CC8" w:rsidRDefault="00B87CC8" w:rsidP="00667CC0">
            <w:pPr>
              <w:pStyle w:val="aff9"/>
            </w:pPr>
            <w:r>
              <w:t>Форма документа</w:t>
            </w:r>
          </w:p>
        </w:tc>
      </w:tr>
      <w:tr w:rsidR="00B87CC8" w:rsidRPr="00D22EDE" w:rsidTr="00667CC0">
        <w:tc>
          <w:tcPr>
            <w:tcW w:w="9933" w:type="dxa"/>
            <w:gridSpan w:val="2"/>
            <w:tcBorders>
              <w:left w:val="single" w:sz="2" w:space="0" w:color="000000"/>
              <w:bottom w:val="single" w:sz="2" w:space="0" w:color="000000"/>
              <w:right w:val="single" w:sz="2" w:space="0" w:color="000000"/>
            </w:tcBorders>
          </w:tcPr>
          <w:p w:rsidR="00B87CC8" w:rsidRDefault="00B87CC8" w:rsidP="00667CC0">
            <w:pPr>
              <w:pStyle w:val="aff8"/>
              <w:ind w:firstLine="567"/>
            </w:pPr>
            <w:r>
              <w:t>Для вариантов предоставления муниципальной услуги «Выдача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p>
        </w:tc>
      </w:tr>
      <w:tr w:rsidR="00B87CC8" w:rsidTr="006D2545">
        <w:trPr>
          <w:trHeight w:val="1696"/>
        </w:trPr>
        <w:tc>
          <w:tcPr>
            <w:tcW w:w="8334" w:type="dxa"/>
            <w:tcBorders>
              <w:top w:val="single" w:sz="4" w:space="0" w:color="auto"/>
              <w:left w:val="single" w:sz="2" w:space="0" w:color="000000"/>
              <w:bottom w:val="single" w:sz="2" w:space="0" w:color="000000"/>
              <w:right w:val="single" w:sz="2" w:space="0" w:color="000000"/>
            </w:tcBorders>
          </w:tcPr>
          <w:p w:rsidR="00B87CC8" w:rsidRDefault="00B87CC8" w:rsidP="00B87CC8">
            <w:pPr>
              <w:pStyle w:val="aff8"/>
              <w:ind w:left="142" w:right="234" w:firstLine="0"/>
            </w:pPr>
            <w:r>
              <w:t>1) заявление о необходимости выдачи порубочного билета на территории Новоджерелиевского сельского поселения Брюховецкого муниципального района Краснодарского края, которое оформляется по форме согласно приложению № 2 к Административному регламенту;</w:t>
            </w:r>
          </w:p>
          <w:p w:rsidR="00B87CC8" w:rsidRDefault="00B87CC8" w:rsidP="00B87CC8">
            <w:pPr>
              <w:pStyle w:val="aff8"/>
              <w:ind w:left="142" w:right="234" w:firstLine="0"/>
            </w:pPr>
            <w:r>
              <w:t>В случае его представления в электронной форме посредством Портала указанное заявление заполняется путем внесения соответствующих сведений в интерактивную форму на Портале.</w:t>
            </w:r>
          </w:p>
          <w:p w:rsidR="00B87CC8" w:rsidRDefault="00B87CC8" w:rsidP="00B87CC8">
            <w:pPr>
              <w:pStyle w:val="aff8"/>
              <w:ind w:left="142" w:right="234" w:firstLine="0"/>
            </w:pPr>
            <w:r>
              <w:t>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выдаче документов заявителю в МФЦ и Уполномоченном органе.</w:t>
            </w:r>
          </w:p>
          <w:p w:rsidR="00B87CC8" w:rsidRDefault="00B87CC8" w:rsidP="00B87CC8">
            <w:pPr>
              <w:pStyle w:val="aff8"/>
              <w:ind w:left="142" w:right="234" w:firstLine="0"/>
            </w:pPr>
            <w:r>
              <w:t>2) информация о сроке выполнения работ;</w:t>
            </w:r>
          </w:p>
          <w:p w:rsidR="00B87CC8" w:rsidRDefault="00B87CC8" w:rsidP="00B87CC8">
            <w:pPr>
              <w:pStyle w:val="aff8"/>
              <w:ind w:left="142" w:right="234" w:firstLine="0"/>
            </w:pPr>
            <w:r>
              <w:t>3) документы, подтверждающие необходимость производства работ, требующих вырубки (уничтожения) зелёных насаждений на определённом земельном участке;</w:t>
            </w:r>
          </w:p>
          <w:p w:rsidR="00B87CC8" w:rsidRDefault="00B87CC8" w:rsidP="00B87CC8">
            <w:pPr>
              <w:pStyle w:val="aff8"/>
              <w:ind w:left="142" w:right="234" w:firstLine="0"/>
            </w:pPr>
            <w:r>
              <w:t>4) согласие заявителя на обработку персональных данных в соответствии с Федеральным законом Российской Федерации от 27 июля 2006 года № 152-ФЗ «О персональных данных»;</w:t>
            </w:r>
          </w:p>
          <w:p w:rsidR="00B87CC8" w:rsidRDefault="00B87CC8" w:rsidP="00B87CC8">
            <w:pPr>
              <w:pStyle w:val="aff8"/>
              <w:ind w:left="142" w:right="234" w:firstLine="0"/>
            </w:pPr>
            <w:r>
              <w:t xml:space="preserve">5) копия документа, удостоверяющего личность заявителя или представителя заявителя (с предъявлением оригинала), в случае представления заявления и прилагаемых к нему документов посредством личного обращения в Уполномоченный орган, в том числе через МФЦ. В случае представления документов в электронной форме посредством Портала, иных информационных систем представление указанного </w:t>
            </w:r>
            <w:r>
              <w:lastRenderedPageBreak/>
              <w:t>документа не требуется;</w:t>
            </w:r>
          </w:p>
          <w:p w:rsidR="00B87CC8" w:rsidRDefault="00B87CC8" w:rsidP="00B87CC8">
            <w:pPr>
              <w:pStyle w:val="aff8"/>
              <w:ind w:left="142" w:right="234" w:firstLine="0"/>
            </w:pPr>
            <w:r>
              <w:t>6) копия документа, подтверждающего полномочия представителя заявителя действовать от имени заявителя в случае, если с заявлением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tc>
        <w:tc>
          <w:tcPr>
            <w:tcW w:w="1599" w:type="dxa"/>
            <w:tcBorders>
              <w:top w:val="single" w:sz="4" w:space="0" w:color="auto"/>
              <w:bottom w:val="single" w:sz="2" w:space="0" w:color="000000"/>
              <w:right w:val="single" w:sz="2" w:space="0" w:color="000000"/>
            </w:tcBorders>
          </w:tcPr>
          <w:p w:rsidR="00B87CC8" w:rsidRDefault="00B87CC8" w:rsidP="00667CC0">
            <w:pPr>
              <w:pStyle w:val="aff9"/>
            </w:pPr>
            <w:r>
              <w:lastRenderedPageBreak/>
              <w:t>1 экз.,</w:t>
            </w:r>
          </w:p>
        </w:tc>
      </w:tr>
      <w:tr w:rsidR="00B87CC8" w:rsidRPr="00D22EDE" w:rsidTr="00667CC0">
        <w:tc>
          <w:tcPr>
            <w:tcW w:w="9933" w:type="dxa"/>
            <w:gridSpan w:val="2"/>
            <w:tcBorders>
              <w:left w:val="single" w:sz="2" w:space="0" w:color="000000"/>
              <w:bottom w:val="single" w:sz="2" w:space="0" w:color="000000"/>
              <w:right w:val="single" w:sz="2" w:space="0" w:color="000000"/>
            </w:tcBorders>
          </w:tcPr>
          <w:p w:rsidR="00B87CC8" w:rsidRDefault="00B87CC8" w:rsidP="00667CC0">
            <w:pPr>
              <w:pStyle w:val="aff8"/>
              <w:ind w:left="142" w:right="132" w:firstLine="425"/>
            </w:pPr>
            <w:r>
              <w:lastRenderedPageBreak/>
              <w:t>Для вариантов предоставления муниципальной услуги «Выдача 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p>
        </w:tc>
      </w:tr>
      <w:tr w:rsidR="00B87CC8" w:rsidTr="00667CC0">
        <w:tc>
          <w:tcPr>
            <w:tcW w:w="8334" w:type="dxa"/>
            <w:tcBorders>
              <w:left w:val="single" w:sz="2" w:space="0" w:color="000000"/>
              <w:bottom w:val="single" w:sz="2" w:space="0" w:color="000000"/>
              <w:right w:val="single" w:sz="2" w:space="0" w:color="000000"/>
            </w:tcBorders>
          </w:tcPr>
          <w:p w:rsidR="00B87CC8" w:rsidRDefault="00B87CC8" w:rsidP="00B87CC8">
            <w:pPr>
              <w:pStyle w:val="aff8"/>
              <w:ind w:left="142" w:right="92" w:firstLine="0"/>
            </w:pPr>
            <w:r>
              <w:t>1) заявление о необходимости выдачи порубочного билета на территории Новоджерелиевского сельского поселения Брюховецкого муниципального района Краснодарского края, которое оформляется по форме согласно приложению № 2 к Административному регламенту;</w:t>
            </w:r>
          </w:p>
          <w:p w:rsidR="00B87CC8" w:rsidRDefault="00B87CC8" w:rsidP="00B87CC8">
            <w:pPr>
              <w:pStyle w:val="aff8"/>
              <w:ind w:left="142" w:right="92" w:firstLine="0"/>
            </w:pPr>
            <w:r>
              <w:t>В случае его представления в электронной форме посредством Портала указанное заявление заполняется путем внесения соответствующих сведений в интерактивную форму на Портале.</w:t>
            </w:r>
          </w:p>
          <w:p w:rsidR="00B87CC8" w:rsidRDefault="00B87CC8" w:rsidP="00B87CC8">
            <w:pPr>
              <w:pStyle w:val="aff8"/>
              <w:ind w:left="142" w:right="92" w:firstLine="0"/>
            </w:pPr>
            <w:r>
              <w:t>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выдаче документов заявителю в МФЦ и Уполномоченном органе.</w:t>
            </w:r>
          </w:p>
          <w:p w:rsidR="00B87CC8" w:rsidRDefault="00B87CC8" w:rsidP="00B87CC8">
            <w:pPr>
              <w:pStyle w:val="aff8"/>
              <w:ind w:left="142" w:right="92" w:firstLine="0"/>
            </w:pPr>
            <w:r>
              <w:t>2) информация о сроке выполнения работ, составленная в простой письменной форме;</w:t>
            </w:r>
          </w:p>
          <w:p w:rsidR="00B87CC8" w:rsidRDefault="00B87CC8" w:rsidP="00B87CC8">
            <w:pPr>
              <w:pStyle w:val="aff8"/>
              <w:ind w:left="142" w:right="92" w:firstLine="0"/>
            </w:pPr>
            <w:r>
              <w:t>3) банковские реквизиты заявителя;</w:t>
            </w:r>
          </w:p>
          <w:p w:rsidR="00B87CC8" w:rsidRDefault="00B87CC8" w:rsidP="00B87CC8">
            <w:pPr>
              <w:pStyle w:val="aff8"/>
              <w:ind w:left="142" w:right="92" w:firstLine="0"/>
            </w:pPr>
            <w:r>
              <w:t>4) документы, подтверждающие необходимость производства работ, требующих вырубки (уничтожения) зелёных насаждений на определённом земельном участке;</w:t>
            </w:r>
          </w:p>
          <w:p w:rsidR="00B87CC8" w:rsidRDefault="00B87CC8" w:rsidP="00B87CC8">
            <w:pPr>
              <w:pStyle w:val="aff8"/>
              <w:ind w:left="142" w:right="92" w:firstLine="0"/>
            </w:pPr>
            <w:r>
              <w:t>5) согласие заявителя на обработку персональных данных в соответствии с Федеральным законом Российской Федерации от 27 июля 2006 года № 152-ФЗ «О персональных данных»;</w:t>
            </w:r>
          </w:p>
          <w:p w:rsidR="00B87CC8" w:rsidRDefault="00B87CC8" w:rsidP="00B87CC8">
            <w:pPr>
              <w:pStyle w:val="aff8"/>
              <w:ind w:left="142" w:right="92" w:firstLine="0"/>
            </w:pPr>
            <w:r>
              <w:t>6) копия документа, удостоверяющего личность заявителя или представителя заявителя (с предъявлением оригинала), в случае представления заявления и прилагаемых к нему документов посредством личного обращения в Уполномоченный орган, в том числе через МФЦ. В случае представления документов в электронной форме посредством Портала, иных информационных систем представление указанного документа не требуется;</w:t>
            </w:r>
          </w:p>
          <w:p w:rsidR="00B87CC8" w:rsidRDefault="00B87CC8" w:rsidP="00B87CC8">
            <w:pPr>
              <w:pStyle w:val="aff8"/>
              <w:ind w:left="142" w:right="92" w:firstLine="0"/>
            </w:pPr>
            <w:r>
              <w:t>7) копия документа, подтверждающего полномочия представителя заявителя действовать от имени заявителя в случае, если с заявлением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tc>
        <w:tc>
          <w:tcPr>
            <w:tcW w:w="1599" w:type="dxa"/>
            <w:tcBorders>
              <w:bottom w:val="single" w:sz="2" w:space="0" w:color="000000"/>
              <w:right w:val="single" w:sz="2" w:space="0" w:color="000000"/>
            </w:tcBorders>
          </w:tcPr>
          <w:p w:rsidR="00B87CC8" w:rsidRDefault="00B87CC8" w:rsidP="00667CC0">
            <w:pPr>
              <w:pStyle w:val="aff9"/>
            </w:pPr>
            <w:r>
              <w:t>1 экз.,</w:t>
            </w:r>
          </w:p>
        </w:tc>
      </w:tr>
      <w:tr w:rsidR="00B87CC8" w:rsidRPr="00D22EDE" w:rsidTr="00667CC0">
        <w:tc>
          <w:tcPr>
            <w:tcW w:w="9933" w:type="dxa"/>
            <w:gridSpan w:val="2"/>
            <w:tcBorders>
              <w:left w:val="single" w:sz="2" w:space="0" w:color="000000"/>
              <w:bottom w:val="single" w:sz="2" w:space="0" w:color="000000"/>
              <w:right w:val="single" w:sz="2" w:space="0" w:color="000000"/>
            </w:tcBorders>
          </w:tcPr>
          <w:p w:rsidR="00B87CC8" w:rsidRDefault="00B87CC8" w:rsidP="00667CC0">
            <w:pPr>
              <w:pStyle w:val="aff8"/>
              <w:ind w:left="142" w:right="149" w:firstLine="425"/>
            </w:pPr>
            <w:r>
              <w:t>В целях получения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заявителем представляются следующие документы:</w:t>
            </w:r>
          </w:p>
        </w:tc>
      </w:tr>
      <w:tr w:rsidR="00B87CC8" w:rsidTr="006D2545">
        <w:tc>
          <w:tcPr>
            <w:tcW w:w="8334" w:type="dxa"/>
            <w:tcBorders>
              <w:top w:val="single" w:sz="4" w:space="0" w:color="auto"/>
              <w:left w:val="single" w:sz="2" w:space="0" w:color="000000"/>
              <w:bottom w:val="single" w:sz="2" w:space="0" w:color="000000"/>
              <w:right w:val="single" w:sz="2" w:space="0" w:color="000000"/>
            </w:tcBorders>
          </w:tcPr>
          <w:p w:rsidR="00B87CC8" w:rsidRDefault="00B87CC8" w:rsidP="00D22EDE">
            <w:pPr>
              <w:pStyle w:val="aff8"/>
              <w:ind w:left="142" w:right="234" w:firstLine="0"/>
            </w:pPr>
            <w: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B87CC8" w:rsidRDefault="00B87CC8" w:rsidP="00D22EDE">
            <w:pPr>
              <w:pStyle w:val="aff8"/>
              <w:ind w:left="142" w:right="234" w:firstLine="0"/>
            </w:pPr>
            <w:r>
              <w:t xml:space="preserve">2) копия документа, удостоверяющего личность заявителя (представителя </w:t>
            </w:r>
            <w:r>
              <w:lastRenderedPageBreak/>
              <w:t>заявителя), и документа, подтверждающего полномочия представителя заявителя, в случае если с заявлением обращается представитель заявителя;</w:t>
            </w:r>
          </w:p>
          <w:p w:rsidR="00B87CC8" w:rsidRDefault="00D22EDE" w:rsidP="00D22EDE">
            <w:pPr>
              <w:pStyle w:val="aff8"/>
              <w:ind w:left="142" w:firstLine="0"/>
            </w:pPr>
            <w:r>
              <w:t xml:space="preserve">3) </w:t>
            </w:r>
            <w:r w:rsidR="00B87CC8">
              <w:t>документ, выданный по результату ранее предоставленной муниципальной услуги, в котором допущены опечатки и (или) ошибки.</w:t>
            </w:r>
          </w:p>
          <w:p w:rsidR="00B87CC8" w:rsidRDefault="00B87CC8" w:rsidP="00D22EDE">
            <w:pPr>
              <w:pStyle w:val="aff8"/>
              <w:ind w:right="234" w:firstLine="567"/>
            </w:pPr>
            <w:r>
              <w:t>Заявление и прилагаемые документы могут быть поданы на бумажном носителе посредством личного обращения в уполномоченный орган.</w:t>
            </w:r>
          </w:p>
        </w:tc>
        <w:tc>
          <w:tcPr>
            <w:tcW w:w="1599" w:type="dxa"/>
            <w:tcBorders>
              <w:top w:val="single" w:sz="4" w:space="0" w:color="auto"/>
              <w:bottom w:val="single" w:sz="2" w:space="0" w:color="000000"/>
              <w:right w:val="single" w:sz="2" w:space="0" w:color="000000"/>
            </w:tcBorders>
          </w:tcPr>
          <w:p w:rsidR="00B87CC8" w:rsidRDefault="00B87CC8" w:rsidP="00667CC0">
            <w:pPr>
              <w:pStyle w:val="aff9"/>
            </w:pPr>
            <w:r>
              <w:lastRenderedPageBreak/>
              <w:t>1 экз.,</w:t>
            </w:r>
          </w:p>
        </w:tc>
      </w:tr>
      <w:tr w:rsidR="00B87CC8" w:rsidRPr="00D22EDE" w:rsidTr="00667CC0">
        <w:tc>
          <w:tcPr>
            <w:tcW w:w="9933" w:type="dxa"/>
            <w:gridSpan w:val="2"/>
            <w:tcBorders>
              <w:left w:val="single" w:sz="2" w:space="0" w:color="000000"/>
              <w:bottom w:val="single" w:sz="2" w:space="0" w:color="000000"/>
              <w:right w:val="single" w:sz="2" w:space="0" w:color="000000"/>
            </w:tcBorders>
          </w:tcPr>
          <w:p w:rsidR="00B87CC8" w:rsidRDefault="00B87CC8" w:rsidP="00667CC0">
            <w:pPr>
              <w:pStyle w:val="aff8"/>
              <w:ind w:left="142" w:right="132" w:firstLine="425"/>
            </w:pPr>
            <w:r>
              <w:lastRenderedPageBreak/>
              <w:t xml:space="preserve">В целях получения муниципальной услуги для варианта предоставления муниципальной услуги </w:t>
            </w:r>
            <w:r w:rsidR="00D22EDE">
              <w:t>«</w:t>
            </w:r>
            <w:r>
              <w:t>Выдача дубликата документа, выданного по результату ранее предоставленной муниципальной услуги</w:t>
            </w:r>
            <w:r w:rsidR="00D22EDE">
              <w:t>»</w:t>
            </w:r>
            <w:r>
              <w:t xml:space="preserve"> заявителем представляются следующие документы:</w:t>
            </w:r>
          </w:p>
        </w:tc>
      </w:tr>
      <w:tr w:rsidR="00B87CC8" w:rsidTr="006D2545">
        <w:tc>
          <w:tcPr>
            <w:tcW w:w="8334" w:type="dxa"/>
            <w:tcBorders>
              <w:left w:val="single" w:sz="2" w:space="0" w:color="000000"/>
              <w:bottom w:val="single" w:sz="4" w:space="0" w:color="auto"/>
              <w:right w:val="single" w:sz="2" w:space="0" w:color="000000"/>
            </w:tcBorders>
          </w:tcPr>
          <w:p w:rsidR="00B87CC8" w:rsidRDefault="00B87CC8" w:rsidP="00D22EDE">
            <w:pPr>
              <w:pStyle w:val="aff8"/>
              <w:ind w:left="142" w:right="234" w:firstLine="0"/>
            </w:pPr>
            <w:r>
              <w:t>1)</w:t>
            </w:r>
            <w:r w:rsidR="00D22EDE">
              <w:t xml:space="preserve"> </w:t>
            </w:r>
            <w:r>
              <w:t>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B87CC8" w:rsidRDefault="00B87CC8" w:rsidP="00D22EDE">
            <w:pPr>
              <w:pStyle w:val="aff8"/>
              <w:ind w:left="142" w:right="234" w:firstLine="0"/>
            </w:pPr>
            <w:r>
              <w:t>2)</w:t>
            </w:r>
            <w:r w:rsidR="00D22EDE">
              <w:t xml:space="preserve"> </w:t>
            </w:r>
            <w:r>
              <w:t>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rsidR="00B87CC8" w:rsidRDefault="00B87CC8" w:rsidP="00D22EDE">
            <w:pPr>
              <w:pStyle w:val="aff8"/>
              <w:ind w:left="142" w:right="234" w:firstLine="0"/>
            </w:pPr>
            <w:r>
              <w:t>3)</w:t>
            </w:r>
            <w:r w:rsidR="00D22EDE">
              <w:t xml:space="preserve"> </w:t>
            </w:r>
            <w:r>
              <w:t>копия документа, подтверждающего полномочия представителя заявителя в случае, если с заявлением о выдаче дубликата документа обращается представитель заявителя.</w:t>
            </w:r>
          </w:p>
        </w:tc>
        <w:tc>
          <w:tcPr>
            <w:tcW w:w="1599" w:type="dxa"/>
            <w:tcBorders>
              <w:bottom w:val="single" w:sz="4" w:space="0" w:color="auto"/>
              <w:right w:val="single" w:sz="2" w:space="0" w:color="000000"/>
            </w:tcBorders>
          </w:tcPr>
          <w:p w:rsidR="00B87CC8" w:rsidRDefault="00B87CC8" w:rsidP="00667CC0">
            <w:pPr>
              <w:pStyle w:val="aff9"/>
            </w:pPr>
            <w:r>
              <w:t>1 экз.,</w:t>
            </w:r>
          </w:p>
        </w:tc>
      </w:tr>
      <w:tr w:rsidR="00B87CC8" w:rsidRPr="00D22EDE" w:rsidTr="006D2545">
        <w:tc>
          <w:tcPr>
            <w:tcW w:w="9933" w:type="dxa"/>
            <w:gridSpan w:val="2"/>
            <w:tcBorders>
              <w:top w:val="single" w:sz="4" w:space="0" w:color="auto"/>
              <w:left w:val="single" w:sz="2" w:space="0" w:color="000000"/>
              <w:bottom w:val="single" w:sz="2" w:space="0" w:color="000000"/>
              <w:right w:val="single" w:sz="2" w:space="0" w:color="000000"/>
            </w:tcBorders>
          </w:tcPr>
          <w:p w:rsidR="00B87CC8" w:rsidRDefault="00B87CC8" w:rsidP="00D22EDE">
            <w:pPr>
              <w:pStyle w:val="aff8"/>
              <w:ind w:left="142" w:right="149" w:firstLine="0"/>
            </w:pPr>
            <w:r>
              <w:t>В случае, если заявление о предоставлении муниципальной услуги и документы, подаются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B87CC8" w:rsidRDefault="00B87CC8" w:rsidP="00D22EDE">
            <w:pPr>
              <w:pStyle w:val="aff8"/>
              <w:ind w:left="142" w:right="149" w:firstLine="0"/>
            </w:pPr>
            <w:r>
              <w:t>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B87CC8" w:rsidRDefault="00B87CC8" w:rsidP="00D22EDE">
            <w:pPr>
              <w:pStyle w:val="aff8"/>
              <w:ind w:left="142" w:right="149" w:firstLine="0"/>
            </w:pPr>
            <w:r>
              <w:t>Требование к форматам документов, предоставляемых заявителем в электронной форме:</w:t>
            </w:r>
          </w:p>
          <w:p w:rsidR="00B87CC8" w:rsidRDefault="00B87CC8" w:rsidP="00D22EDE">
            <w:pPr>
              <w:pStyle w:val="aff8"/>
              <w:ind w:left="142" w:right="149" w:firstLine="0"/>
            </w:pPr>
            <w:r>
              <w:t xml:space="preserve">а) </w:t>
            </w:r>
            <w:proofErr w:type="spellStart"/>
            <w:r>
              <w:t>xml</w:t>
            </w:r>
            <w:proofErr w:type="spellEnd"/>
            <w: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t>xml</w:t>
            </w:r>
            <w:proofErr w:type="spellEnd"/>
            <w:r>
              <w:t>;</w:t>
            </w:r>
          </w:p>
          <w:p w:rsidR="00B87CC8" w:rsidRDefault="00B87CC8" w:rsidP="00D22EDE">
            <w:pPr>
              <w:pStyle w:val="aff8"/>
              <w:ind w:left="142" w:right="149" w:firstLine="0"/>
            </w:pPr>
            <w:r>
              <w:t xml:space="preserve">б) doc, docx, </w:t>
            </w:r>
            <w:proofErr w:type="spellStart"/>
            <w:r>
              <w:t>odt</w:t>
            </w:r>
            <w:proofErr w:type="spellEnd"/>
            <w:r>
              <w:t xml:space="preserve"> - для документов с текстовым содержанием, не включающим формулы;</w:t>
            </w:r>
          </w:p>
          <w:p w:rsidR="00B87CC8" w:rsidRDefault="00B87CC8" w:rsidP="00D22EDE">
            <w:pPr>
              <w:pStyle w:val="aff8"/>
              <w:ind w:left="142" w:right="149" w:firstLine="0"/>
            </w:pPr>
            <w:r>
              <w:t xml:space="preserve">в) </w:t>
            </w:r>
            <w:proofErr w:type="spellStart"/>
            <w:r>
              <w:t>pdf</w:t>
            </w:r>
            <w:proofErr w:type="spellEnd"/>
            <w:r>
              <w:t xml:space="preserve">, </w:t>
            </w:r>
            <w:proofErr w:type="spellStart"/>
            <w:r>
              <w:t>jpg</w:t>
            </w:r>
            <w:proofErr w:type="spellEnd"/>
            <w:r>
              <w:t xml:space="preserve">, </w:t>
            </w:r>
            <w:proofErr w:type="spellStart"/>
            <w:r>
              <w:t>jpeg</w:t>
            </w:r>
            <w:proofErr w:type="spellEnd"/>
            <w: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rsidR="00B87CC8" w:rsidRDefault="00B87CC8" w:rsidP="00D22EDE">
            <w:pPr>
              <w:pStyle w:val="aff8"/>
              <w:ind w:left="142" w:right="149" w:firstLine="0"/>
            </w:pPr>
            <w: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t>dpi</w:t>
            </w:r>
            <w:proofErr w:type="spellEnd"/>
            <w: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87CC8" w:rsidRDefault="00B87CC8" w:rsidP="00D22EDE">
            <w:pPr>
              <w:pStyle w:val="aff8"/>
              <w:ind w:left="142" w:right="149" w:firstLine="0"/>
            </w:pPr>
            <w:r>
              <w:t>"черно-белый" - при отсутствии в документе графических изображений и (или) цветного текста;</w:t>
            </w:r>
          </w:p>
          <w:p w:rsidR="00B87CC8" w:rsidRDefault="00B87CC8" w:rsidP="00D22EDE">
            <w:pPr>
              <w:pStyle w:val="aff8"/>
              <w:ind w:left="142" w:right="149" w:firstLine="0"/>
            </w:pPr>
            <w:r>
              <w:lastRenderedPageBreak/>
              <w:t>"оттенки серого" - при наличии в документе графических изображений, отличных от цветного графического изображения;</w:t>
            </w:r>
          </w:p>
          <w:p w:rsidR="00B87CC8" w:rsidRDefault="00B87CC8" w:rsidP="00D22EDE">
            <w:pPr>
              <w:pStyle w:val="aff8"/>
              <w:ind w:left="142" w:right="149" w:firstLine="0"/>
            </w:pPr>
            <w:r>
              <w:t>"цветной" или "режим полной цветопередачи" - при наличии в документе цветных графических изображений либо цветного текста.</w:t>
            </w:r>
          </w:p>
          <w:p w:rsidR="00B87CC8" w:rsidRDefault="00B87CC8" w:rsidP="00D22EDE">
            <w:pPr>
              <w:pStyle w:val="aff8"/>
              <w:ind w:left="142" w:right="149" w:firstLine="0"/>
            </w:pPr>
            <w:r>
              <w:t>Количество файлов должно соответствовать количеству документов, каждый из которых содержит текстовую и (или) графическую информацию.</w:t>
            </w:r>
          </w:p>
          <w:p w:rsidR="00B87CC8" w:rsidRDefault="00B87CC8" w:rsidP="00D22EDE">
            <w:pPr>
              <w:pStyle w:val="aff8"/>
              <w:ind w:left="142" w:right="149" w:firstLine="0"/>
            </w:pPr>
            <w: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rsidR="00B87CC8" w:rsidRDefault="00B87CC8" w:rsidP="00D22EDE">
            <w:pPr>
              <w:pStyle w:val="aff8"/>
              <w:ind w:left="142" w:right="149" w:firstLine="0"/>
            </w:pPr>
            <w:r>
              <w:t xml:space="preserve">Документы, подлежащие представлению в форматах xls, xlsx или </w:t>
            </w:r>
            <w:proofErr w:type="spellStart"/>
            <w:r>
              <w:t>ods</w:t>
            </w:r>
            <w:proofErr w:type="spellEnd"/>
            <w:r>
              <w:t>, формируются в виде отдельного документа, представляемого в электронной форме.</w:t>
            </w:r>
          </w:p>
        </w:tc>
      </w:tr>
    </w:tbl>
    <w:p w:rsidR="00B87CC8" w:rsidRDefault="00B87CC8">
      <w:pPr>
        <w:spacing w:after="0" w:line="240" w:lineRule="auto"/>
        <w:ind w:firstLine="709"/>
        <w:jc w:val="both"/>
        <w:rPr>
          <w:rFonts w:eastAsia="Times New Roman"/>
          <w:lang w:val="ru-RU"/>
        </w:rPr>
      </w:pPr>
    </w:p>
    <w:p w:rsidR="00667CC0" w:rsidRDefault="00667CC0" w:rsidP="00667CC0">
      <w:pPr>
        <w:pStyle w:val="aff8"/>
      </w:pPr>
      <w:r>
        <w:t>Таблица 2</w:t>
      </w:r>
    </w:p>
    <w:p w:rsidR="00667CC0" w:rsidRDefault="00667CC0" w:rsidP="00667CC0">
      <w:pPr>
        <w:pStyle w:val="aff8"/>
      </w:pPr>
    </w:p>
    <w:tbl>
      <w:tblPr>
        <w:tblW w:w="9921" w:type="dxa"/>
        <w:tblLayout w:type="fixed"/>
        <w:tblCellMar>
          <w:left w:w="10" w:type="dxa"/>
          <w:right w:w="10" w:type="dxa"/>
        </w:tblCellMar>
        <w:tblLook w:val="0000" w:firstRow="0" w:lastRow="0" w:firstColumn="0" w:lastColumn="0" w:noHBand="0" w:noVBand="0"/>
      </w:tblPr>
      <w:tblGrid>
        <w:gridCol w:w="5919"/>
        <w:gridCol w:w="4002"/>
      </w:tblGrid>
      <w:tr w:rsidR="00667CC0" w:rsidRPr="00667CC0" w:rsidTr="00667CC0">
        <w:tblPrEx>
          <w:tblCellMar>
            <w:top w:w="0" w:type="dxa"/>
            <w:bottom w:w="0" w:type="dxa"/>
          </w:tblCellMar>
        </w:tblPrEx>
        <w:tc>
          <w:tcPr>
            <w:tcW w:w="9978" w:type="dxa"/>
            <w:gridSpan w:val="2"/>
            <w:tcBorders>
              <w:top w:val="single" w:sz="2" w:space="0" w:color="000000"/>
              <w:left w:val="single" w:sz="2" w:space="0" w:color="000000"/>
              <w:bottom w:val="single" w:sz="2" w:space="0" w:color="000000"/>
              <w:right w:val="single" w:sz="2" w:space="0" w:color="000000"/>
            </w:tcBorders>
          </w:tcPr>
          <w:p w:rsidR="00667CC0" w:rsidRDefault="00667CC0" w:rsidP="00667CC0">
            <w:pPr>
              <w:pStyle w:val="aff8"/>
              <w:ind w:firstLine="0"/>
              <w:jc w:val="center"/>
            </w:pPr>
            <w:r>
              <w:t>Способы подачи документов и информации для предоставления муниципальной услуги:</w:t>
            </w:r>
          </w:p>
        </w:tc>
      </w:tr>
      <w:tr w:rsidR="00667CC0" w:rsidRPr="00667CC0" w:rsidTr="00667CC0">
        <w:tblPrEx>
          <w:tblCellMar>
            <w:top w:w="0" w:type="dxa"/>
            <w:bottom w:w="0" w:type="dxa"/>
          </w:tblCellMar>
        </w:tblPrEx>
        <w:tc>
          <w:tcPr>
            <w:tcW w:w="5953" w:type="dxa"/>
            <w:tcBorders>
              <w:left w:val="single" w:sz="2" w:space="0" w:color="000000"/>
              <w:bottom w:val="single" w:sz="2" w:space="0" w:color="000000"/>
              <w:right w:val="single" w:sz="2" w:space="0" w:color="000000"/>
            </w:tcBorders>
          </w:tcPr>
          <w:p w:rsidR="00667CC0" w:rsidRDefault="00667CC0" w:rsidP="00667CC0">
            <w:pPr>
              <w:pStyle w:val="aff9"/>
            </w:pPr>
            <w:r>
              <w:t>-в уполномоченном органе</w:t>
            </w:r>
          </w:p>
        </w:tc>
        <w:tc>
          <w:tcPr>
            <w:tcW w:w="4025" w:type="dxa"/>
            <w:tcBorders>
              <w:bottom w:val="single" w:sz="2" w:space="0" w:color="000000"/>
              <w:right w:val="single" w:sz="2" w:space="0" w:color="000000"/>
            </w:tcBorders>
          </w:tcPr>
          <w:p w:rsidR="00667CC0" w:rsidRDefault="00667CC0" w:rsidP="00667CC0">
            <w:pPr>
              <w:pStyle w:val="aff9"/>
            </w:pPr>
            <w:r>
              <w:t>на бумажном носителе при личном обращении</w:t>
            </w:r>
          </w:p>
        </w:tc>
      </w:tr>
      <w:tr w:rsidR="00667CC0" w:rsidRPr="00667CC0" w:rsidTr="00667CC0">
        <w:tblPrEx>
          <w:tblCellMar>
            <w:top w:w="0" w:type="dxa"/>
            <w:bottom w:w="0" w:type="dxa"/>
          </w:tblCellMar>
        </w:tblPrEx>
        <w:tc>
          <w:tcPr>
            <w:tcW w:w="5953" w:type="dxa"/>
            <w:tcBorders>
              <w:left w:val="single" w:sz="2" w:space="0" w:color="000000"/>
              <w:bottom w:val="single" w:sz="2" w:space="0" w:color="000000"/>
              <w:right w:val="single" w:sz="2" w:space="0" w:color="000000"/>
            </w:tcBorders>
          </w:tcPr>
          <w:p w:rsidR="00667CC0" w:rsidRDefault="00667CC0" w:rsidP="00667CC0">
            <w:pPr>
              <w:pStyle w:val="aff9"/>
            </w:pPr>
            <w:r>
              <w:t>- в МФЦ</w:t>
            </w:r>
          </w:p>
        </w:tc>
        <w:tc>
          <w:tcPr>
            <w:tcW w:w="4025" w:type="dxa"/>
            <w:tcBorders>
              <w:bottom w:val="single" w:sz="2" w:space="0" w:color="000000"/>
              <w:right w:val="single" w:sz="2" w:space="0" w:color="000000"/>
            </w:tcBorders>
          </w:tcPr>
          <w:p w:rsidR="00667CC0" w:rsidRDefault="00667CC0" w:rsidP="00667CC0">
            <w:pPr>
              <w:pStyle w:val="aff9"/>
            </w:pPr>
            <w:r>
              <w:t>на бумажном носителе при личном обращении</w:t>
            </w:r>
          </w:p>
        </w:tc>
      </w:tr>
      <w:tr w:rsidR="00667CC0" w:rsidRPr="00667CC0" w:rsidTr="00667CC0">
        <w:tblPrEx>
          <w:tblCellMar>
            <w:top w:w="0" w:type="dxa"/>
            <w:bottom w:w="0" w:type="dxa"/>
          </w:tblCellMar>
        </w:tblPrEx>
        <w:tc>
          <w:tcPr>
            <w:tcW w:w="5953" w:type="dxa"/>
            <w:tcBorders>
              <w:left w:val="single" w:sz="2" w:space="0" w:color="000000"/>
              <w:bottom w:val="single" w:sz="2" w:space="0" w:color="000000"/>
              <w:right w:val="single" w:sz="2" w:space="0" w:color="000000"/>
            </w:tcBorders>
          </w:tcPr>
          <w:p w:rsidR="00667CC0" w:rsidRDefault="00667CC0" w:rsidP="00667CC0">
            <w:pPr>
              <w:pStyle w:val="aff9"/>
            </w:pPr>
            <w:r>
              <w:t>- через ЕПГУ, РПГУ</w:t>
            </w:r>
          </w:p>
        </w:tc>
        <w:tc>
          <w:tcPr>
            <w:tcW w:w="4025" w:type="dxa"/>
            <w:tcBorders>
              <w:bottom w:val="single" w:sz="2" w:space="0" w:color="000000"/>
              <w:right w:val="single" w:sz="2" w:space="0" w:color="000000"/>
            </w:tcBorders>
          </w:tcPr>
          <w:p w:rsidR="00667CC0" w:rsidRDefault="00667CC0" w:rsidP="00667CC0">
            <w:pPr>
              <w:pStyle w:val="aff9"/>
            </w:pPr>
            <w:r>
              <w:t>в электронной форме (при наличии технической возможности)</w:t>
            </w:r>
          </w:p>
        </w:tc>
      </w:tr>
      <w:tr w:rsidR="00667CC0" w:rsidRPr="00667CC0" w:rsidTr="00667CC0">
        <w:tblPrEx>
          <w:tblCellMar>
            <w:top w:w="0" w:type="dxa"/>
            <w:bottom w:w="0" w:type="dxa"/>
          </w:tblCellMar>
        </w:tblPrEx>
        <w:tc>
          <w:tcPr>
            <w:tcW w:w="9978" w:type="dxa"/>
            <w:gridSpan w:val="2"/>
            <w:tcBorders>
              <w:left w:val="single" w:sz="2" w:space="0" w:color="000000"/>
              <w:bottom w:val="single" w:sz="2" w:space="0" w:color="000000"/>
              <w:right w:val="single" w:sz="2" w:space="0" w:color="000000"/>
            </w:tcBorders>
          </w:tcPr>
          <w:p w:rsidR="00667CC0" w:rsidRDefault="00667CC0" w:rsidP="00667CC0">
            <w:pPr>
              <w:pStyle w:val="aff9"/>
            </w:pPr>
            <w:r>
              <w:t>Идентификаторы категорий (признаков) заявителей указаны в приложении № 6 к административному регламенту</w:t>
            </w:r>
          </w:p>
        </w:tc>
      </w:tr>
    </w:tbl>
    <w:p w:rsidR="00667CC0" w:rsidRDefault="00667CC0" w:rsidP="00667CC0">
      <w:pPr>
        <w:pStyle w:val="aff8"/>
      </w:pPr>
    </w:p>
    <w:p w:rsidR="00667CC0" w:rsidRDefault="00667CC0" w:rsidP="00667CC0">
      <w:pPr>
        <w:pStyle w:val="aff8"/>
      </w:pPr>
    </w:p>
    <w:p w:rsidR="00667CC0" w:rsidRDefault="00667CC0" w:rsidP="00667CC0">
      <w:pPr>
        <w:pStyle w:val="aff8"/>
      </w:pPr>
    </w:p>
    <w:p w:rsidR="00667CC0" w:rsidRPr="000F6EE0" w:rsidRDefault="00667CC0" w:rsidP="00667CC0">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667CC0" w:rsidRDefault="00667CC0" w:rsidP="00667CC0">
      <w:pPr>
        <w:spacing w:after="0" w:line="240" w:lineRule="auto"/>
        <w:rPr>
          <w:rFonts w:eastAsia="Times New Roman"/>
          <w:lang w:val="ru-RU"/>
        </w:rPr>
      </w:pPr>
      <w:r w:rsidRPr="000F6EE0">
        <w:rPr>
          <w:rFonts w:eastAsia="Times New Roman"/>
          <w:lang w:val="ru-RU"/>
        </w:rPr>
        <w:t>Брюховецкого муниципального района</w:t>
      </w:r>
    </w:p>
    <w:p w:rsidR="00667CC0" w:rsidRPr="000F6EE0" w:rsidRDefault="00667CC0" w:rsidP="00667CC0">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667CC0" w:rsidRDefault="00667CC0" w:rsidP="00667CC0">
      <w:pPr>
        <w:spacing w:after="0" w:line="240" w:lineRule="auto"/>
        <w:ind w:firstLine="5103"/>
        <w:rPr>
          <w:szCs w:val="28"/>
          <w:lang w:val="ru-RU"/>
        </w:rPr>
      </w:pPr>
    </w:p>
    <w:p w:rsidR="0081670F" w:rsidRDefault="0081670F" w:rsidP="00667CC0">
      <w:pPr>
        <w:spacing w:after="0" w:line="240" w:lineRule="auto"/>
        <w:ind w:firstLine="5103"/>
        <w:rPr>
          <w:szCs w:val="28"/>
          <w:lang w:val="ru-RU"/>
        </w:rPr>
        <w:sectPr w:rsidR="0081670F" w:rsidSect="00F55E6E">
          <w:pgSz w:w="12240" w:h="15840"/>
          <w:pgMar w:top="1134" w:right="567" w:bottom="1134" w:left="1701" w:header="709" w:footer="709" w:gutter="0"/>
          <w:pgNumType w:start="1"/>
          <w:cols w:space="720"/>
          <w:titlePg/>
          <w:docGrid w:linePitch="381"/>
        </w:sectPr>
      </w:pPr>
    </w:p>
    <w:p w:rsidR="00667CC0" w:rsidRPr="002E7D98" w:rsidRDefault="00667CC0" w:rsidP="00667CC0">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8</w:t>
      </w:r>
    </w:p>
    <w:p w:rsidR="00667CC0" w:rsidRPr="002E7D98" w:rsidRDefault="00667CC0" w:rsidP="00667CC0">
      <w:pPr>
        <w:spacing w:after="0" w:line="240" w:lineRule="auto"/>
        <w:ind w:firstLine="5103"/>
        <w:rPr>
          <w:szCs w:val="28"/>
          <w:lang w:val="ru-RU"/>
        </w:rPr>
      </w:pPr>
      <w:r w:rsidRPr="002E7D98">
        <w:rPr>
          <w:szCs w:val="28"/>
          <w:lang w:val="ru-RU"/>
        </w:rPr>
        <w:t>к административному регламенту</w:t>
      </w:r>
    </w:p>
    <w:p w:rsidR="00667CC0" w:rsidRPr="002E7D98" w:rsidRDefault="00667CC0" w:rsidP="00667CC0">
      <w:pPr>
        <w:spacing w:after="0" w:line="240" w:lineRule="auto"/>
        <w:ind w:firstLine="5103"/>
        <w:rPr>
          <w:szCs w:val="28"/>
          <w:lang w:val="ru-RU"/>
        </w:rPr>
      </w:pPr>
      <w:r w:rsidRPr="002E7D98">
        <w:rPr>
          <w:szCs w:val="28"/>
          <w:lang w:val="ru-RU"/>
        </w:rPr>
        <w:t>предоставления администрацией</w:t>
      </w:r>
    </w:p>
    <w:p w:rsidR="00667CC0" w:rsidRDefault="00667CC0" w:rsidP="00667CC0">
      <w:pPr>
        <w:spacing w:after="0" w:line="240" w:lineRule="auto"/>
        <w:ind w:firstLine="5103"/>
        <w:rPr>
          <w:szCs w:val="28"/>
          <w:lang w:val="ru-RU"/>
        </w:rPr>
      </w:pPr>
      <w:r w:rsidRPr="002E7D98">
        <w:rPr>
          <w:szCs w:val="28"/>
          <w:lang w:val="ru-RU"/>
        </w:rPr>
        <w:t>Новоджерелиевского сельского</w:t>
      </w:r>
    </w:p>
    <w:p w:rsidR="00667CC0" w:rsidRDefault="00667CC0" w:rsidP="00667CC0">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667CC0" w:rsidRPr="002E7D98" w:rsidRDefault="00667CC0" w:rsidP="00667CC0">
      <w:pPr>
        <w:spacing w:after="0" w:line="240" w:lineRule="auto"/>
        <w:ind w:firstLine="5103"/>
        <w:rPr>
          <w:szCs w:val="28"/>
          <w:lang w:val="ru-RU"/>
        </w:rPr>
      </w:pPr>
      <w:r w:rsidRPr="002E7D98">
        <w:rPr>
          <w:szCs w:val="28"/>
          <w:lang w:val="ru-RU"/>
        </w:rPr>
        <w:t>муниципального района</w:t>
      </w:r>
    </w:p>
    <w:p w:rsidR="00667CC0" w:rsidRPr="002E7D98" w:rsidRDefault="00667CC0" w:rsidP="00667CC0">
      <w:pPr>
        <w:spacing w:after="0" w:line="240" w:lineRule="auto"/>
        <w:ind w:firstLine="5103"/>
        <w:rPr>
          <w:szCs w:val="28"/>
          <w:lang w:val="ru-RU"/>
        </w:rPr>
      </w:pPr>
      <w:r w:rsidRPr="002E7D98">
        <w:rPr>
          <w:szCs w:val="28"/>
          <w:lang w:val="ru-RU"/>
        </w:rPr>
        <w:t>Краснодарского края муниципальной</w:t>
      </w:r>
    </w:p>
    <w:p w:rsidR="00667CC0" w:rsidRDefault="00667CC0" w:rsidP="00667CC0">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667CC0" w:rsidRDefault="00667CC0" w:rsidP="00667CC0">
      <w:pPr>
        <w:spacing w:after="0" w:line="240" w:lineRule="auto"/>
        <w:ind w:firstLine="5103"/>
        <w:rPr>
          <w:szCs w:val="28"/>
          <w:lang w:val="ru-RU"/>
        </w:rPr>
      </w:pPr>
    </w:p>
    <w:p w:rsidR="00667CC0" w:rsidRPr="002E7D98" w:rsidRDefault="00667CC0" w:rsidP="00667CC0">
      <w:pPr>
        <w:spacing w:after="0" w:line="240" w:lineRule="auto"/>
        <w:ind w:firstLine="5103"/>
        <w:rPr>
          <w:szCs w:val="28"/>
          <w:lang w:val="ru-RU"/>
        </w:rPr>
      </w:pPr>
    </w:p>
    <w:p w:rsidR="0047343B" w:rsidRPr="00667CC0" w:rsidRDefault="000F6EE0" w:rsidP="00667CC0">
      <w:pPr>
        <w:spacing w:after="0" w:line="240" w:lineRule="auto"/>
        <w:jc w:val="center"/>
        <w:rPr>
          <w:rFonts w:eastAsia="Times New Roman"/>
          <w:b/>
          <w:lang w:val="ru-RU"/>
        </w:rPr>
      </w:pPr>
      <w:r w:rsidRPr="00667CC0">
        <w:rPr>
          <w:rFonts w:eastAsia="Times New Roman"/>
          <w:b/>
          <w:lang w:val="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67CC0" w:rsidRDefault="00667CC0" w:rsidP="00667CC0">
      <w:pPr>
        <w:pStyle w:val="aff8"/>
      </w:pPr>
    </w:p>
    <w:tbl>
      <w:tblPr>
        <w:tblW w:w="10148" w:type="dxa"/>
        <w:tblLayout w:type="fixed"/>
        <w:tblCellMar>
          <w:left w:w="10" w:type="dxa"/>
          <w:right w:w="10" w:type="dxa"/>
        </w:tblCellMar>
        <w:tblLook w:val="0000" w:firstRow="0" w:lastRow="0" w:firstColumn="0" w:lastColumn="0" w:noHBand="0" w:noVBand="0"/>
      </w:tblPr>
      <w:tblGrid>
        <w:gridCol w:w="1417"/>
        <w:gridCol w:w="8731"/>
      </w:tblGrid>
      <w:tr w:rsidR="00667CC0" w:rsidTr="00667CC0">
        <w:tblPrEx>
          <w:tblCellMar>
            <w:top w:w="0" w:type="dxa"/>
            <w:bottom w:w="0" w:type="dxa"/>
          </w:tblCellMar>
        </w:tblPrEx>
        <w:tc>
          <w:tcPr>
            <w:tcW w:w="1417" w:type="dxa"/>
            <w:tcBorders>
              <w:top w:val="single" w:sz="2" w:space="0" w:color="000000"/>
              <w:left w:val="single" w:sz="2" w:space="0" w:color="000000"/>
              <w:bottom w:val="single" w:sz="2" w:space="0" w:color="000000"/>
              <w:right w:val="single" w:sz="2" w:space="0" w:color="000000"/>
            </w:tcBorders>
          </w:tcPr>
          <w:p w:rsidR="00667CC0" w:rsidRDefault="00667CC0" w:rsidP="00667CC0">
            <w:pPr>
              <w:pStyle w:val="aff8"/>
              <w:ind w:firstLine="0"/>
              <w:jc w:val="center"/>
            </w:pPr>
            <w:r>
              <w:t>№ п/п</w:t>
            </w:r>
          </w:p>
        </w:tc>
        <w:tc>
          <w:tcPr>
            <w:tcW w:w="8731" w:type="dxa"/>
            <w:tcBorders>
              <w:top w:val="single" w:sz="2" w:space="0" w:color="000000"/>
              <w:bottom w:val="single" w:sz="2" w:space="0" w:color="000000"/>
              <w:right w:val="single" w:sz="2" w:space="0" w:color="000000"/>
            </w:tcBorders>
          </w:tcPr>
          <w:p w:rsidR="00667CC0" w:rsidRDefault="00667CC0" w:rsidP="00667CC0">
            <w:pPr>
              <w:pStyle w:val="aff8"/>
              <w:ind w:firstLine="0"/>
              <w:jc w:val="center"/>
            </w:pPr>
            <w:r>
              <w:t>Исчерпывающий перечень оснований</w:t>
            </w:r>
          </w:p>
        </w:tc>
      </w:tr>
      <w:tr w:rsidR="00667CC0" w:rsidRPr="00667CC0" w:rsidTr="00667CC0">
        <w:tblPrEx>
          <w:tblCellMar>
            <w:top w:w="0" w:type="dxa"/>
            <w:bottom w:w="0" w:type="dxa"/>
          </w:tblCellMar>
        </w:tblPrEx>
        <w:tc>
          <w:tcPr>
            <w:tcW w:w="1417" w:type="dxa"/>
            <w:tcBorders>
              <w:left w:val="single" w:sz="2" w:space="0" w:color="000000"/>
              <w:bottom w:val="single" w:sz="2" w:space="0" w:color="000000"/>
              <w:right w:val="single" w:sz="2" w:space="0" w:color="000000"/>
            </w:tcBorders>
          </w:tcPr>
          <w:p w:rsidR="00667CC0" w:rsidRDefault="00667CC0" w:rsidP="00667CC0">
            <w:pPr>
              <w:pStyle w:val="aff9"/>
            </w:pPr>
            <w:r>
              <w:t>1.</w:t>
            </w:r>
          </w:p>
        </w:tc>
        <w:tc>
          <w:tcPr>
            <w:tcW w:w="8731" w:type="dxa"/>
            <w:tcBorders>
              <w:bottom w:val="single" w:sz="2" w:space="0" w:color="000000"/>
              <w:right w:val="single" w:sz="2" w:space="0" w:color="000000"/>
            </w:tcBorders>
          </w:tcPr>
          <w:p w:rsidR="00667CC0" w:rsidRDefault="00667CC0" w:rsidP="003F7488">
            <w:pPr>
              <w:pStyle w:val="aff9"/>
              <w:ind w:left="143" w:right="205" w:firstLine="283"/>
              <w:jc w:val="both"/>
            </w:pPr>
            <w:r>
              <w:t>Отказ в приеме заявления о предоставлении муниципальной услуги и документов, необходимых для предоставления муниципальной услуги</w:t>
            </w:r>
            <w:r w:rsidR="003F7488">
              <w:t>;</w:t>
            </w:r>
          </w:p>
          <w:p w:rsidR="003F7488" w:rsidRDefault="003F7488" w:rsidP="003F7488">
            <w:pPr>
              <w:pStyle w:val="aff8"/>
              <w:ind w:left="143" w:right="205" w:firstLine="283"/>
            </w:pPr>
            <w: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3F7488" w:rsidRDefault="003F7488" w:rsidP="003F7488">
            <w:pPr>
              <w:pStyle w:val="aff9"/>
              <w:ind w:left="143" w:right="205" w:firstLine="283"/>
              <w:jc w:val="both"/>
            </w:pPr>
            <w:r>
              <w:t xml:space="preserve">несоблюдение установленных условий признания </w:t>
            </w:r>
            <w:proofErr w:type="gramStart"/>
            <w:r>
              <w:t>действительности</w:t>
            </w:r>
            <w:proofErr w:type="gramEnd"/>
            <w:r>
              <w:t xml:space="preserve"> усиленной квалифицированной электронной подписи, которой подписан электронный документ (пакет электронных документов), в соответствии со </w:t>
            </w:r>
            <w:hyperlink r:id="rId10" w:history="1">
              <w:r>
                <w:t>статьёй 11</w:t>
              </w:r>
            </w:hyperlink>
            <w:r>
              <w:t xml:space="preserve"> Федерального закона от 06 апреля 2011 года </w:t>
            </w:r>
            <w:r>
              <w:t>№</w:t>
            </w:r>
            <w:r>
              <w:t xml:space="preserve"> 63-ФЗ </w:t>
            </w:r>
            <w:r>
              <w:t>«</w:t>
            </w:r>
            <w:r>
              <w:t>Об электронной подписи</w:t>
            </w:r>
            <w:r>
              <w:t>»</w:t>
            </w:r>
            <w:r>
              <w:t>).</w:t>
            </w:r>
          </w:p>
        </w:tc>
      </w:tr>
      <w:tr w:rsidR="00667CC0" w:rsidRPr="00667CC0" w:rsidTr="006D2545">
        <w:tblPrEx>
          <w:tblCellMar>
            <w:top w:w="0" w:type="dxa"/>
            <w:bottom w:w="0" w:type="dxa"/>
          </w:tblCellMar>
        </w:tblPrEx>
        <w:tc>
          <w:tcPr>
            <w:tcW w:w="1417" w:type="dxa"/>
            <w:tcBorders>
              <w:left w:val="single" w:sz="2" w:space="0" w:color="000000"/>
              <w:bottom w:val="single" w:sz="4" w:space="0" w:color="auto"/>
              <w:right w:val="single" w:sz="2" w:space="0" w:color="000000"/>
            </w:tcBorders>
          </w:tcPr>
          <w:p w:rsidR="00667CC0" w:rsidRDefault="00667CC0" w:rsidP="00667CC0">
            <w:pPr>
              <w:pStyle w:val="aff8"/>
              <w:ind w:firstLine="0"/>
            </w:pPr>
            <w:r>
              <w:t>2.</w:t>
            </w:r>
          </w:p>
        </w:tc>
        <w:tc>
          <w:tcPr>
            <w:tcW w:w="8731" w:type="dxa"/>
            <w:tcBorders>
              <w:bottom w:val="single" w:sz="4" w:space="0" w:color="auto"/>
              <w:right w:val="single" w:sz="2" w:space="0" w:color="000000"/>
            </w:tcBorders>
          </w:tcPr>
          <w:p w:rsidR="00667CC0" w:rsidRDefault="00667CC0" w:rsidP="003F7488">
            <w:pPr>
              <w:pStyle w:val="aff8"/>
              <w:ind w:firstLine="284"/>
            </w:pPr>
            <w:r>
              <w:t>Приостановление предоставления муниципальной услуги не предусмотрено законодательством Российской Федерации.</w:t>
            </w:r>
          </w:p>
        </w:tc>
      </w:tr>
      <w:tr w:rsidR="00667CC0" w:rsidRPr="00667CC0" w:rsidTr="006D2545">
        <w:tblPrEx>
          <w:tblCellMar>
            <w:top w:w="0" w:type="dxa"/>
            <w:bottom w:w="0" w:type="dxa"/>
          </w:tblCellMar>
        </w:tblPrEx>
        <w:tc>
          <w:tcPr>
            <w:tcW w:w="1417" w:type="dxa"/>
            <w:tcBorders>
              <w:top w:val="single" w:sz="4" w:space="0" w:color="auto"/>
              <w:left w:val="single" w:sz="2" w:space="0" w:color="000000"/>
              <w:bottom w:val="single" w:sz="2" w:space="0" w:color="000000"/>
              <w:right w:val="single" w:sz="2" w:space="0" w:color="000000"/>
            </w:tcBorders>
          </w:tcPr>
          <w:p w:rsidR="00667CC0" w:rsidRDefault="00667CC0" w:rsidP="00667CC0">
            <w:pPr>
              <w:pStyle w:val="aff8"/>
              <w:ind w:firstLine="0"/>
            </w:pPr>
            <w:r>
              <w:t>3.</w:t>
            </w:r>
          </w:p>
        </w:tc>
        <w:tc>
          <w:tcPr>
            <w:tcW w:w="8731" w:type="dxa"/>
            <w:tcBorders>
              <w:top w:val="single" w:sz="4" w:space="0" w:color="auto"/>
              <w:bottom w:val="single" w:sz="2" w:space="0" w:color="000000"/>
              <w:right w:val="single" w:sz="2" w:space="0" w:color="000000"/>
            </w:tcBorders>
          </w:tcPr>
          <w:p w:rsidR="00667CC0" w:rsidRDefault="00667CC0" w:rsidP="003F7488">
            <w:pPr>
              <w:pStyle w:val="aff8"/>
              <w:ind w:left="143" w:right="205" w:firstLine="283"/>
            </w:pPr>
            <w:r>
              <w:t>Основания для отказа в предоставлении муниципальной услуги</w:t>
            </w:r>
            <w:r w:rsidR="003F7488">
              <w:t>:</w:t>
            </w:r>
          </w:p>
          <w:p w:rsidR="003F7488" w:rsidRDefault="003F7488" w:rsidP="003F7488">
            <w:pPr>
              <w:pStyle w:val="aff8"/>
              <w:ind w:left="143" w:right="205" w:firstLine="283"/>
            </w:pPr>
            <w:r>
              <w:t xml:space="preserve">Основаниями для отказа в предоставлении муниципальной услуги для вариантов предоставления муниципальной услуги </w:t>
            </w:r>
            <w:r>
              <w:t>«</w:t>
            </w:r>
            <w:r>
              <w:t>Выдача порубочного билета на вырубку (уничтожение) зелёных насаждений, находящихся в аварийном состоянии, санитарную, омолаживающую, формовочную обрезку</w:t>
            </w:r>
            <w:r>
              <w:t>»</w:t>
            </w:r>
            <w:r>
              <w:t xml:space="preserve">, </w:t>
            </w:r>
            <w:r>
              <w:t>«</w:t>
            </w:r>
            <w:r>
              <w:t>Выдача порубочного билета на вырубку (уничтожение) зелёных насаждений, находящихся в неаварийном состоянии при осуществлении градостроительной деятельности</w:t>
            </w:r>
            <w:r>
              <w:t>»</w:t>
            </w:r>
            <w:r>
              <w:t xml:space="preserve"> являются:</w:t>
            </w:r>
          </w:p>
          <w:p w:rsidR="003F7488" w:rsidRDefault="003F7488" w:rsidP="003F7488">
            <w:pPr>
              <w:pStyle w:val="aff8"/>
              <w:ind w:left="143" w:right="205" w:firstLine="283"/>
            </w:pPr>
            <w:r>
              <w:t>1)</w:t>
            </w:r>
            <w:r>
              <w:t xml:space="preserve"> </w:t>
            </w:r>
            <w:r>
              <w:t xml:space="preserve">неполный состав сведений в заявлении и представленных документах, в том числе отсутствие одного из документов, предусмотренных Приложением </w:t>
            </w:r>
            <w:r>
              <w:t xml:space="preserve">№ </w:t>
            </w:r>
            <w:r>
              <w:t>7 настоящего Административного регламента;</w:t>
            </w:r>
          </w:p>
          <w:p w:rsidR="003F7488" w:rsidRDefault="003F7488" w:rsidP="003F7488">
            <w:pPr>
              <w:pStyle w:val="aff8"/>
              <w:ind w:left="143" w:right="205" w:firstLine="283"/>
            </w:pPr>
            <w:r>
              <w:t>2)</w:t>
            </w:r>
            <w:r>
              <w:t xml:space="preserve"> </w:t>
            </w:r>
            <w:r>
              <w:t>наличие недостоверных данных в представленных документах;</w:t>
            </w:r>
          </w:p>
          <w:p w:rsidR="003F7488" w:rsidRDefault="003F7488" w:rsidP="003F7488">
            <w:pPr>
              <w:pStyle w:val="aff8"/>
              <w:ind w:left="143" w:right="205" w:firstLine="283"/>
            </w:pPr>
            <w:r>
              <w:t xml:space="preserve">3) </w:t>
            </w:r>
            <w:r>
              <w:t>особый статус зеленых насаждений, предполагаемых для вырубки (уничтожения):</w:t>
            </w:r>
          </w:p>
          <w:p w:rsidR="003F7488" w:rsidRDefault="003F7488" w:rsidP="003F7488">
            <w:pPr>
              <w:pStyle w:val="aff8"/>
              <w:ind w:left="143" w:right="205" w:firstLine="283"/>
            </w:pPr>
            <w:r>
              <w:t>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rsidR="003F7488" w:rsidRDefault="003F7488" w:rsidP="003F7488">
            <w:pPr>
              <w:pStyle w:val="aff8"/>
              <w:ind w:left="143" w:right="205" w:firstLine="283"/>
            </w:pPr>
            <w:r>
              <w:lastRenderedPageBreak/>
              <w:t>памятники историко-культурного наследия;</w:t>
            </w:r>
          </w:p>
          <w:p w:rsidR="003F7488" w:rsidRDefault="003F7488" w:rsidP="006D2545">
            <w:pPr>
              <w:pStyle w:val="aff8"/>
              <w:pBdr>
                <w:top w:val="single" w:sz="4" w:space="1" w:color="auto"/>
              </w:pBdr>
              <w:ind w:left="143" w:right="205" w:firstLine="283"/>
            </w:pPr>
            <w:r>
              <w:t>деревья, кустарники, лианы, имеющие историческую и эстетическую ценность как неотъемлемые элементы ландшафта;</w:t>
            </w:r>
          </w:p>
          <w:p w:rsidR="003F7488" w:rsidRDefault="003F7488" w:rsidP="003F7488">
            <w:pPr>
              <w:pStyle w:val="aff8"/>
              <w:ind w:left="143" w:right="205" w:firstLine="283"/>
            </w:pPr>
            <w:r>
              <w:t>4)</w:t>
            </w:r>
            <w:r>
              <w:t xml:space="preserve"> </w:t>
            </w:r>
            <w:r>
              <w:t>отрицательное заключение комиссии по обследованию зеленых насаждений</w:t>
            </w:r>
          </w:p>
          <w:p w:rsidR="003F7488" w:rsidRDefault="003F7488" w:rsidP="003F7488">
            <w:pPr>
              <w:pStyle w:val="aff8"/>
              <w:ind w:left="143" w:right="205" w:firstLine="283"/>
            </w:pPr>
            <w:r>
              <w:t>5)</w:t>
            </w:r>
            <w:r>
              <w:t xml:space="preserve"> </w:t>
            </w:r>
            <w:r>
              <w:t>произрастание зелёных насаждений на особо охраняемых природных территориях, землях лесного фонда, землях сельскохозяйственного назначения, на земельных участках,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участках в границах населённых пунктов, отнесённых к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3F7488" w:rsidRDefault="003F7488" w:rsidP="003F7488">
            <w:pPr>
              <w:pStyle w:val="aff8"/>
              <w:ind w:left="143" w:right="205" w:firstLine="283"/>
            </w:pPr>
            <w:r>
              <w:t>6)</w:t>
            </w:r>
            <w:r>
              <w:t xml:space="preserve"> </w:t>
            </w:r>
            <w:r>
              <w:t>отсутствие у заявителя (представителя заявителя) права (полномочия) на получение муниципальной услуги;</w:t>
            </w:r>
          </w:p>
          <w:p w:rsidR="003F7488" w:rsidRDefault="003F7488" w:rsidP="003F7488">
            <w:pPr>
              <w:pStyle w:val="aff8"/>
              <w:ind w:left="143" w:right="205" w:firstLine="283"/>
            </w:pPr>
            <w:r>
              <w:t>7)</w:t>
            </w:r>
            <w:r>
              <w:t xml:space="preserve"> </w:t>
            </w:r>
            <w:r>
              <w:t xml:space="preserve">обращение заявителя об оказании муниципальной услуги, предоставление которой не осуществляется администрацией </w:t>
            </w:r>
            <w:r>
              <w:t>Новоджерелиевского</w:t>
            </w:r>
            <w:r>
              <w:t xml:space="preserve"> сельского поселения </w:t>
            </w:r>
            <w:r>
              <w:t>Брюховецкого муниципального</w:t>
            </w:r>
            <w:r>
              <w:t xml:space="preserve"> района</w:t>
            </w:r>
            <w:r>
              <w:t xml:space="preserve"> Краснодарского края</w:t>
            </w:r>
            <w:r>
              <w:t>;</w:t>
            </w:r>
          </w:p>
          <w:p w:rsidR="003F7488" w:rsidRDefault="003F7488" w:rsidP="003F7488">
            <w:pPr>
              <w:pStyle w:val="aff8"/>
              <w:ind w:left="143" w:right="205" w:firstLine="283"/>
            </w:pPr>
            <w:r>
              <w:t>8)</w:t>
            </w:r>
            <w:r>
              <w:t xml:space="preserve"> </w:t>
            </w:r>
            <w:r>
              <w:t>обращение (в письменном виде) заявителя с просьбой о прекращении предоставления муниципальной услуги.</w:t>
            </w:r>
          </w:p>
          <w:p w:rsidR="003F7488" w:rsidRDefault="003F7488" w:rsidP="003F7488">
            <w:pPr>
              <w:pStyle w:val="aff8"/>
              <w:ind w:left="143" w:right="205" w:firstLine="283"/>
            </w:pPr>
            <w:r>
              <w:t>Основаниями для отказа в предоставлении муниципальной услуги для варианта предоставления муниципального услуги «Исправление допущенных опечаток и ошибок в выданных в результате предоставления муниципальной услуги документах» являются:</w:t>
            </w:r>
          </w:p>
          <w:p w:rsidR="003F7488" w:rsidRDefault="003F7488" w:rsidP="003F7488">
            <w:pPr>
              <w:pStyle w:val="aff8"/>
              <w:ind w:left="143" w:right="205" w:firstLine="425"/>
            </w:pPr>
            <w:r>
              <w:t>1) отсутствие</w:t>
            </w:r>
            <w:r>
              <w:t xml:space="preserve"> у заявителя права (полномочий представителя заявителя) на получение муниципальной услуги;</w:t>
            </w:r>
          </w:p>
          <w:p w:rsidR="003F7488" w:rsidRDefault="003F7488" w:rsidP="003F7488">
            <w:pPr>
              <w:pStyle w:val="aff8"/>
              <w:ind w:left="143" w:right="205" w:firstLine="425"/>
            </w:pPr>
            <w:r>
              <w:t>2)</w:t>
            </w:r>
            <w:r>
              <w:t xml:space="preserve"> </w:t>
            </w:r>
            <w:r>
              <w:t xml:space="preserve">обращение заявителя об оказании муниципальной услуги, предоставление которой не осуществляется администрацией </w:t>
            </w:r>
            <w:r w:rsidR="008F1D62">
              <w:t>Новоджерелиевского сельского поселения Брюховецкого муниципального района Краснодарского края</w:t>
            </w:r>
            <w:r>
              <w:t>;</w:t>
            </w:r>
          </w:p>
          <w:p w:rsidR="003F7488" w:rsidRDefault="003F7488" w:rsidP="003F7488">
            <w:pPr>
              <w:pStyle w:val="aff8"/>
              <w:ind w:left="143" w:right="205" w:firstLine="425"/>
            </w:pPr>
            <w:r>
              <w:t>3)</w:t>
            </w:r>
            <w:r>
              <w:t xml:space="preserve"> </w:t>
            </w:r>
            <w:r>
              <w:t>отсутствие допущенных опечаток и ошибок в выданных в результате предоставления муниципальной услуги документах.</w:t>
            </w:r>
          </w:p>
          <w:p w:rsidR="008F1D62" w:rsidRDefault="008F1D62" w:rsidP="008F1D62">
            <w:pPr>
              <w:pStyle w:val="aff8"/>
              <w:ind w:right="205" w:firstLine="568"/>
            </w:pPr>
            <w:r>
              <w:t>Основаниями для отказа в предоставлении муниципальной услуги «Выдача дубликата документа, выданного по результату ранее предоставленной муниципальной услуги» являются:</w:t>
            </w:r>
          </w:p>
          <w:p w:rsidR="008F1D62" w:rsidRDefault="008F1D62" w:rsidP="008F1D62">
            <w:pPr>
              <w:pStyle w:val="aff8"/>
              <w:ind w:left="143" w:right="205" w:firstLine="425"/>
            </w:pPr>
            <w:r>
              <w:t>1)</w:t>
            </w:r>
            <w:r>
              <w:t xml:space="preserve"> </w:t>
            </w:r>
            <w:r>
              <w:t>отсутствие у заявителя права (полномочий представителя заявителя) на получение муниципальной услуги;</w:t>
            </w:r>
          </w:p>
          <w:p w:rsidR="008F1D62" w:rsidRDefault="008F1D62" w:rsidP="008F1D62">
            <w:pPr>
              <w:pStyle w:val="aff8"/>
              <w:ind w:left="143" w:right="205" w:firstLine="425"/>
            </w:pPr>
            <w:r>
              <w:t>2)</w:t>
            </w:r>
            <w:r>
              <w:t xml:space="preserve"> </w:t>
            </w:r>
            <w:r>
              <w:t>обращение заявителя об оказании муниципальной услуги, предоставление которой не осуществляется администрацией Новоджерелиевского сельского поселения Брюховецкого муниципального района Краснодарского края;</w:t>
            </w:r>
          </w:p>
          <w:p w:rsidR="008F1D62" w:rsidRDefault="008F1D62" w:rsidP="008F1D62">
            <w:pPr>
              <w:pStyle w:val="aff8"/>
              <w:ind w:left="143" w:right="205" w:firstLine="425"/>
            </w:pPr>
            <w:r>
              <w:t>3)</w:t>
            </w:r>
            <w:r>
              <w:t xml:space="preserve"> </w:t>
            </w:r>
            <w:r>
              <w:t>отсутствие факта обращения заявителя за получением муниципальной услуги по результатам которой выдан соответствующий документ.</w:t>
            </w:r>
          </w:p>
          <w:p w:rsidR="003F7488" w:rsidRDefault="003F7488" w:rsidP="003F7488">
            <w:pPr>
              <w:pStyle w:val="aff8"/>
              <w:ind w:firstLine="0"/>
            </w:pPr>
          </w:p>
        </w:tc>
      </w:tr>
    </w:tbl>
    <w:p w:rsidR="00667CC0" w:rsidRDefault="00667CC0" w:rsidP="00667CC0">
      <w:pPr>
        <w:pStyle w:val="aff9"/>
      </w:pPr>
    </w:p>
    <w:p w:rsidR="008F1D62" w:rsidRPr="000F6EE0" w:rsidRDefault="008F1D62" w:rsidP="008F1D62">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8F1D62" w:rsidRDefault="008F1D62" w:rsidP="008F1D62">
      <w:pPr>
        <w:spacing w:after="0" w:line="240" w:lineRule="auto"/>
        <w:rPr>
          <w:rFonts w:eastAsia="Times New Roman"/>
          <w:lang w:val="ru-RU"/>
        </w:rPr>
      </w:pPr>
      <w:r w:rsidRPr="000F6EE0">
        <w:rPr>
          <w:rFonts w:eastAsia="Times New Roman"/>
          <w:lang w:val="ru-RU"/>
        </w:rPr>
        <w:t>Брюховецкого муниципального района</w:t>
      </w:r>
    </w:p>
    <w:p w:rsidR="0081670F" w:rsidRDefault="008F1D62" w:rsidP="008F1D62">
      <w:pPr>
        <w:spacing w:after="0" w:line="240" w:lineRule="auto"/>
        <w:jc w:val="both"/>
        <w:rPr>
          <w:rFonts w:eastAsia="Times New Roman"/>
          <w:lang w:val="ru-RU"/>
        </w:rPr>
        <w:sectPr w:rsidR="0081670F" w:rsidSect="00F55E6E">
          <w:pgSz w:w="12240" w:h="15840"/>
          <w:pgMar w:top="1134" w:right="567" w:bottom="1134" w:left="1701" w:header="709" w:footer="709" w:gutter="0"/>
          <w:pgNumType w:start="1"/>
          <w:cols w:space="720"/>
          <w:titlePg/>
          <w:docGrid w:linePitch="381"/>
        </w:sectPr>
      </w:pPr>
      <w:r w:rsidRPr="000F6EE0">
        <w:rPr>
          <w:rFonts w:eastAsia="Times New Roman"/>
          <w:lang w:val="ru-RU"/>
        </w:rPr>
        <w:t>Краснодарского края</w:t>
      </w:r>
      <w:r>
        <w:rPr>
          <w:rFonts w:eastAsia="Times New Roman"/>
          <w:lang w:val="ru-RU"/>
        </w:rPr>
        <w:t xml:space="preserve">                                                                                 О.В. Ткаченко</w:t>
      </w:r>
    </w:p>
    <w:p w:rsidR="008F1D62" w:rsidRPr="002E7D98" w:rsidRDefault="008F1D62" w:rsidP="008F1D62">
      <w:pPr>
        <w:spacing w:after="0" w:line="240" w:lineRule="auto"/>
        <w:ind w:firstLine="5103"/>
        <w:rPr>
          <w:szCs w:val="28"/>
          <w:lang w:val="ru-RU"/>
        </w:rPr>
      </w:pPr>
      <w:r w:rsidRPr="002E7D98">
        <w:rPr>
          <w:szCs w:val="28"/>
          <w:lang w:val="ru-RU"/>
        </w:rPr>
        <w:lastRenderedPageBreak/>
        <w:t xml:space="preserve">ПРИЛОЖЕНИЕ </w:t>
      </w:r>
      <w:r>
        <w:rPr>
          <w:szCs w:val="28"/>
          <w:lang w:val="ru-RU"/>
        </w:rPr>
        <w:t xml:space="preserve">№ </w:t>
      </w:r>
      <w:r>
        <w:rPr>
          <w:szCs w:val="28"/>
          <w:lang w:val="ru-RU"/>
        </w:rPr>
        <w:t>9</w:t>
      </w:r>
    </w:p>
    <w:p w:rsidR="008F1D62" w:rsidRPr="002E7D98" w:rsidRDefault="008F1D62" w:rsidP="008F1D62">
      <w:pPr>
        <w:spacing w:after="0" w:line="240" w:lineRule="auto"/>
        <w:ind w:firstLine="5103"/>
        <w:rPr>
          <w:szCs w:val="28"/>
          <w:lang w:val="ru-RU"/>
        </w:rPr>
      </w:pPr>
      <w:r w:rsidRPr="002E7D98">
        <w:rPr>
          <w:szCs w:val="28"/>
          <w:lang w:val="ru-RU"/>
        </w:rPr>
        <w:t>к административному регламенту</w:t>
      </w:r>
    </w:p>
    <w:p w:rsidR="008F1D62" w:rsidRPr="002E7D98" w:rsidRDefault="008F1D62" w:rsidP="008F1D62">
      <w:pPr>
        <w:spacing w:after="0" w:line="240" w:lineRule="auto"/>
        <w:ind w:firstLine="5103"/>
        <w:rPr>
          <w:szCs w:val="28"/>
          <w:lang w:val="ru-RU"/>
        </w:rPr>
      </w:pPr>
      <w:r w:rsidRPr="002E7D98">
        <w:rPr>
          <w:szCs w:val="28"/>
          <w:lang w:val="ru-RU"/>
        </w:rPr>
        <w:t>предоставления администрацией</w:t>
      </w:r>
    </w:p>
    <w:p w:rsidR="008F1D62" w:rsidRDefault="008F1D62" w:rsidP="008F1D62">
      <w:pPr>
        <w:spacing w:after="0" w:line="240" w:lineRule="auto"/>
        <w:ind w:firstLine="5103"/>
        <w:rPr>
          <w:szCs w:val="28"/>
          <w:lang w:val="ru-RU"/>
        </w:rPr>
      </w:pPr>
      <w:r w:rsidRPr="002E7D98">
        <w:rPr>
          <w:szCs w:val="28"/>
          <w:lang w:val="ru-RU"/>
        </w:rPr>
        <w:t>Новоджерелиевского сельского</w:t>
      </w:r>
    </w:p>
    <w:p w:rsidR="008F1D62" w:rsidRDefault="008F1D62" w:rsidP="008F1D62">
      <w:pPr>
        <w:spacing w:after="0" w:line="240" w:lineRule="auto"/>
        <w:ind w:firstLine="5103"/>
        <w:rPr>
          <w:szCs w:val="28"/>
          <w:lang w:val="ru-RU"/>
        </w:rPr>
      </w:pPr>
      <w:r>
        <w:rPr>
          <w:szCs w:val="28"/>
          <w:lang w:val="ru-RU"/>
        </w:rPr>
        <w:t>п</w:t>
      </w:r>
      <w:r w:rsidRPr="002E7D98">
        <w:rPr>
          <w:szCs w:val="28"/>
          <w:lang w:val="ru-RU"/>
        </w:rPr>
        <w:t>оселения</w:t>
      </w:r>
      <w:r>
        <w:rPr>
          <w:szCs w:val="28"/>
          <w:lang w:val="ru-RU"/>
        </w:rPr>
        <w:t xml:space="preserve"> Брюховецкого</w:t>
      </w:r>
    </w:p>
    <w:p w:rsidR="008F1D62" w:rsidRPr="002E7D98" w:rsidRDefault="008F1D62" w:rsidP="008F1D62">
      <w:pPr>
        <w:spacing w:after="0" w:line="240" w:lineRule="auto"/>
        <w:ind w:firstLine="5103"/>
        <w:rPr>
          <w:szCs w:val="28"/>
          <w:lang w:val="ru-RU"/>
        </w:rPr>
      </w:pPr>
      <w:r w:rsidRPr="002E7D98">
        <w:rPr>
          <w:szCs w:val="28"/>
          <w:lang w:val="ru-RU"/>
        </w:rPr>
        <w:t>муниципального района</w:t>
      </w:r>
    </w:p>
    <w:p w:rsidR="008F1D62" w:rsidRPr="002E7D98" w:rsidRDefault="008F1D62" w:rsidP="008F1D62">
      <w:pPr>
        <w:spacing w:after="0" w:line="240" w:lineRule="auto"/>
        <w:ind w:firstLine="5103"/>
        <w:rPr>
          <w:szCs w:val="28"/>
          <w:lang w:val="ru-RU"/>
        </w:rPr>
      </w:pPr>
      <w:r w:rsidRPr="002E7D98">
        <w:rPr>
          <w:szCs w:val="28"/>
          <w:lang w:val="ru-RU"/>
        </w:rPr>
        <w:t>Краснодарского края муниципальной</w:t>
      </w:r>
    </w:p>
    <w:p w:rsidR="008F1D62" w:rsidRDefault="008F1D62" w:rsidP="008F1D62">
      <w:pPr>
        <w:spacing w:after="0" w:line="240" w:lineRule="auto"/>
        <w:ind w:firstLine="5103"/>
        <w:rPr>
          <w:szCs w:val="28"/>
          <w:lang w:val="ru-RU"/>
        </w:rPr>
      </w:pPr>
      <w:r w:rsidRPr="002E7D98">
        <w:rPr>
          <w:szCs w:val="28"/>
          <w:lang w:val="ru-RU"/>
        </w:rPr>
        <w:t xml:space="preserve">услуги </w:t>
      </w:r>
      <w:r>
        <w:rPr>
          <w:szCs w:val="28"/>
          <w:lang w:val="ru-RU"/>
        </w:rPr>
        <w:t>«Выдача порубочного билета»</w:t>
      </w:r>
    </w:p>
    <w:p w:rsidR="008F1D62" w:rsidRDefault="008F1D62" w:rsidP="00667CC0">
      <w:pPr>
        <w:pStyle w:val="aff9"/>
      </w:pPr>
    </w:p>
    <w:p w:rsidR="008F1D62" w:rsidRDefault="008F1D62" w:rsidP="00667CC0">
      <w:pPr>
        <w:pStyle w:val="aff9"/>
      </w:pPr>
    </w:p>
    <w:p w:rsidR="0047343B" w:rsidRPr="008F1D62" w:rsidRDefault="000F6EE0" w:rsidP="008F1D62">
      <w:pPr>
        <w:spacing w:after="0" w:line="240" w:lineRule="auto"/>
        <w:ind w:firstLine="709"/>
        <w:jc w:val="center"/>
        <w:rPr>
          <w:b/>
          <w:lang w:val="ru-RU"/>
        </w:rPr>
      </w:pPr>
      <w:r w:rsidRPr="008F1D62">
        <w:rPr>
          <w:rFonts w:eastAsia="Times New Roman"/>
          <w:b/>
          <w:lang w:val="ru-RU"/>
        </w:rPr>
        <w:t>Информационный щит</w:t>
      </w:r>
    </w:p>
    <w:p w:rsidR="008F1D62" w:rsidRDefault="008F1D62">
      <w:pPr>
        <w:spacing w:after="0" w:line="240" w:lineRule="auto"/>
        <w:ind w:firstLine="709"/>
        <w:jc w:val="both"/>
        <w:rPr>
          <w:rFonts w:eastAsia="Times New Roman"/>
          <w:lang w:val="ru-RU"/>
        </w:rPr>
      </w:pPr>
    </w:p>
    <w:p w:rsidR="0047343B" w:rsidRPr="000F6EE0" w:rsidRDefault="000F6EE0">
      <w:pPr>
        <w:spacing w:after="0" w:line="240" w:lineRule="auto"/>
        <w:ind w:firstLine="709"/>
        <w:jc w:val="both"/>
        <w:rPr>
          <w:lang w:val="ru-RU"/>
        </w:rPr>
      </w:pPr>
      <w:r w:rsidRPr="000F6EE0">
        <w:rPr>
          <w:rFonts w:eastAsia="Times New Roman"/>
          <w:lang w:val="ru-RU"/>
        </w:rPr>
        <w:t>Внимание! Ведутся работы</w:t>
      </w:r>
    </w:p>
    <w:p w:rsidR="0047343B" w:rsidRPr="000F6EE0" w:rsidRDefault="008F1D62">
      <w:pPr>
        <w:spacing w:after="0" w:line="240" w:lineRule="auto"/>
        <w:ind w:firstLine="709"/>
        <w:jc w:val="both"/>
        <w:rPr>
          <w:lang w:val="ru-RU"/>
        </w:rPr>
      </w:pPr>
      <w:r w:rsidRPr="000F6EE0">
        <w:rPr>
          <w:rFonts w:eastAsia="Times New Roman"/>
          <w:lang w:val="ru-RU"/>
        </w:rPr>
        <w:t>по: _</w:t>
      </w:r>
      <w:r w:rsidR="000F6EE0" w:rsidRPr="000F6EE0">
        <w:rPr>
          <w:rFonts w:eastAsia="Times New Roman"/>
          <w:lang w:val="ru-RU"/>
        </w:rPr>
        <w:t>_____________________________________________________________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Количество, шт. 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Порубочный билет/разрешение на пересадку: от ____________</w:t>
      </w:r>
      <w:r w:rsidR="008B1697" w:rsidRPr="008B1697">
        <w:rPr>
          <w:rFonts w:eastAsia="Times New Roman"/>
          <w:lang w:val="ru-RU"/>
        </w:rPr>
        <w:t>№</w:t>
      </w:r>
      <w:r w:rsidRPr="000F6EE0">
        <w:rPr>
          <w:rFonts w:eastAsia="Times New Roman"/>
          <w:lang w:val="ru-RU"/>
        </w:rPr>
        <w:t xml:space="preserve"> _________</w:t>
      </w:r>
    </w:p>
    <w:p w:rsidR="0047343B" w:rsidRPr="000F6EE0" w:rsidRDefault="000F6EE0">
      <w:pPr>
        <w:spacing w:after="0" w:line="240" w:lineRule="auto"/>
        <w:ind w:firstLine="709"/>
        <w:jc w:val="both"/>
        <w:rPr>
          <w:lang w:val="ru-RU"/>
        </w:rPr>
      </w:pPr>
      <w:r w:rsidRPr="000F6EE0">
        <w:rPr>
          <w:rFonts w:eastAsia="Times New Roman"/>
          <w:lang w:val="ru-RU"/>
        </w:rPr>
        <w:t>Заказчик: _________________________________________________________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Контактный телефон: _______________________________________________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Подрядчик: ________________________</w:t>
      </w:r>
      <w:r w:rsidR="008F1D62">
        <w:rPr>
          <w:rFonts w:eastAsia="Times New Roman"/>
          <w:lang w:val="ru-RU"/>
        </w:rPr>
        <w:t>_______________________________</w:t>
      </w:r>
    </w:p>
    <w:p w:rsidR="0047343B" w:rsidRPr="000F6EE0" w:rsidRDefault="000F6EE0" w:rsidP="008F1D62">
      <w:pPr>
        <w:spacing w:after="0" w:line="240" w:lineRule="auto"/>
        <w:ind w:firstLine="709"/>
        <w:rPr>
          <w:lang w:val="ru-RU"/>
        </w:rPr>
      </w:pPr>
      <w:r w:rsidRPr="000F6EE0">
        <w:rPr>
          <w:rFonts w:eastAsia="Times New Roman"/>
          <w:lang w:val="ru-RU"/>
        </w:rPr>
        <w:t>Ответственный (Ф.И.О.) ____________________________________________</w:t>
      </w:r>
    </w:p>
    <w:p w:rsidR="0047343B" w:rsidRPr="000F6EE0" w:rsidRDefault="000F6EE0">
      <w:pPr>
        <w:spacing w:after="0" w:line="240" w:lineRule="auto"/>
        <w:ind w:firstLine="709"/>
        <w:jc w:val="both"/>
        <w:rPr>
          <w:lang w:val="ru-RU"/>
        </w:rPr>
      </w:pPr>
      <w:r w:rsidRPr="000F6EE0">
        <w:rPr>
          <w:rFonts w:eastAsia="Times New Roman"/>
          <w:lang w:val="ru-RU"/>
        </w:rPr>
        <w:t>тел._______________________</w:t>
      </w:r>
    </w:p>
    <w:p w:rsidR="0047343B" w:rsidRPr="000F6EE0" w:rsidRDefault="000F6EE0">
      <w:pPr>
        <w:spacing w:after="0" w:line="240" w:lineRule="auto"/>
        <w:ind w:firstLine="709"/>
        <w:jc w:val="both"/>
        <w:rPr>
          <w:lang w:val="ru-RU"/>
        </w:rPr>
      </w:pPr>
      <w:r w:rsidRPr="000F6EE0">
        <w:rPr>
          <w:rFonts w:eastAsia="Times New Roman"/>
          <w:lang w:val="ru-RU"/>
        </w:rPr>
        <w:t>Просим соблюдать меры безопасности!</w:t>
      </w:r>
    </w:p>
    <w:p w:rsidR="008F1D62" w:rsidRDefault="008F1D62" w:rsidP="008F1D62">
      <w:pPr>
        <w:spacing w:after="0" w:line="240" w:lineRule="auto"/>
        <w:ind w:firstLine="709"/>
        <w:rPr>
          <w:rFonts w:eastAsia="Times New Roman"/>
        </w:rPr>
      </w:pPr>
    </w:p>
    <w:p w:rsidR="0047343B" w:rsidRDefault="000F6EE0" w:rsidP="008F1D62">
      <w:pPr>
        <w:spacing w:after="0" w:line="240" w:lineRule="auto"/>
        <w:ind w:firstLine="709"/>
        <w:rPr>
          <w:rFonts w:eastAsia="Times New Roman"/>
        </w:rPr>
      </w:pPr>
      <w:r>
        <w:rPr>
          <w:rFonts w:eastAsia="Times New Roman"/>
        </w:rPr>
        <w:t>Глава</w:t>
      </w:r>
    </w:p>
    <w:p w:rsidR="008F1D62" w:rsidRDefault="008F1D62" w:rsidP="008F1D62">
      <w:pPr>
        <w:spacing w:after="0" w:line="240" w:lineRule="auto"/>
        <w:ind w:firstLine="709"/>
        <w:rPr>
          <w:rFonts w:eastAsia="Times New Roman"/>
        </w:rPr>
      </w:pPr>
    </w:p>
    <w:p w:rsidR="008F1D62" w:rsidRDefault="008F1D62" w:rsidP="008F1D62">
      <w:pPr>
        <w:spacing w:after="0" w:line="240" w:lineRule="auto"/>
        <w:ind w:firstLine="709"/>
        <w:rPr>
          <w:rFonts w:eastAsia="Times New Roman"/>
        </w:rPr>
      </w:pPr>
    </w:p>
    <w:p w:rsidR="008F1D62" w:rsidRDefault="008F1D62" w:rsidP="008F1D62">
      <w:pPr>
        <w:spacing w:after="0" w:line="240" w:lineRule="auto"/>
        <w:ind w:firstLine="709"/>
        <w:rPr>
          <w:rFonts w:eastAsia="Times New Roman"/>
        </w:rPr>
      </w:pPr>
    </w:p>
    <w:p w:rsidR="008F1D62" w:rsidRPr="000F6EE0" w:rsidRDefault="008F1D62" w:rsidP="008F1D62">
      <w:pPr>
        <w:spacing w:after="0" w:line="240" w:lineRule="auto"/>
        <w:rPr>
          <w:lang w:val="ru-RU"/>
        </w:rPr>
      </w:pPr>
      <w:r w:rsidRPr="000F6EE0">
        <w:rPr>
          <w:rFonts w:eastAsia="Times New Roman"/>
          <w:lang w:val="ru-RU"/>
        </w:rPr>
        <w:t>Глава</w:t>
      </w:r>
      <w:r>
        <w:rPr>
          <w:rFonts w:eastAsia="Times New Roman"/>
          <w:lang w:val="ru-RU"/>
        </w:rPr>
        <w:t xml:space="preserve"> </w:t>
      </w:r>
      <w:r w:rsidRPr="000F6EE0">
        <w:rPr>
          <w:rFonts w:eastAsia="Times New Roman"/>
          <w:lang w:val="ru-RU"/>
        </w:rPr>
        <w:t>Новоджерелиевского сельского поселения</w:t>
      </w:r>
    </w:p>
    <w:p w:rsidR="008F1D62" w:rsidRDefault="008F1D62" w:rsidP="008F1D62">
      <w:pPr>
        <w:spacing w:after="0" w:line="240" w:lineRule="auto"/>
        <w:rPr>
          <w:rFonts w:eastAsia="Times New Roman"/>
          <w:lang w:val="ru-RU"/>
        </w:rPr>
      </w:pPr>
      <w:r w:rsidRPr="000F6EE0">
        <w:rPr>
          <w:rFonts w:eastAsia="Times New Roman"/>
          <w:lang w:val="ru-RU"/>
        </w:rPr>
        <w:t>Брюховецкого муниципального района</w:t>
      </w:r>
    </w:p>
    <w:p w:rsidR="008F1D62" w:rsidRPr="000F6EE0" w:rsidRDefault="008F1D62" w:rsidP="008F1D62">
      <w:pPr>
        <w:spacing w:after="0" w:line="240" w:lineRule="auto"/>
        <w:jc w:val="both"/>
        <w:rPr>
          <w:lang w:val="ru-RU"/>
        </w:rPr>
      </w:pPr>
      <w:r w:rsidRPr="000F6EE0">
        <w:rPr>
          <w:rFonts w:eastAsia="Times New Roman"/>
          <w:lang w:val="ru-RU"/>
        </w:rPr>
        <w:t>Краснодарского края</w:t>
      </w:r>
      <w:r>
        <w:rPr>
          <w:rFonts w:eastAsia="Times New Roman"/>
          <w:lang w:val="ru-RU"/>
        </w:rPr>
        <w:t xml:space="preserve">                                                                                 О.В. Ткаченко</w:t>
      </w:r>
    </w:p>
    <w:p w:rsidR="008F1D62" w:rsidRDefault="008F1D62" w:rsidP="008F1D62">
      <w:pPr>
        <w:spacing w:after="0" w:line="240" w:lineRule="auto"/>
      </w:pPr>
      <w:bookmarkStart w:id="0" w:name="_GoBack"/>
      <w:bookmarkEnd w:id="0"/>
    </w:p>
    <w:sectPr w:rsidR="008F1D62" w:rsidSect="00F55E6E">
      <w:pgSz w:w="12240" w:h="15840"/>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4F9" w:rsidRDefault="007D24F9">
      <w:pPr>
        <w:spacing w:after="0" w:line="240" w:lineRule="auto"/>
      </w:pPr>
      <w:r>
        <w:separator/>
      </w:r>
    </w:p>
  </w:endnote>
  <w:endnote w:type="continuationSeparator" w:id="0">
    <w:p w:rsidR="007D24F9" w:rsidRDefault="007D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C0" w:rsidRDefault="00667CC0">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4F9" w:rsidRDefault="007D24F9">
      <w:pPr>
        <w:spacing w:after="0" w:line="240" w:lineRule="auto"/>
      </w:pPr>
      <w:r>
        <w:separator/>
      </w:r>
    </w:p>
  </w:footnote>
  <w:footnote w:type="continuationSeparator" w:id="0">
    <w:p w:rsidR="007D24F9" w:rsidRDefault="007D2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814634"/>
      <w:docPartObj>
        <w:docPartGallery w:val="Page Numbers (Top of Page)"/>
        <w:docPartUnique/>
      </w:docPartObj>
    </w:sdtPr>
    <w:sdtContent>
      <w:p w:rsidR="00F55E6E" w:rsidRDefault="00F55E6E">
        <w:pPr>
          <w:pStyle w:val="a5"/>
          <w:jc w:val="center"/>
        </w:pPr>
        <w:r>
          <w:fldChar w:fldCharType="begin"/>
        </w:r>
        <w:r>
          <w:instrText>PAGE   \* MERGEFORMAT</w:instrText>
        </w:r>
        <w:r>
          <w:fldChar w:fldCharType="separate"/>
        </w:r>
        <w:r w:rsidR="006D2545" w:rsidRPr="006D2545">
          <w:rPr>
            <w:noProof/>
            <w:lang w:val="ru-RU"/>
          </w:rPr>
          <w:t>2</w:t>
        </w:r>
        <w:r>
          <w:fldChar w:fldCharType="end"/>
        </w:r>
      </w:p>
    </w:sdtContent>
  </w:sdt>
  <w:p w:rsidR="00F55E6E" w:rsidRDefault="00F55E6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6A95"/>
    <w:rsid w:val="0006063C"/>
    <w:rsid w:val="000F6511"/>
    <w:rsid w:val="000F6EE0"/>
    <w:rsid w:val="00131DB0"/>
    <w:rsid w:val="0015074B"/>
    <w:rsid w:val="001D679C"/>
    <w:rsid w:val="00234B99"/>
    <w:rsid w:val="002355A1"/>
    <w:rsid w:val="0029639D"/>
    <w:rsid w:val="002A628C"/>
    <w:rsid w:val="00326F90"/>
    <w:rsid w:val="0039737E"/>
    <w:rsid w:val="003C588F"/>
    <w:rsid w:val="003D1B10"/>
    <w:rsid w:val="003E14F9"/>
    <w:rsid w:val="003F7488"/>
    <w:rsid w:val="0047343B"/>
    <w:rsid w:val="005479D9"/>
    <w:rsid w:val="005B73F2"/>
    <w:rsid w:val="00647F93"/>
    <w:rsid w:val="00667CC0"/>
    <w:rsid w:val="006D2545"/>
    <w:rsid w:val="006E7853"/>
    <w:rsid w:val="00725396"/>
    <w:rsid w:val="00750611"/>
    <w:rsid w:val="007D24F9"/>
    <w:rsid w:val="0081670F"/>
    <w:rsid w:val="008B1697"/>
    <w:rsid w:val="008B2DFD"/>
    <w:rsid w:val="008D30B4"/>
    <w:rsid w:val="008E1690"/>
    <w:rsid w:val="008F1D62"/>
    <w:rsid w:val="008F3998"/>
    <w:rsid w:val="00A93DBE"/>
    <w:rsid w:val="00AA1D8D"/>
    <w:rsid w:val="00B47730"/>
    <w:rsid w:val="00B87CC8"/>
    <w:rsid w:val="00BC563B"/>
    <w:rsid w:val="00CB0664"/>
    <w:rsid w:val="00D22EDE"/>
    <w:rsid w:val="00F55E6E"/>
    <w:rsid w:val="00F90C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7E1001A-1A01-4145-B675-8B6DD457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gTitle">
    <w:name w:val="RegTitle"/>
    <w:rPr>
      <w:rFonts w:ascii="Times New Roman" w:hAnsi="Times New Roman"/>
      <w:b/>
      <w:sz w:val="28"/>
    </w:rPr>
  </w:style>
  <w:style w:type="paragraph" w:customStyle="1" w:styleId="RegSection">
    <w:name w:val="RegSection"/>
    <w:rPr>
      <w:rFonts w:ascii="Times New Roman" w:hAnsi="Times New Roman"/>
      <w:b/>
      <w:sz w:val="26"/>
    </w:rPr>
  </w:style>
  <w:style w:type="paragraph" w:customStyle="1" w:styleId="RegSubsection">
    <w:name w:val="RegSubsection"/>
    <w:rPr>
      <w:rFonts w:ascii="Times New Roman" w:hAnsi="Times New Roman"/>
      <w:b/>
      <w:sz w:val="24"/>
    </w:rPr>
  </w:style>
  <w:style w:type="paragraph" w:customStyle="1" w:styleId="aff8">
    <w:name w:val="Нормальный"/>
    <w:basedOn w:val="a1"/>
    <w:rsid w:val="00B87CC8"/>
    <w:pPr>
      <w:suppressAutoHyphens/>
      <w:overflowPunct w:val="0"/>
      <w:autoSpaceDE w:val="0"/>
      <w:autoSpaceDN w:val="0"/>
      <w:spacing w:after="0" w:line="240" w:lineRule="auto"/>
      <w:ind w:firstLine="720"/>
      <w:jc w:val="both"/>
      <w:textAlignment w:val="baseline"/>
    </w:pPr>
    <w:rPr>
      <w:kern w:val="3"/>
      <w:sz w:val="24"/>
      <w:lang w:val="ru-RU" w:eastAsia="ru-RU"/>
    </w:rPr>
  </w:style>
  <w:style w:type="paragraph" w:customStyle="1" w:styleId="aff9">
    <w:name w:val="Прижатый влево"/>
    <w:basedOn w:val="a1"/>
    <w:rsid w:val="00B87CC8"/>
    <w:pPr>
      <w:suppressAutoHyphens/>
      <w:overflowPunct w:val="0"/>
      <w:autoSpaceDE w:val="0"/>
      <w:autoSpaceDN w:val="0"/>
      <w:spacing w:after="0" w:line="240" w:lineRule="auto"/>
      <w:textAlignment w:val="baseline"/>
    </w:pPr>
    <w:rPr>
      <w:kern w:val="3"/>
      <w:sz w:val="24"/>
      <w:lang w:val="ru-RU" w:eastAsia="ru-RU"/>
    </w:rPr>
  </w:style>
  <w:style w:type="paragraph" w:styleId="affa">
    <w:name w:val="Balloon Text"/>
    <w:basedOn w:val="a1"/>
    <w:link w:val="affb"/>
    <w:uiPriority w:val="99"/>
    <w:semiHidden/>
    <w:unhideWhenUsed/>
    <w:rsid w:val="006D2545"/>
    <w:pPr>
      <w:spacing w:after="0" w:line="240" w:lineRule="auto"/>
    </w:pPr>
    <w:rPr>
      <w:rFonts w:ascii="Segoe UI" w:hAnsi="Segoe UI" w:cs="Segoe UI"/>
      <w:sz w:val="18"/>
      <w:szCs w:val="18"/>
    </w:rPr>
  </w:style>
  <w:style w:type="character" w:customStyle="1" w:styleId="affb">
    <w:name w:val="Текст выноски Знак"/>
    <w:basedOn w:val="a2"/>
    <w:link w:val="affa"/>
    <w:uiPriority w:val="99"/>
    <w:semiHidden/>
    <w:rsid w:val="006D25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unicipal.garant.ru/document/redirect/12184522/11"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A3C68-7DA4-429F-8C25-5C653AC0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23005</Words>
  <Characters>131130</Characters>
  <Application>Microsoft Office Word</Application>
  <DocSecurity>0</DocSecurity>
  <Lines>1092</Lines>
  <Paragraphs>307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постановления «Выдача порубочного билета»</vt:lpstr>
      <vt:lpstr/>
    </vt:vector>
  </TitlesOfParts>
  <Manager/>
  <Company/>
  <LinksUpToDate>false</LinksUpToDate>
  <CharactersWithSpaces>153828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постановления «Выдача порубочного билета»</dc:title>
  <dc:subject>Проект постановления администрации Новоджерелиевского сельского поселения</dc:subject>
  <dc:creator>Администрация Новоджерелиевского сельского поселения</dc:creator>
  <cp:keywords/>
  <dc:description>generated by python-docx</dc:description>
  <cp:lastModifiedBy>Пользователь Windows</cp:lastModifiedBy>
  <cp:revision>17</cp:revision>
  <cp:lastPrinted>2026-09-08T07:00:00Z</cp:lastPrinted>
  <dcterms:created xsi:type="dcterms:W3CDTF">2013-12-23T23:15:00Z</dcterms:created>
  <dcterms:modified xsi:type="dcterms:W3CDTF">2026-09-08T07:09:00Z</dcterms:modified>
  <cp:category/>
</cp:coreProperties>
</file>