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D98" w:rsidRPr="002E7D98" w:rsidRDefault="002E7D98" w:rsidP="002B7334">
      <w:pPr>
        <w:spacing w:after="0" w:line="240" w:lineRule="auto"/>
        <w:jc w:val="right"/>
        <w:rPr>
          <w:b/>
          <w:sz w:val="28"/>
          <w:szCs w:val="28"/>
          <w:lang w:val="ru-RU"/>
        </w:rPr>
      </w:pPr>
      <w:r>
        <w:rPr>
          <w:b/>
          <w:sz w:val="28"/>
          <w:szCs w:val="28"/>
          <w:lang w:val="ru-RU"/>
        </w:rPr>
        <w:t>ПРОЕКТ</w:t>
      </w:r>
    </w:p>
    <w:p w:rsidR="0077411A" w:rsidRPr="00EC176B" w:rsidRDefault="008B2948" w:rsidP="002B7334">
      <w:pPr>
        <w:spacing w:after="0" w:line="240" w:lineRule="auto"/>
        <w:jc w:val="center"/>
        <w:rPr>
          <w:b/>
          <w:sz w:val="28"/>
          <w:szCs w:val="28"/>
          <w:lang w:val="ru-RU"/>
        </w:rPr>
      </w:pPr>
      <w:r w:rsidRPr="00EC176B">
        <w:rPr>
          <w:b/>
          <w:sz w:val="28"/>
          <w:szCs w:val="28"/>
          <w:lang w:val="ru-RU"/>
        </w:rPr>
        <w:t>АДМИНИСТРАЦИЯ</w:t>
      </w:r>
    </w:p>
    <w:p w:rsidR="0077411A" w:rsidRPr="00EC176B" w:rsidRDefault="008B2948" w:rsidP="002B7334">
      <w:pPr>
        <w:spacing w:after="0" w:line="240" w:lineRule="auto"/>
        <w:jc w:val="center"/>
        <w:rPr>
          <w:b/>
          <w:sz w:val="28"/>
          <w:szCs w:val="28"/>
          <w:lang w:val="ru-RU"/>
        </w:rPr>
      </w:pPr>
      <w:r w:rsidRPr="00EC176B">
        <w:rPr>
          <w:b/>
          <w:sz w:val="28"/>
          <w:szCs w:val="28"/>
          <w:lang w:val="ru-RU"/>
        </w:rPr>
        <w:t>НОВОДЖЕРЕЛИЕВСКОГО СЕЛЬСКОГО ПОСЕЛЕНИЯ</w:t>
      </w:r>
    </w:p>
    <w:p w:rsidR="0077411A" w:rsidRPr="00EC176B" w:rsidRDefault="008B2948" w:rsidP="002B7334">
      <w:pPr>
        <w:spacing w:after="0" w:line="240" w:lineRule="auto"/>
        <w:jc w:val="center"/>
        <w:rPr>
          <w:b/>
          <w:sz w:val="28"/>
          <w:szCs w:val="28"/>
          <w:lang w:val="ru-RU"/>
        </w:rPr>
      </w:pPr>
      <w:r w:rsidRPr="00EC176B">
        <w:rPr>
          <w:b/>
          <w:sz w:val="28"/>
          <w:szCs w:val="28"/>
          <w:lang w:val="ru-RU"/>
        </w:rPr>
        <w:t>БРЮХОВЕЦКОГО МУНИЦИПАЛЬНОГО РАЙОНА</w:t>
      </w:r>
    </w:p>
    <w:p w:rsidR="0077411A" w:rsidRPr="00EC176B" w:rsidRDefault="008B2948" w:rsidP="002B7334">
      <w:pPr>
        <w:spacing w:after="0" w:line="240" w:lineRule="auto"/>
        <w:jc w:val="center"/>
        <w:rPr>
          <w:b/>
          <w:sz w:val="28"/>
          <w:szCs w:val="28"/>
          <w:lang w:val="ru-RU"/>
        </w:rPr>
      </w:pPr>
      <w:r w:rsidRPr="00EC176B">
        <w:rPr>
          <w:b/>
          <w:sz w:val="28"/>
          <w:szCs w:val="28"/>
          <w:lang w:val="ru-RU"/>
        </w:rPr>
        <w:t>КРАСНОДАРСКОГО КРАЯ</w:t>
      </w:r>
    </w:p>
    <w:p w:rsidR="0077411A" w:rsidRPr="00EC176B" w:rsidRDefault="0077411A" w:rsidP="002B7334">
      <w:pPr>
        <w:spacing w:after="0" w:line="240" w:lineRule="auto"/>
        <w:jc w:val="center"/>
        <w:rPr>
          <w:b/>
          <w:sz w:val="28"/>
          <w:szCs w:val="28"/>
          <w:lang w:val="ru-RU"/>
        </w:rPr>
      </w:pPr>
    </w:p>
    <w:p w:rsidR="0077411A" w:rsidRPr="00EC176B" w:rsidRDefault="008B2948" w:rsidP="002B7334">
      <w:pPr>
        <w:spacing w:after="0" w:line="240" w:lineRule="auto"/>
        <w:jc w:val="center"/>
        <w:rPr>
          <w:b/>
          <w:sz w:val="32"/>
          <w:szCs w:val="32"/>
          <w:lang w:val="ru-RU"/>
        </w:rPr>
      </w:pPr>
      <w:r w:rsidRPr="00EC176B">
        <w:rPr>
          <w:b/>
          <w:sz w:val="32"/>
          <w:szCs w:val="32"/>
          <w:lang w:val="ru-RU"/>
        </w:rPr>
        <w:t>ПОСТАНОВЛЕНИЕ</w:t>
      </w:r>
    </w:p>
    <w:p w:rsidR="002E7D98" w:rsidRPr="00EC176B" w:rsidRDefault="002E7D98" w:rsidP="002B7334">
      <w:pPr>
        <w:spacing w:after="0" w:line="240" w:lineRule="auto"/>
        <w:rPr>
          <w:sz w:val="28"/>
          <w:szCs w:val="28"/>
          <w:lang w:val="ru-RU"/>
        </w:rPr>
      </w:pPr>
    </w:p>
    <w:p w:rsidR="0077411A" w:rsidRPr="00EC176B" w:rsidRDefault="002E7D98" w:rsidP="002B7334">
      <w:pPr>
        <w:spacing w:after="0" w:line="240" w:lineRule="auto"/>
        <w:rPr>
          <w:sz w:val="28"/>
          <w:szCs w:val="28"/>
          <w:lang w:val="ru-RU"/>
        </w:rPr>
      </w:pPr>
      <w:r>
        <w:rPr>
          <w:sz w:val="28"/>
          <w:szCs w:val="28"/>
          <w:lang w:val="ru-RU"/>
        </w:rPr>
        <w:t>о</w:t>
      </w:r>
      <w:r w:rsidRPr="00EC176B">
        <w:rPr>
          <w:sz w:val="28"/>
          <w:szCs w:val="28"/>
          <w:lang w:val="ru-RU"/>
        </w:rPr>
        <w:t>т</w:t>
      </w:r>
      <w:r w:rsidR="008B2948" w:rsidRPr="00EC176B">
        <w:rPr>
          <w:sz w:val="28"/>
          <w:szCs w:val="28"/>
          <w:lang w:val="ru-RU"/>
        </w:rPr>
        <w:t xml:space="preserve"> __________                 </w:t>
      </w:r>
      <w:r>
        <w:rPr>
          <w:sz w:val="28"/>
          <w:szCs w:val="28"/>
          <w:lang w:val="ru-RU"/>
        </w:rPr>
        <w:t xml:space="preserve">                                                    </w:t>
      </w:r>
      <w:r w:rsidR="008B2948" w:rsidRPr="00EC176B">
        <w:rPr>
          <w:sz w:val="28"/>
          <w:szCs w:val="28"/>
          <w:lang w:val="ru-RU"/>
        </w:rPr>
        <w:t xml:space="preserve">     </w:t>
      </w:r>
      <w:r>
        <w:rPr>
          <w:sz w:val="28"/>
          <w:szCs w:val="28"/>
          <w:lang w:val="ru-RU"/>
        </w:rPr>
        <w:t xml:space="preserve">                          </w:t>
      </w:r>
      <w:r w:rsidR="008B2948" w:rsidRPr="00EC176B">
        <w:rPr>
          <w:sz w:val="28"/>
          <w:szCs w:val="28"/>
          <w:lang w:val="ru-RU"/>
        </w:rPr>
        <w:t xml:space="preserve"> № _____</w:t>
      </w:r>
    </w:p>
    <w:p w:rsidR="0077411A" w:rsidRPr="00EC176B" w:rsidRDefault="002E7D98" w:rsidP="002B7334">
      <w:pPr>
        <w:spacing w:after="0" w:line="240" w:lineRule="auto"/>
        <w:jc w:val="center"/>
        <w:rPr>
          <w:szCs w:val="24"/>
          <w:lang w:val="ru-RU"/>
        </w:rPr>
      </w:pPr>
      <w:r>
        <w:rPr>
          <w:szCs w:val="24"/>
          <w:lang w:val="ru-RU"/>
        </w:rPr>
        <w:t>с</w:t>
      </w:r>
      <w:r w:rsidRPr="00EC176B">
        <w:rPr>
          <w:szCs w:val="24"/>
          <w:lang w:val="ru-RU"/>
        </w:rPr>
        <w:t>т-ца</w:t>
      </w:r>
      <w:r w:rsidR="008B2948" w:rsidRPr="00EC176B">
        <w:rPr>
          <w:szCs w:val="24"/>
          <w:lang w:val="ru-RU"/>
        </w:rPr>
        <w:t xml:space="preserve"> Новоджерелиевская</w:t>
      </w:r>
    </w:p>
    <w:p w:rsidR="0077411A" w:rsidRPr="00EC176B" w:rsidRDefault="0077411A" w:rsidP="002B7334">
      <w:pPr>
        <w:spacing w:after="0" w:line="240" w:lineRule="auto"/>
        <w:rPr>
          <w:sz w:val="28"/>
          <w:szCs w:val="28"/>
          <w:lang w:val="ru-RU"/>
        </w:rPr>
      </w:pPr>
    </w:p>
    <w:p w:rsidR="002E7D98" w:rsidRPr="00EC176B" w:rsidRDefault="002E7D98" w:rsidP="002B7334">
      <w:pPr>
        <w:spacing w:after="0" w:line="240" w:lineRule="auto"/>
        <w:rPr>
          <w:sz w:val="28"/>
          <w:szCs w:val="28"/>
          <w:lang w:val="ru-RU"/>
        </w:rPr>
      </w:pPr>
    </w:p>
    <w:p w:rsidR="0077411A" w:rsidRPr="00EC176B" w:rsidRDefault="008B2948" w:rsidP="002B7334">
      <w:pPr>
        <w:spacing w:after="0" w:line="240" w:lineRule="auto"/>
        <w:jc w:val="center"/>
        <w:rPr>
          <w:b/>
          <w:sz w:val="28"/>
          <w:szCs w:val="28"/>
          <w:lang w:val="ru-RU"/>
        </w:rPr>
      </w:pPr>
      <w:r w:rsidRPr="00EC176B">
        <w:rPr>
          <w:b/>
          <w:sz w:val="28"/>
          <w:szCs w:val="28"/>
          <w:lang w:val="ru-RU"/>
        </w:rPr>
        <w:t xml:space="preserve">Об утверждении административного регламента предоставления </w:t>
      </w:r>
      <w:r w:rsidR="00AA41FC" w:rsidRPr="00EC176B">
        <w:rPr>
          <w:b/>
          <w:sz w:val="28"/>
          <w:szCs w:val="28"/>
          <w:lang w:val="ru-RU"/>
        </w:rPr>
        <w:t xml:space="preserve">администрацией Новоджерелиевского сельского поселения Брюховецкого муниципального района Краснодарского края </w:t>
      </w:r>
      <w:r w:rsidRPr="00EC176B">
        <w:rPr>
          <w:b/>
          <w:sz w:val="28"/>
          <w:szCs w:val="28"/>
          <w:lang w:val="ru-RU"/>
        </w:rPr>
        <w:t>муниципальной услуги «Присвоение, изменение и аннулирование адресов»</w:t>
      </w:r>
    </w:p>
    <w:p w:rsidR="002E7D98" w:rsidRPr="00EC176B" w:rsidRDefault="002E7D98" w:rsidP="002B7334">
      <w:pPr>
        <w:spacing w:after="0" w:line="240" w:lineRule="auto"/>
        <w:jc w:val="center"/>
        <w:rPr>
          <w:b/>
          <w:sz w:val="28"/>
          <w:szCs w:val="28"/>
          <w:lang w:val="ru-RU"/>
        </w:rPr>
      </w:pPr>
    </w:p>
    <w:p w:rsidR="002E7D98" w:rsidRPr="00EC176B" w:rsidRDefault="002E7D98" w:rsidP="002B7334">
      <w:pPr>
        <w:spacing w:after="0" w:line="240" w:lineRule="auto"/>
        <w:rPr>
          <w:sz w:val="28"/>
          <w:szCs w:val="28"/>
          <w:lang w:val="ru-RU"/>
        </w:rPr>
      </w:pPr>
    </w:p>
    <w:p w:rsidR="002E7D98" w:rsidRPr="00EC176B" w:rsidRDefault="002E7D98" w:rsidP="002B7334">
      <w:pPr>
        <w:spacing w:after="0" w:line="240" w:lineRule="auto"/>
        <w:rPr>
          <w:sz w:val="28"/>
          <w:szCs w:val="28"/>
          <w:lang w:val="ru-RU"/>
        </w:rPr>
      </w:pPr>
    </w:p>
    <w:p w:rsidR="0077411A" w:rsidRPr="002E7D98" w:rsidRDefault="008B2948" w:rsidP="00891E8E">
      <w:pPr>
        <w:pStyle w:val="aff8"/>
        <w:ind w:firstLine="709"/>
        <w:jc w:val="both"/>
        <w:rPr>
          <w:sz w:val="28"/>
          <w:szCs w:val="28"/>
        </w:rPr>
      </w:pPr>
      <w:r w:rsidRPr="00891E8E">
        <w:rPr>
          <w:sz w:val="28"/>
          <w:szCs w:val="28"/>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w:t>
      </w:r>
      <w:r w:rsidR="00EC176B">
        <w:rPr>
          <w:sz w:val="28"/>
          <w:szCs w:val="28"/>
        </w:rPr>
        <w:t> </w:t>
      </w:r>
      <w:r w:rsidRPr="00891E8E">
        <w:rPr>
          <w:sz w:val="28"/>
          <w:szCs w:val="28"/>
        </w:rPr>
        <w:t>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администрации Новоджерелиевского сельского поселения Брюховецкого муниципального</w:t>
      </w:r>
      <w:r w:rsidR="00891E8E" w:rsidRPr="00891E8E">
        <w:rPr>
          <w:sz w:val="28"/>
          <w:szCs w:val="28"/>
        </w:rPr>
        <w:t xml:space="preserve"> района Краснодарского края от </w:t>
      </w:r>
      <w:r w:rsidRPr="00891E8E">
        <w:rPr>
          <w:sz w:val="28"/>
          <w:szCs w:val="28"/>
        </w:rPr>
        <w:t>4</w:t>
      </w:r>
      <w:r w:rsidR="00B6348C">
        <w:rPr>
          <w:sz w:val="28"/>
          <w:szCs w:val="28"/>
        </w:rPr>
        <w:t> </w:t>
      </w:r>
      <w:r w:rsidR="00891E8E" w:rsidRPr="00891E8E">
        <w:rPr>
          <w:sz w:val="28"/>
          <w:szCs w:val="28"/>
        </w:rPr>
        <w:t xml:space="preserve">августа </w:t>
      </w:r>
      <w:r w:rsidRPr="00891E8E">
        <w:rPr>
          <w:sz w:val="28"/>
          <w:szCs w:val="28"/>
        </w:rPr>
        <w:t>2026</w:t>
      </w:r>
      <w:r w:rsidR="00891E8E" w:rsidRPr="00891E8E">
        <w:rPr>
          <w:sz w:val="28"/>
          <w:szCs w:val="28"/>
        </w:rPr>
        <w:t xml:space="preserve"> года </w:t>
      </w:r>
      <w:r w:rsidRPr="00891E8E">
        <w:rPr>
          <w:sz w:val="28"/>
          <w:szCs w:val="28"/>
        </w:rPr>
        <w:t>№ 130</w:t>
      </w:r>
      <w:r w:rsidR="00891E8E" w:rsidRPr="00891E8E">
        <w:rPr>
          <w:sz w:val="28"/>
          <w:szCs w:val="28"/>
        </w:rPr>
        <w:t xml:space="preserve"> «Об утверждении Порядка разработки и утверждении административных регламентов предоставления муниципальных услуг администрацией Новоджерелиевского сельского поселения Брюховецкого муниципального района Краснодарского края</w:t>
      </w:r>
      <w:r w:rsidRPr="002E7D98">
        <w:rPr>
          <w:sz w:val="28"/>
          <w:szCs w:val="28"/>
        </w:rPr>
        <w:t>, п о с т а н о в л я ю:</w:t>
      </w:r>
    </w:p>
    <w:p w:rsidR="0077411A" w:rsidRPr="00891E8E" w:rsidRDefault="008B2948" w:rsidP="002B7334">
      <w:pPr>
        <w:spacing w:after="0" w:line="240" w:lineRule="auto"/>
        <w:ind w:firstLine="709"/>
        <w:jc w:val="both"/>
        <w:rPr>
          <w:sz w:val="28"/>
          <w:szCs w:val="28"/>
          <w:lang w:val="ru-RU"/>
        </w:rPr>
      </w:pPr>
      <w:r w:rsidRPr="00891E8E">
        <w:rPr>
          <w:sz w:val="28"/>
          <w:szCs w:val="28"/>
          <w:lang w:val="ru-RU"/>
        </w:rPr>
        <w:t xml:space="preserve">1. Утвердить административный регламент предоставления муниципальной услуги </w:t>
      </w:r>
      <w:r w:rsidR="00AA41FC" w:rsidRPr="00AA41FC">
        <w:rPr>
          <w:sz w:val="28"/>
          <w:szCs w:val="28"/>
          <w:lang w:val="ru-RU"/>
        </w:rPr>
        <w:t>администрацией Новоджерелиевского сельского поселения Брюховецкого муниципального района Краснодарского края</w:t>
      </w:r>
      <w:r w:rsidR="00AA41FC" w:rsidRPr="00EC176B">
        <w:rPr>
          <w:b/>
          <w:sz w:val="28"/>
          <w:szCs w:val="28"/>
          <w:lang w:val="ru-RU"/>
        </w:rPr>
        <w:t xml:space="preserve"> </w:t>
      </w:r>
      <w:r w:rsidRPr="00891E8E">
        <w:rPr>
          <w:sz w:val="28"/>
          <w:szCs w:val="28"/>
          <w:lang w:val="ru-RU"/>
        </w:rPr>
        <w:t>«Присвоение, изменение и аннулирование адресов» согласно приложению к настоящему постановлению</w:t>
      </w:r>
      <w:r w:rsidR="00AA41FC">
        <w:rPr>
          <w:sz w:val="28"/>
          <w:szCs w:val="28"/>
          <w:lang w:val="ru-RU"/>
        </w:rPr>
        <w:t xml:space="preserve"> (прилагается)</w:t>
      </w:r>
      <w:r w:rsidRPr="00891E8E">
        <w:rPr>
          <w:sz w:val="28"/>
          <w:szCs w:val="28"/>
          <w:lang w:val="ru-RU"/>
        </w:rPr>
        <w:t>.</w:t>
      </w:r>
    </w:p>
    <w:p w:rsidR="00891E8E" w:rsidRDefault="00891E8E" w:rsidP="002B7334">
      <w:pPr>
        <w:spacing w:after="0" w:line="240" w:lineRule="auto"/>
        <w:ind w:firstLine="709"/>
        <w:jc w:val="both"/>
        <w:rPr>
          <w:sz w:val="28"/>
          <w:szCs w:val="28"/>
          <w:lang w:val="ru-RU"/>
        </w:rPr>
      </w:pPr>
      <w:r>
        <w:rPr>
          <w:sz w:val="28"/>
          <w:szCs w:val="28"/>
          <w:lang w:val="ru-RU"/>
        </w:rPr>
        <w:t>2. Признать утратившими силу:</w:t>
      </w:r>
    </w:p>
    <w:p w:rsidR="00891E8E" w:rsidRDefault="00891E8E" w:rsidP="00891E8E">
      <w:pPr>
        <w:spacing w:after="0" w:line="240" w:lineRule="auto"/>
        <w:ind w:firstLine="709"/>
        <w:jc w:val="both"/>
        <w:rPr>
          <w:rFonts w:cs="Times New Roman"/>
          <w:sz w:val="28"/>
          <w:szCs w:val="28"/>
          <w:lang w:val="ru-RU"/>
        </w:rPr>
      </w:pPr>
      <w:r w:rsidRPr="00891E8E">
        <w:rPr>
          <w:rFonts w:cs="Times New Roman"/>
          <w:sz w:val="28"/>
          <w:szCs w:val="28"/>
          <w:lang w:val="ru-RU"/>
        </w:rPr>
        <w:t xml:space="preserve">1) постановление Новоджерелиевского сельского поселения Брюховецкого района от 10 февраля 2016 года </w:t>
      </w:r>
      <w:r>
        <w:rPr>
          <w:rFonts w:cs="Times New Roman"/>
          <w:sz w:val="28"/>
          <w:szCs w:val="28"/>
          <w:lang w:val="ru-RU"/>
        </w:rPr>
        <w:t xml:space="preserve">№ 46 </w:t>
      </w:r>
      <w:r w:rsidRPr="00891E8E">
        <w:rPr>
          <w:rFonts w:cs="Times New Roman"/>
          <w:sz w:val="28"/>
          <w:szCs w:val="28"/>
          <w:lang w:val="ru-RU"/>
        </w:rPr>
        <w:t xml:space="preserve">«Об утверждении административного </w:t>
      </w:r>
      <w:r w:rsidRPr="00891E8E">
        <w:rPr>
          <w:rFonts w:cs="Times New Roman"/>
          <w:sz w:val="28"/>
          <w:szCs w:val="28"/>
          <w:lang w:val="ru-RU"/>
        </w:rPr>
        <w:lastRenderedPageBreak/>
        <w:t>регламента предоставления муниципальной услуги «Присвоение, изменение и аннулирование адресов»</w:t>
      </w:r>
      <w:r>
        <w:rPr>
          <w:rFonts w:cs="Times New Roman"/>
          <w:sz w:val="28"/>
          <w:szCs w:val="28"/>
          <w:lang w:val="ru-RU"/>
        </w:rPr>
        <w:t>;</w:t>
      </w:r>
    </w:p>
    <w:p w:rsidR="00891E8E" w:rsidRPr="00891E8E" w:rsidRDefault="00891E8E" w:rsidP="00891E8E">
      <w:pPr>
        <w:spacing w:after="0" w:line="240" w:lineRule="auto"/>
        <w:ind w:firstLine="709"/>
        <w:jc w:val="both"/>
        <w:rPr>
          <w:rFonts w:cs="Times New Roman"/>
          <w:sz w:val="28"/>
          <w:szCs w:val="28"/>
          <w:lang w:val="ru-RU"/>
        </w:rPr>
      </w:pPr>
      <w:r w:rsidRPr="00891E8E">
        <w:rPr>
          <w:rFonts w:cs="Times New Roman"/>
          <w:sz w:val="28"/>
          <w:szCs w:val="28"/>
          <w:lang w:val="ru-RU"/>
        </w:rPr>
        <w:t>2) постановление Новоджерелиевского сельского поселения Брюховецкого района от 28 сентября 2017 года № 145 «О внесении изменений в постановление администрации Новоджерелиевского сельского поселения Брюховецкого района от 10 февраля 2017 года № 46 «Об утверждении административного регламента предоставления муниципальной услуги «Присвоение, изменение и аннулирование адресов»</w:t>
      </w:r>
      <w:r>
        <w:rPr>
          <w:rFonts w:cs="Times New Roman"/>
          <w:sz w:val="28"/>
          <w:szCs w:val="28"/>
          <w:lang w:val="ru-RU"/>
        </w:rPr>
        <w:t>.</w:t>
      </w:r>
    </w:p>
    <w:p w:rsidR="0077411A" w:rsidRPr="002E7D98" w:rsidRDefault="00891E8E" w:rsidP="002B7334">
      <w:pPr>
        <w:spacing w:after="0" w:line="240" w:lineRule="auto"/>
        <w:ind w:firstLine="709"/>
        <w:jc w:val="both"/>
        <w:rPr>
          <w:sz w:val="28"/>
          <w:szCs w:val="28"/>
          <w:lang w:val="ru-RU"/>
        </w:rPr>
      </w:pPr>
      <w:r>
        <w:rPr>
          <w:sz w:val="28"/>
          <w:szCs w:val="28"/>
          <w:lang w:val="ru-RU"/>
        </w:rPr>
        <w:t>3</w:t>
      </w:r>
      <w:r w:rsidR="008B2948" w:rsidRPr="002E7D98">
        <w:rPr>
          <w:sz w:val="28"/>
          <w:szCs w:val="28"/>
          <w:lang w:val="ru-RU"/>
        </w:rPr>
        <w:t>. Главному специалисту администрации Новоджерелиевского сельского поселения Брюховецкого муниципального района Краснодарского края Г.</w:t>
      </w:r>
      <w:r w:rsidR="002E7D98">
        <w:rPr>
          <w:sz w:val="28"/>
          <w:szCs w:val="28"/>
          <w:lang w:val="ru-RU"/>
        </w:rPr>
        <w:t>Б</w:t>
      </w:r>
      <w:r w:rsidR="008B2948" w:rsidRPr="002E7D98">
        <w:rPr>
          <w:sz w:val="28"/>
          <w:szCs w:val="28"/>
          <w:lang w:val="ru-RU"/>
        </w:rPr>
        <w:t>. Вельян обеспечить размещение (опубликование) настоящего постановления на официальном сайте администрации в информационно-телекоммуникационной сети «Интернет» и в сетевом издании «ВЕСТНИК-ИНФО».</w:t>
      </w:r>
    </w:p>
    <w:p w:rsidR="0077411A" w:rsidRPr="00891E8E" w:rsidRDefault="00891E8E" w:rsidP="002B7334">
      <w:pPr>
        <w:spacing w:after="0" w:line="240" w:lineRule="auto"/>
        <w:ind w:firstLine="709"/>
        <w:jc w:val="both"/>
        <w:rPr>
          <w:sz w:val="28"/>
          <w:szCs w:val="28"/>
          <w:lang w:val="ru-RU"/>
        </w:rPr>
      </w:pPr>
      <w:r>
        <w:rPr>
          <w:sz w:val="28"/>
          <w:szCs w:val="28"/>
          <w:lang w:val="ru-RU"/>
        </w:rPr>
        <w:t>4</w:t>
      </w:r>
      <w:r w:rsidR="008B2948" w:rsidRPr="00891E8E">
        <w:rPr>
          <w:sz w:val="28"/>
          <w:szCs w:val="28"/>
          <w:lang w:val="ru-RU"/>
        </w:rPr>
        <w:t>. Контроль за выполнением настоящего постановления оставляю за собой.</w:t>
      </w:r>
    </w:p>
    <w:p w:rsidR="0077411A" w:rsidRPr="00891E8E" w:rsidRDefault="00891E8E" w:rsidP="002B7334">
      <w:pPr>
        <w:spacing w:after="0" w:line="240" w:lineRule="auto"/>
        <w:ind w:firstLine="709"/>
        <w:jc w:val="both"/>
        <w:rPr>
          <w:sz w:val="28"/>
          <w:szCs w:val="28"/>
          <w:lang w:val="ru-RU"/>
        </w:rPr>
      </w:pPr>
      <w:r>
        <w:rPr>
          <w:sz w:val="28"/>
          <w:szCs w:val="28"/>
          <w:lang w:val="ru-RU"/>
        </w:rPr>
        <w:t>5</w:t>
      </w:r>
      <w:r w:rsidR="008B2948" w:rsidRPr="00891E8E">
        <w:rPr>
          <w:sz w:val="28"/>
          <w:szCs w:val="28"/>
          <w:lang w:val="ru-RU"/>
        </w:rPr>
        <w:t>. Постановление вступает в силу со дня его официального опубликования.</w:t>
      </w:r>
    </w:p>
    <w:p w:rsidR="0077411A" w:rsidRDefault="0077411A" w:rsidP="002B7334">
      <w:pPr>
        <w:spacing w:after="0" w:line="240" w:lineRule="auto"/>
        <w:rPr>
          <w:sz w:val="28"/>
          <w:szCs w:val="28"/>
          <w:lang w:val="ru-RU"/>
        </w:rPr>
      </w:pPr>
    </w:p>
    <w:p w:rsidR="00891E8E" w:rsidRDefault="00891E8E" w:rsidP="002B7334">
      <w:pPr>
        <w:spacing w:after="0" w:line="240" w:lineRule="auto"/>
        <w:rPr>
          <w:sz w:val="28"/>
          <w:szCs w:val="28"/>
          <w:lang w:val="ru-RU"/>
        </w:rPr>
      </w:pPr>
    </w:p>
    <w:p w:rsidR="00891E8E" w:rsidRPr="00891E8E" w:rsidRDefault="00891E8E" w:rsidP="002B7334">
      <w:pPr>
        <w:spacing w:after="0" w:line="240" w:lineRule="auto"/>
        <w:rPr>
          <w:sz w:val="28"/>
          <w:szCs w:val="28"/>
          <w:lang w:val="ru-RU"/>
        </w:rPr>
      </w:pPr>
    </w:p>
    <w:p w:rsidR="0077411A" w:rsidRPr="00891E8E" w:rsidRDefault="008B2948" w:rsidP="002E7D98">
      <w:pPr>
        <w:spacing w:after="0" w:line="240" w:lineRule="auto"/>
        <w:rPr>
          <w:sz w:val="28"/>
          <w:szCs w:val="28"/>
          <w:lang w:val="ru-RU"/>
        </w:rPr>
      </w:pPr>
      <w:r w:rsidRPr="00891E8E">
        <w:rPr>
          <w:sz w:val="28"/>
          <w:szCs w:val="28"/>
          <w:lang w:val="ru-RU"/>
        </w:rPr>
        <w:t>Глава Новоджерелиевского сельского поселения</w:t>
      </w:r>
      <w:r w:rsidRPr="00891E8E">
        <w:rPr>
          <w:sz w:val="28"/>
          <w:szCs w:val="28"/>
          <w:lang w:val="ru-RU"/>
        </w:rPr>
        <w:br/>
        <w:t>Брюховецкого муниципального района</w:t>
      </w:r>
      <w:r w:rsidRPr="00891E8E">
        <w:rPr>
          <w:sz w:val="28"/>
          <w:szCs w:val="28"/>
          <w:lang w:val="ru-RU"/>
        </w:rPr>
        <w:br/>
        <w:t>Краснодарского края</w:t>
      </w:r>
      <w:r w:rsidR="00891E8E">
        <w:rPr>
          <w:sz w:val="28"/>
          <w:szCs w:val="28"/>
          <w:lang w:val="ru-RU"/>
        </w:rPr>
        <w:t xml:space="preserve">                                           </w:t>
      </w:r>
      <w:r w:rsidRPr="00891E8E">
        <w:rPr>
          <w:sz w:val="28"/>
          <w:szCs w:val="28"/>
          <w:lang w:val="ru-RU"/>
        </w:rPr>
        <w:t xml:space="preserve">                                      О.В. Ткаченко</w:t>
      </w:r>
    </w:p>
    <w:p w:rsidR="00891E8E" w:rsidRDefault="00891E8E" w:rsidP="002E7D98">
      <w:pPr>
        <w:spacing w:after="0" w:line="240" w:lineRule="auto"/>
        <w:rPr>
          <w:sz w:val="28"/>
          <w:szCs w:val="28"/>
          <w:lang w:val="ru-RU"/>
        </w:rPr>
      </w:pPr>
    </w:p>
    <w:p w:rsidR="00891E8E" w:rsidRDefault="00891E8E" w:rsidP="002E7D98">
      <w:pPr>
        <w:spacing w:after="0" w:line="240" w:lineRule="auto"/>
        <w:rPr>
          <w:sz w:val="28"/>
          <w:szCs w:val="28"/>
          <w:lang w:val="ru-RU"/>
        </w:rPr>
      </w:pPr>
    </w:p>
    <w:p w:rsidR="00891E8E" w:rsidRDefault="00891E8E" w:rsidP="002E7D98">
      <w:pPr>
        <w:spacing w:after="0" w:line="240" w:lineRule="auto"/>
        <w:rPr>
          <w:sz w:val="28"/>
          <w:szCs w:val="28"/>
          <w:lang w:val="ru-RU"/>
        </w:rPr>
      </w:pPr>
    </w:p>
    <w:p w:rsidR="00891E8E" w:rsidRDefault="00891E8E" w:rsidP="002E7D98">
      <w:pPr>
        <w:spacing w:after="0" w:line="240" w:lineRule="auto"/>
        <w:rPr>
          <w:sz w:val="28"/>
          <w:szCs w:val="28"/>
          <w:lang w:val="ru-RU"/>
        </w:rPr>
      </w:pPr>
    </w:p>
    <w:p w:rsidR="00891E8E" w:rsidRDefault="00891E8E" w:rsidP="002E7D98">
      <w:pPr>
        <w:spacing w:after="0" w:line="240" w:lineRule="auto"/>
        <w:rPr>
          <w:sz w:val="28"/>
          <w:szCs w:val="28"/>
          <w:lang w:val="ru-RU"/>
        </w:rPr>
      </w:pPr>
    </w:p>
    <w:p w:rsidR="00891E8E" w:rsidRDefault="00891E8E" w:rsidP="002E7D98">
      <w:pPr>
        <w:spacing w:after="0" w:line="240" w:lineRule="auto"/>
        <w:rPr>
          <w:sz w:val="28"/>
          <w:szCs w:val="28"/>
          <w:lang w:val="ru-RU"/>
        </w:rPr>
      </w:pPr>
    </w:p>
    <w:p w:rsidR="00891E8E" w:rsidRDefault="00891E8E" w:rsidP="002E7D98">
      <w:pPr>
        <w:spacing w:after="0" w:line="240" w:lineRule="auto"/>
        <w:rPr>
          <w:sz w:val="28"/>
          <w:szCs w:val="28"/>
          <w:lang w:val="ru-RU"/>
        </w:rPr>
      </w:pPr>
    </w:p>
    <w:p w:rsidR="00891E8E" w:rsidRDefault="00891E8E" w:rsidP="002E7D98">
      <w:pPr>
        <w:spacing w:after="0" w:line="240" w:lineRule="auto"/>
        <w:rPr>
          <w:sz w:val="28"/>
          <w:szCs w:val="28"/>
          <w:lang w:val="ru-RU"/>
        </w:rPr>
      </w:pPr>
    </w:p>
    <w:p w:rsidR="00891E8E" w:rsidRDefault="00891E8E" w:rsidP="002E7D98">
      <w:pPr>
        <w:spacing w:after="0" w:line="240" w:lineRule="auto"/>
        <w:rPr>
          <w:sz w:val="28"/>
          <w:szCs w:val="28"/>
          <w:lang w:val="ru-RU"/>
        </w:rPr>
      </w:pPr>
    </w:p>
    <w:p w:rsidR="00891E8E" w:rsidRDefault="00891E8E" w:rsidP="002E7D98">
      <w:pPr>
        <w:spacing w:after="0" w:line="240" w:lineRule="auto"/>
        <w:rPr>
          <w:sz w:val="28"/>
          <w:szCs w:val="28"/>
          <w:lang w:val="ru-RU"/>
        </w:rPr>
      </w:pPr>
    </w:p>
    <w:p w:rsidR="00AA41FC" w:rsidRDefault="00AA41FC" w:rsidP="002E7D98">
      <w:pPr>
        <w:spacing w:after="0" w:line="240" w:lineRule="auto"/>
        <w:rPr>
          <w:sz w:val="28"/>
          <w:szCs w:val="28"/>
          <w:lang w:val="ru-RU"/>
        </w:rPr>
        <w:sectPr w:rsidR="00AA41FC" w:rsidSect="00AA41FC">
          <w:headerReference w:type="default" r:id="rId8"/>
          <w:pgSz w:w="12240" w:h="15840"/>
          <w:pgMar w:top="1134" w:right="567" w:bottom="1134" w:left="1701" w:header="709" w:footer="709" w:gutter="0"/>
          <w:pgNumType w:start="1"/>
          <w:cols w:space="720"/>
          <w:titlePg/>
          <w:docGrid w:linePitch="360"/>
        </w:sectPr>
      </w:pPr>
    </w:p>
    <w:p w:rsidR="00EC176B" w:rsidRDefault="00EC176B" w:rsidP="00EC176B">
      <w:pPr>
        <w:spacing w:after="0" w:line="240" w:lineRule="auto"/>
        <w:ind w:left="5103"/>
        <w:rPr>
          <w:sz w:val="28"/>
          <w:szCs w:val="28"/>
          <w:lang w:val="ru-RU"/>
        </w:rPr>
      </w:pPr>
      <w:r w:rsidRPr="00891E8E">
        <w:rPr>
          <w:sz w:val="28"/>
          <w:szCs w:val="28"/>
          <w:lang w:val="ru-RU"/>
        </w:rPr>
        <w:lastRenderedPageBreak/>
        <w:t>ПРИЛОЖЕНИЕ</w:t>
      </w:r>
      <w:r w:rsidR="008B2948" w:rsidRPr="00891E8E">
        <w:rPr>
          <w:sz w:val="28"/>
          <w:szCs w:val="28"/>
          <w:lang w:val="ru-RU"/>
        </w:rPr>
        <w:br/>
        <w:t>к постановлению администрации Новоджерелиевского</w:t>
      </w:r>
      <w:r w:rsidR="008B2948" w:rsidRPr="00891E8E">
        <w:rPr>
          <w:sz w:val="28"/>
          <w:szCs w:val="28"/>
          <w:lang w:val="ru-RU"/>
        </w:rPr>
        <w:br/>
        <w:t>сельского поселения</w:t>
      </w:r>
    </w:p>
    <w:p w:rsidR="0077411A" w:rsidRPr="00891E8E" w:rsidRDefault="008B2948" w:rsidP="00EC176B">
      <w:pPr>
        <w:spacing w:after="0" w:line="240" w:lineRule="auto"/>
        <w:ind w:left="5103"/>
        <w:rPr>
          <w:sz w:val="28"/>
          <w:szCs w:val="28"/>
          <w:lang w:val="ru-RU"/>
        </w:rPr>
      </w:pPr>
      <w:r w:rsidRPr="00891E8E">
        <w:rPr>
          <w:sz w:val="28"/>
          <w:szCs w:val="28"/>
          <w:lang w:val="ru-RU"/>
        </w:rPr>
        <w:t>Брюховецкого муниципального района</w:t>
      </w:r>
      <w:r w:rsidRPr="00891E8E">
        <w:rPr>
          <w:sz w:val="28"/>
          <w:szCs w:val="28"/>
          <w:lang w:val="ru-RU"/>
        </w:rPr>
        <w:br/>
        <w:t>Краснодарского края</w:t>
      </w:r>
      <w:r w:rsidRPr="00891E8E">
        <w:rPr>
          <w:sz w:val="28"/>
          <w:szCs w:val="28"/>
          <w:lang w:val="ru-RU"/>
        </w:rPr>
        <w:br/>
        <w:t>от_____________№ _____</w:t>
      </w:r>
    </w:p>
    <w:p w:rsidR="0077411A" w:rsidRDefault="0077411A" w:rsidP="002E7D98">
      <w:pPr>
        <w:spacing w:after="0" w:line="240" w:lineRule="auto"/>
        <w:rPr>
          <w:sz w:val="28"/>
          <w:szCs w:val="28"/>
          <w:lang w:val="ru-RU"/>
        </w:rPr>
      </w:pPr>
    </w:p>
    <w:p w:rsidR="00EC176B" w:rsidRPr="00891E8E" w:rsidRDefault="00EC176B" w:rsidP="002E7D98">
      <w:pPr>
        <w:spacing w:after="0" w:line="240" w:lineRule="auto"/>
        <w:rPr>
          <w:sz w:val="28"/>
          <w:szCs w:val="28"/>
          <w:lang w:val="ru-RU"/>
        </w:rPr>
      </w:pPr>
    </w:p>
    <w:p w:rsidR="0077411A" w:rsidRPr="00EC176B" w:rsidRDefault="008B2948" w:rsidP="00EC176B">
      <w:pPr>
        <w:spacing w:after="0" w:line="240" w:lineRule="auto"/>
        <w:jc w:val="center"/>
        <w:rPr>
          <w:b/>
          <w:sz w:val="28"/>
          <w:szCs w:val="28"/>
          <w:lang w:val="ru-RU"/>
        </w:rPr>
      </w:pPr>
      <w:r w:rsidRPr="00EC176B">
        <w:rPr>
          <w:b/>
          <w:sz w:val="28"/>
          <w:szCs w:val="28"/>
          <w:lang w:val="ru-RU"/>
        </w:rPr>
        <w:t>АДМИНИСТРАТИВНЫЙ РЕГЛАМЕНТ</w:t>
      </w:r>
    </w:p>
    <w:p w:rsidR="0077411A" w:rsidRPr="00EC176B" w:rsidRDefault="008B2948" w:rsidP="00EC176B">
      <w:pPr>
        <w:spacing w:after="0" w:line="240" w:lineRule="auto"/>
        <w:jc w:val="center"/>
        <w:rPr>
          <w:b/>
          <w:sz w:val="28"/>
          <w:szCs w:val="28"/>
          <w:lang w:val="ru-RU"/>
        </w:rPr>
      </w:pPr>
      <w:r w:rsidRPr="00EC176B">
        <w:rPr>
          <w:b/>
          <w:sz w:val="28"/>
          <w:szCs w:val="28"/>
          <w:lang w:val="ru-RU"/>
        </w:rPr>
        <w:t>предоставления администрацией Новоджерелиевского сельского поселения Брюховецкого муниципального района Краснодарского края муниципальной услуги «Присвоение, изменение и аннулирование адресов»</w:t>
      </w:r>
    </w:p>
    <w:p w:rsidR="00EC176B" w:rsidRDefault="00EC176B" w:rsidP="002E7D98">
      <w:pPr>
        <w:spacing w:after="0" w:line="240" w:lineRule="auto"/>
        <w:rPr>
          <w:sz w:val="28"/>
          <w:szCs w:val="28"/>
          <w:lang w:val="ru-RU"/>
        </w:rPr>
      </w:pPr>
    </w:p>
    <w:p w:rsidR="0077411A" w:rsidRPr="00EC176B" w:rsidRDefault="008B2948" w:rsidP="00EC176B">
      <w:pPr>
        <w:spacing w:after="0" w:line="240" w:lineRule="auto"/>
        <w:jc w:val="center"/>
        <w:rPr>
          <w:sz w:val="28"/>
          <w:szCs w:val="28"/>
          <w:lang w:val="ru-RU"/>
        </w:rPr>
      </w:pPr>
      <w:r w:rsidRPr="00EC176B">
        <w:rPr>
          <w:sz w:val="28"/>
          <w:szCs w:val="28"/>
          <w:lang w:val="ru-RU"/>
        </w:rPr>
        <w:t>Раздел 1. Общие положения</w:t>
      </w:r>
    </w:p>
    <w:p w:rsidR="00EC176B" w:rsidRDefault="00EC176B" w:rsidP="002E7D98">
      <w:pPr>
        <w:spacing w:after="0" w:line="240" w:lineRule="auto"/>
        <w:rPr>
          <w:sz w:val="28"/>
          <w:szCs w:val="28"/>
          <w:lang w:val="ru-RU"/>
        </w:rPr>
      </w:pPr>
    </w:p>
    <w:p w:rsidR="0077411A" w:rsidRPr="00EC176B" w:rsidRDefault="008B2948" w:rsidP="00EC176B">
      <w:pPr>
        <w:spacing w:after="0" w:line="240" w:lineRule="auto"/>
        <w:ind w:firstLine="709"/>
        <w:rPr>
          <w:sz w:val="28"/>
          <w:szCs w:val="28"/>
          <w:lang w:val="ru-RU"/>
        </w:rPr>
      </w:pPr>
      <w:r w:rsidRPr="00EC176B">
        <w:rPr>
          <w:sz w:val="28"/>
          <w:szCs w:val="28"/>
          <w:lang w:val="ru-RU"/>
        </w:rPr>
        <w:t>Подраздел 1.1. Предмет регулирования административного регламента</w:t>
      </w:r>
    </w:p>
    <w:p w:rsidR="00EC176B" w:rsidRDefault="00EC176B" w:rsidP="002E7D98">
      <w:pPr>
        <w:spacing w:after="0" w:line="240" w:lineRule="auto"/>
        <w:rPr>
          <w:sz w:val="28"/>
          <w:szCs w:val="28"/>
          <w:lang w:val="ru-RU"/>
        </w:rPr>
      </w:pPr>
    </w:p>
    <w:p w:rsidR="0077411A" w:rsidRPr="002E7D98" w:rsidRDefault="008B2948" w:rsidP="00EC176B">
      <w:pPr>
        <w:spacing w:after="0" w:line="240" w:lineRule="auto"/>
        <w:ind w:firstLine="709"/>
        <w:jc w:val="both"/>
        <w:rPr>
          <w:sz w:val="28"/>
          <w:szCs w:val="28"/>
          <w:lang w:val="ru-RU"/>
        </w:rPr>
      </w:pPr>
      <w:r w:rsidRPr="002E7D98">
        <w:rPr>
          <w:sz w:val="28"/>
          <w:szCs w:val="28"/>
          <w:lang w:val="ru-RU"/>
        </w:rPr>
        <w:t xml:space="preserve">1.1.1. Административный регламент предоставления администрацией Новоджерелиевского сельского поселения Брюховецкого муниципального района Краснодарского края муниципальной услуги </w:t>
      </w:r>
      <w:r w:rsidR="00EC176B">
        <w:rPr>
          <w:sz w:val="28"/>
          <w:szCs w:val="28"/>
          <w:lang w:val="ru-RU"/>
        </w:rPr>
        <w:t>«</w:t>
      </w:r>
      <w:r w:rsidRPr="002E7D98">
        <w:rPr>
          <w:sz w:val="28"/>
          <w:szCs w:val="28"/>
          <w:lang w:val="ru-RU"/>
        </w:rPr>
        <w:t>Присвоение, изменение и аннулирование адресов</w:t>
      </w:r>
      <w:r w:rsidR="00EC176B">
        <w:rPr>
          <w:sz w:val="28"/>
          <w:szCs w:val="28"/>
          <w:lang w:val="ru-RU"/>
        </w:rPr>
        <w:t>»</w:t>
      </w:r>
      <w:r w:rsidRPr="002E7D98">
        <w:rPr>
          <w:sz w:val="28"/>
          <w:szCs w:val="28"/>
          <w:lang w:val="ru-RU"/>
        </w:rPr>
        <w:t xml:space="preserve"> (далее соответственно - муниципальная услуга, Регламент) определяет стандарт, сроки и последовательность выполнения административных процедур (действий) по предоставлению администрацией Новоджерелиевского сельского поселения Брюховецкого муниципального района Краснодарского края муниципальной услуги </w:t>
      </w:r>
      <w:r w:rsidR="00EC176B">
        <w:rPr>
          <w:sz w:val="28"/>
          <w:szCs w:val="28"/>
          <w:lang w:val="ru-RU"/>
        </w:rPr>
        <w:t>«</w:t>
      </w:r>
      <w:r w:rsidRPr="002E7D98">
        <w:rPr>
          <w:sz w:val="28"/>
          <w:szCs w:val="28"/>
          <w:lang w:val="ru-RU"/>
        </w:rPr>
        <w:t>Присвоение, изменение и аннулирование адресов</w:t>
      </w:r>
      <w:r w:rsidR="00EC176B">
        <w:rPr>
          <w:sz w:val="28"/>
          <w:szCs w:val="28"/>
          <w:lang w:val="ru-RU"/>
        </w:rPr>
        <w:t>»</w:t>
      </w:r>
      <w:r w:rsidRPr="002E7D98">
        <w:rPr>
          <w:sz w:val="28"/>
          <w:szCs w:val="28"/>
          <w:lang w:val="ru-RU"/>
        </w:rPr>
        <w:t>.</w:t>
      </w:r>
    </w:p>
    <w:p w:rsidR="0077411A" w:rsidRPr="002E7D98" w:rsidRDefault="008B2948" w:rsidP="00EC176B">
      <w:pPr>
        <w:spacing w:after="0" w:line="240" w:lineRule="auto"/>
        <w:ind w:firstLine="709"/>
        <w:jc w:val="both"/>
        <w:rPr>
          <w:sz w:val="28"/>
          <w:szCs w:val="28"/>
          <w:lang w:val="ru-RU"/>
        </w:rPr>
      </w:pPr>
      <w:r w:rsidRPr="002E7D98">
        <w:rPr>
          <w:sz w:val="28"/>
          <w:szCs w:val="28"/>
          <w:lang w:val="ru-RU"/>
        </w:rPr>
        <w:t>1.1.2. Действия настоящего административного регламента распространяется:</w:t>
      </w:r>
    </w:p>
    <w:p w:rsidR="0077411A" w:rsidRPr="00EC176B" w:rsidRDefault="008B2948" w:rsidP="00EC176B">
      <w:pPr>
        <w:spacing w:after="0" w:line="240" w:lineRule="auto"/>
        <w:ind w:firstLine="709"/>
        <w:jc w:val="both"/>
        <w:rPr>
          <w:sz w:val="28"/>
          <w:szCs w:val="28"/>
          <w:lang w:val="ru-RU"/>
        </w:rPr>
      </w:pPr>
      <w:r w:rsidRPr="00EC176B">
        <w:rPr>
          <w:sz w:val="28"/>
          <w:szCs w:val="28"/>
          <w:lang w:val="ru-RU"/>
        </w:rPr>
        <w:t>на правоотношения по присвоению, изменению, аннулированию адресов объектам адресации;</w:t>
      </w:r>
    </w:p>
    <w:p w:rsidR="0077411A" w:rsidRPr="00EC176B" w:rsidRDefault="008B2948" w:rsidP="00EC176B">
      <w:pPr>
        <w:spacing w:after="0" w:line="240" w:lineRule="auto"/>
        <w:ind w:firstLine="709"/>
        <w:jc w:val="both"/>
        <w:rPr>
          <w:sz w:val="28"/>
          <w:szCs w:val="28"/>
          <w:lang w:val="ru-RU"/>
        </w:rPr>
      </w:pPr>
      <w:r w:rsidRPr="00EC176B">
        <w:rPr>
          <w:sz w:val="28"/>
          <w:szCs w:val="28"/>
          <w:lang w:val="ru-RU"/>
        </w:rPr>
        <w:t>на правоотношения, возникающие в связи с исправлением допущенных опечаток и ошибок в ранее выданном документе, а также выдаче дубликата документа, в случае утраты (пришедшего в негодность) документа, выданного по результату ранее предоставленной муниципальной услуги, в порядке, установленном в администрации Новоджерелиевского сельского поселения Брюховецкого муниципального района Краснодарского края.</w:t>
      </w:r>
    </w:p>
    <w:p w:rsidR="0077411A" w:rsidRPr="002E7D98" w:rsidRDefault="008B2948" w:rsidP="00EC176B">
      <w:pPr>
        <w:spacing w:after="0" w:line="240" w:lineRule="auto"/>
        <w:ind w:firstLine="709"/>
        <w:jc w:val="both"/>
        <w:rPr>
          <w:sz w:val="28"/>
          <w:szCs w:val="28"/>
          <w:lang w:val="ru-RU"/>
        </w:rPr>
      </w:pPr>
      <w:r w:rsidRPr="002E7D98">
        <w:rPr>
          <w:sz w:val="28"/>
          <w:szCs w:val="28"/>
          <w:lang w:val="ru-RU"/>
        </w:rPr>
        <w:t>1.1.3. Действия настоящего административного регламента не распространяется на следующие случаи:</w:t>
      </w:r>
    </w:p>
    <w:p w:rsidR="0077411A" w:rsidRPr="00EC176B" w:rsidRDefault="008B2948" w:rsidP="00EC176B">
      <w:pPr>
        <w:spacing w:after="0" w:line="240" w:lineRule="auto"/>
        <w:ind w:firstLine="709"/>
        <w:jc w:val="both"/>
        <w:rPr>
          <w:sz w:val="28"/>
          <w:szCs w:val="28"/>
          <w:lang w:val="ru-RU"/>
        </w:rPr>
      </w:pPr>
      <w:r w:rsidRPr="00EC176B">
        <w:rPr>
          <w:sz w:val="28"/>
          <w:szCs w:val="28"/>
          <w:lang w:val="ru-RU"/>
        </w:rPr>
        <w:t>если присвоение адреса объекту адресации или аннулирование его адреса осуществляется уполномоченным органом проактивно (заявление от физического лица или юридического лица не поступало).</w:t>
      </w:r>
    </w:p>
    <w:p w:rsidR="0077411A" w:rsidRPr="002E7D98" w:rsidRDefault="008B2948" w:rsidP="00EC176B">
      <w:pPr>
        <w:spacing w:after="0" w:line="240" w:lineRule="auto"/>
        <w:ind w:firstLine="709"/>
        <w:jc w:val="both"/>
        <w:rPr>
          <w:sz w:val="28"/>
          <w:szCs w:val="28"/>
          <w:lang w:val="ru-RU"/>
        </w:rPr>
      </w:pPr>
      <w:r w:rsidRPr="002E7D98">
        <w:rPr>
          <w:sz w:val="28"/>
          <w:szCs w:val="28"/>
          <w:lang w:val="ru-RU"/>
        </w:rPr>
        <w:lastRenderedPageBreak/>
        <w:t xml:space="preserve">1.1.4. Действия настоящего административного регламента регулируются положениями пунктов 1 - 43 Правил присвоения, изменения и аннулирования адресов, утвержденных постановлением Правительства Российской Федерации от 19 ноября 2014 года № 1221 </w:t>
      </w:r>
      <w:r w:rsidR="009E665C">
        <w:rPr>
          <w:sz w:val="28"/>
          <w:szCs w:val="28"/>
          <w:lang w:val="ru-RU"/>
        </w:rPr>
        <w:t>«</w:t>
      </w:r>
      <w:r w:rsidRPr="002E7D98">
        <w:rPr>
          <w:sz w:val="28"/>
          <w:szCs w:val="28"/>
          <w:lang w:val="ru-RU"/>
        </w:rPr>
        <w:t>Об утверждении Правил присвоения, изменения и аннулировании адресов</w:t>
      </w:r>
      <w:r w:rsidR="009E665C">
        <w:rPr>
          <w:sz w:val="28"/>
          <w:szCs w:val="28"/>
          <w:lang w:val="ru-RU"/>
        </w:rPr>
        <w:t>»</w:t>
      </w:r>
      <w:r w:rsidRPr="002E7D98">
        <w:rPr>
          <w:sz w:val="28"/>
          <w:szCs w:val="28"/>
          <w:lang w:val="ru-RU"/>
        </w:rPr>
        <w:t xml:space="preserve"> (далее - Правила № 1221).</w:t>
      </w:r>
    </w:p>
    <w:p w:rsidR="009E665C" w:rsidRDefault="009E665C" w:rsidP="002E7D98">
      <w:pPr>
        <w:spacing w:after="0" w:line="240" w:lineRule="auto"/>
        <w:rPr>
          <w:sz w:val="28"/>
          <w:szCs w:val="28"/>
          <w:lang w:val="ru-RU"/>
        </w:rPr>
      </w:pPr>
    </w:p>
    <w:p w:rsidR="0077411A" w:rsidRPr="002E7D98" w:rsidRDefault="008B2948" w:rsidP="009E665C">
      <w:pPr>
        <w:spacing w:after="0" w:line="240" w:lineRule="auto"/>
        <w:jc w:val="center"/>
        <w:rPr>
          <w:sz w:val="28"/>
          <w:szCs w:val="28"/>
          <w:lang w:val="ru-RU"/>
        </w:rPr>
      </w:pPr>
      <w:r w:rsidRPr="002E7D98">
        <w:rPr>
          <w:sz w:val="28"/>
          <w:szCs w:val="28"/>
          <w:lang w:val="ru-RU"/>
        </w:rPr>
        <w:t>Подраздел 1.2. Круг заявителей</w:t>
      </w:r>
    </w:p>
    <w:p w:rsidR="009E665C" w:rsidRDefault="009E665C" w:rsidP="002E7D98">
      <w:pPr>
        <w:spacing w:after="0" w:line="240" w:lineRule="auto"/>
        <w:rPr>
          <w:sz w:val="28"/>
          <w:szCs w:val="28"/>
          <w:lang w:val="ru-RU"/>
        </w:rPr>
      </w:pPr>
    </w:p>
    <w:p w:rsidR="0077411A" w:rsidRPr="002E7D98" w:rsidRDefault="008B2948" w:rsidP="009E665C">
      <w:pPr>
        <w:spacing w:after="0" w:line="240" w:lineRule="auto"/>
        <w:ind w:firstLine="709"/>
        <w:jc w:val="both"/>
        <w:rPr>
          <w:sz w:val="28"/>
          <w:szCs w:val="28"/>
          <w:lang w:val="ru-RU"/>
        </w:rPr>
      </w:pPr>
      <w:r w:rsidRPr="002E7D98">
        <w:rPr>
          <w:sz w:val="28"/>
          <w:szCs w:val="28"/>
          <w:lang w:val="ru-RU"/>
        </w:rPr>
        <w:t>1.2.1. Лицами, имеющими право на получение муниципальной услуги (далее - заявитель), являются лица, определенные пунктами 27 и 29 Правил № 1221:</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1) собственники объекта адресации,</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2) лица, обладающие одним из следующих вещных прав на объект адресации:</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а) право хозяйственного ведения;</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б) право оперативного управления;</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в) право пожизненно наследуемого владения;</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г) право постоянного (бессрочного) пользования.</w:t>
      </w:r>
    </w:p>
    <w:p w:rsidR="0077411A" w:rsidRPr="002E7D98" w:rsidRDefault="008B2948" w:rsidP="009E665C">
      <w:pPr>
        <w:spacing w:after="0" w:line="240" w:lineRule="auto"/>
        <w:ind w:firstLine="709"/>
        <w:jc w:val="both"/>
        <w:rPr>
          <w:sz w:val="28"/>
          <w:szCs w:val="28"/>
          <w:lang w:val="ru-RU"/>
        </w:rPr>
      </w:pPr>
      <w:r w:rsidRPr="002E7D98">
        <w:rPr>
          <w:sz w:val="28"/>
          <w:szCs w:val="28"/>
          <w:lang w:val="ru-RU"/>
        </w:rPr>
        <w:t>1.2.2. Заявитель вправе обратиться за получением услуги через представителя:</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1) от имени физических лиц заявления могут подавать:</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 xml:space="preserve"> представители, действующие в силу полномочий, основанных на доверенности или договоре;</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 xml:space="preserve"> законные представители (родители, усыновители, опекуны) несовершеннолетних в возрасте до 14 лет;</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 xml:space="preserve"> опекуны недееспособных граждан.</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2) от имени юридического лица заявления могут подавать:</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 xml:space="preserve"> представители в силу полномочий, основанных на доверенности или договоре;</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лица, действующие в соответствии с законом, иными правовыми актами и учредительными документами без доверенности на основании акта, уполномоченного государственного органа или органа местного самоуправления (далее - заявитель);</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3) 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r w:rsidR="009E665C">
        <w:rPr>
          <w:sz w:val="28"/>
          <w:szCs w:val="28"/>
          <w:lang w:val="ru-RU"/>
        </w:rPr>
        <w:t>;</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t>4) 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r w:rsidR="009E665C">
        <w:rPr>
          <w:sz w:val="28"/>
          <w:szCs w:val="28"/>
          <w:lang w:val="ru-RU"/>
        </w:rPr>
        <w:t>;</w:t>
      </w:r>
    </w:p>
    <w:p w:rsidR="0077411A" w:rsidRPr="00EC176B" w:rsidRDefault="008B2948" w:rsidP="009E665C">
      <w:pPr>
        <w:spacing w:after="0" w:line="240" w:lineRule="auto"/>
        <w:ind w:firstLine="709"/>
        <w:jc w:val="both"/>
        <w:rPr>
          <w:sz w:val="28"/>
          <w:szCs w:val="28"/>
          <w:lang w:val="ru-RU"/>
        </w:rPr>
      </w:pPr>
      <w:r w:rsidRPr="00EC176B">
        <w:rPr>
          <w:sz w:val="28"/>
          <w:szCs w:val="28"/>
          <w:lang w:val="ru-RU"/>
        </w:rPr>
        <w:lastRenderedPageBreak/>
        <w:t xml:space="preserve">5) </w:t>
      </w:r>
      <w:r w:rsidR="009E665C">
        <w:rPr>
          <w:sz w:val="28"/>
          <w:szCs w:val="28"/>
          <w:lang w:val="ru-RU"/>
        </w:rPr>
        <w:t>с</w:t>
      </w:r>
      <w:r w:rsidRPr="00EC176B">
        <w:rPr>
          <w:sz w:val="28"/>
          <w:szCs w:val="28"/>
          <w:lang w:val="ru-RU"/>
        </w:rPr>
        <w:t xml:space="preserve"> заявлением вправе обратиться кадастровый инженер, выполняющий на основании документа, предусмотренного статьей 35 или статьей 42 3 Федерального закона от 24 июля 2007 года № 221-ФЗ </w:t>
      </w:r>
      <w:r w:rsidR="009E665C">
        <w:rPr>
          <w:sz w:val="28"/>
          <w:szCs w:val="28"/>
          <w:lang w:val="ru-RU"/>
        </w:rPr>
        <w:t>«</w:t>
      </w:r>
      <w:r w:rsidRPr="00EC176B">
        <w:rPr>
          <w:sz w:val="28"/>
          <w:szCs w:val="28"/>
          <w:lang w:val="ru-RU"/>
        </w:rPr>
        <w:t>О кадастровой деятельности</w:t>
      </w:r>
      <w:r w:rsidR="009E665C">
        <w:rPr>
          <w:sz w:val="28"/>
          <w:szCs w:val="28"/>
          <w:lang w:val="ru-RU"/>
        </w:rPr>
        <w:t>»</w:t>
      </w:r>
      <w:r w:rsidRPr="00EC176B">
        <w:rPr>
          <w:sz w:val="28"/>
          <w:szCs w:val="28"/>
          <w:lang w:val="ru-RU"/>
        </w:rPr>
        <w:t>, кадастровые работы или комплексные кадастровые работы в отношении соответствующего объекта недвижимости, являющегося объектом адресации.</w:t>
      </w:r>
    </w:p>
    <w:p w:rsidR="0077411A" w:rsidRPr="002E7D98" w:rsidRDefault="008B2948" w:rsidP="009E665C">
      <w:pPr>
        <w:spacing w:after="0" w:line="240" w:lineRule="auto"/>
        <w:ind w:firstLine="709"/>
        <w:jc w:val="both"/>
        <w:rPr>
          <w:sz w:val="28"/>
          <w:szCs w:val="28"/>
          <w:lang w:val="ru-RU"/>
        </w:rPr>
      </w:pPr>
      <w:r w:rsidRPr="002E7D98">
        <w:rPr>
          <w:sz w:val="28"/>
          <w:szCs w:val="28"/>
          <w:lang w:val="ru-RU"/>
        </w:rPr>
        <w:t>1.2.3. Подача заявления о предоставлении муниципальной услуги путём направления комплексного запроса о предоставлении нескольких муниципальных услуг в МФЦ в настоящем административном регламенте не применяется, в связи с отсутствием необходимости подачи такого запроса.</w:t>
      </w:r>
    </w:p>
    <w:p w:rsidR="00366C3F" w:rsidRDefault="00366C3F" w:rsidP="002E7D98">
      <w:pPr>
        <w:spacing w:after="0" w:line="240" w:lineRule="auto"/>
        <w:rPr>
          <w:sz w:val="28"/>
          <w:szCs w:val="28"/>
          <w:lang w:val="ru-RU"/>
        </w:rPr>
      </w:pPr>
    </w:p>
    <w:p w:rsidR="00366C3F" w:rsidRDefault="008B2948" w:rsidP="00366C3F">
      <w:pPr>
        <w:spacing w:after="0" w:line="240" w:lineRule="auto"/>
        <w:jc w:val="center"/>
        <w:rPr>
          <w:sz w:val="28"/>
          <w:szCs w:val="28"/>
          <w:lang w:val="ru-RU"/>
        </w:rPr>
      </w:pPr>
      <w:r w:rsidRPr="00EC176B">
        <w:rPr>
          <w:sz w:val="28"/>
          <w:szCs w:val="28"/>
          <w:lang w:val="ru-RU"/>
        </w:rPr>
        <w:t>Подраздел 1.3. Требование предоставления заявителю муниципальной услуги в соответствии с категориями (признаками) заявителя, сведения о которых размещаются в Федеральной государственной информационной системе</w:t>
      </w:r>
    </w:p>
    <w:p w:rsidR="0077411A" w:rsidRDefault="008B2948" w:rsidP="00366C3F">
      <w:pPr>
        <w:spacing w:after="0" w:line="240" w:lineRule="auto"/>
        <w:jc w:val="center"/>
        <w:rPr>
          <w:sz w:val="28"/>
          <w:szCs w:val="28"/>
          <w:lang w:val="ru-RU"/>
        </w:rPr>
      </w:pPr>
      <w:r w:rsidRPr="00EC176B">
        <w:rPr>
          <w:sz w:val="28"/>
          <w:szCs w:val="28"/>
          <w:lang w:val="ru-RU"/>
        </w:rPr>
        <w:t>Федеральный реестр государственных и муниципальных услуг (функций)</w:t>
      </w:r>
      <w:r w:rsidR="00366C3F">
        <w:rPr>
          <w:sz w:val="28"/>
          <w:szCs w:val="28"/>
          <w:lang w:val="ru-RU"/>
        </w:rPr>
        <w:t>»</w:t>
      </w:r>
      <w:r w:rsidRPr="00EC176B">
        <w:rPr>
          <w:sz w:val="28"/>
          <w:szCs w:val="28"/>
          <w:lang w:val="ru-RU"/>
        </w:rPr>
        <w:t xml:space="preserve">, Федеральной государственной информационной системе </w:t>
      </w:r>
      <w:r w:rsidR="00366C3F">
        <w:rPr>
          <w:sz w:val="28"/>
          <w:szCs w:val="28"/>
          <w:lang w:val="ru-RU"/>
        </w:rPr>
        <w:t>«</w:t>
      </w:r>
      <w:r w:rsidRPr="00EC176B">
        <w:rPr>
          <w:sz w:val="28"/>
          <w:szCs w:val="28"/>
          <w:lang w:val="ru-RU"/>
        </w:rPr>
        <w:t>Единый портал государственных и муниципальных услуг (функций)</w:t>
      </w:r>
      <w:r w:rsidR="00366C3F">
        <w:rPr>
          <w:sz w:val="28"/>
          <w:szCs w:val="28"/>
          <w:lang w:val="ru-RU"/>
        </w:rPr>
        <w:t>»</w:t>
      </w:r>
      <w:r w:rsidRPr="00EC176B">
        <w:rPr>
          <w:sz w:val="28"/>
          <w:szCs w:val="28"/>
          <w:lang w:val="ru-RU"/>
        </w:rPr>
        <w:t xml:space="preserve"> и Государственной информационной системе Краснодарского края </w:t>
      </w:r>
      <w:r w:rsidR="00366C3F">
        <w:rPr>
          <w:sz w:val="28"/>
          <w:szCs w:val="28"/>
          <w:lang w:val="ru-RU"/>
        </w:rPr>
        <w:t>«</w:t>
      </w:r>
      <w:r w:rsidRPr="00EC176B">
        <w:rPr>
          <w:sz w:val="28"/>
          <w:szCs w:val="28"/>
          <w:lang w:val="ru-RU"/>
        </w:rPr>
        <w:t>Портал государственных и муниципальных услуг Краснодарского края</w:t>
      </w:r>
      <w:r w:rsidR="00366C3F">
        <w:rPr>
          <w:sz w:val="28"/>
          <w:szCs w:val="28"/>
          <w:lang w:val="ru-RU"/>
        </w:rPr>
        <w:t>»</w:t>
      </w:r>
    </w:p>
    <w:p w:rsidR="00366C3F" w:rsidRPr="00EC176B" w:rsidRDefault="00366C3F" w:rsidP="00366C3F">
      <w:pPr>
        <w:spacing w:after="0" w:line="240" w:lineRule="auto"/>
        <w:jc w:val="center"/>
        <w:rPr>
          <w:sz w:val="28"/>
          <w:szCs w:val="28"/>
          <w:lang w:val="ru-RU"/>
        </w:rPr>
      </w:pPr>
    </w:p>
    <w:p w:rsidR="0077411A" w:rsidRPr="002E7D98" w:rsidRDefault="008B2948" w:rsidP="003B30D5">
      <w:pPr>
        <w:spacing w:after="0" w:line="240" w:lineRule="auto"/>
        <w:ind w:firstLine="709"/>
        <w:jc w:val="both"/>
        <w:rPr>
          <w:sz w:val="28"/>
          <w:szCs w:val="28"/>
          <w:lang w:val="ru-RU"/>
        </w:rPr>
      </w:pPr>
      <w:r w:rsidRPr="002E7D98">
        <w:rPr>
          <w:sz w:val="28"/>
          <w:szCs w:val="28"/>
          <w:lang w:val="ru-RU"/>
        </w:rPr>
        <w:t xml:space="preserve">1.3.1. Муниципальная услуга должна быть предоставлена заявителю в соответствии с категориями (признаками) заявителя, сведения о которых размещаются в Федеральной государственной информационной системе </w:t>
      </w:r>
      <w:r w:rsidR="00366C3F">
        <w:rPr>
          <w:sz w:val="28"/>
          <w:szCs w:val="28"/>
          <w:lang w:val="ru-RU"/>
        </w:rPr>
        <w:t>«</w:t>
      </w:r>
      <w:r w:rsidRPr="002E7D98">
        <w:rPr>
          <w:sz w:val="28"/>
          <w:szCs w:val="28"/>
          <w:lang w:val="ru-RU"/>
        </w:rPr>
        <w:t>Федеральный реестр государственных и муниципальных услуг (функций)</w:t>
      </w:r>
      <w:r w:rsidR="00366C3F">
        <w:rPr>
          <w:sz w:val="28"/>
          <w:szCs w:val="28"/>
          <w:lang w:val="ru-RU"/>
        </w:rPr>
        <w:t>»</w:t>
      </w:r>
      <w:r w:rsidRPr="002E7D98">
        <w:rPr>
          <w:sz w:val="28"/>
          <w:szCs w:val="28"/>
          <w:lang w:val="ru-RU"/>
        </w:rPr>
        <w:t xml:space="preserve">, Федеральной государственной информационной системе </w:t>
      </w:r>
      <w:r w:rsidR="00366C3F">
        <w:rPr>
          <w:sz w:val="28"/>
          <w:szCs w:val="28"/>
          <w:lang w:val="ru-RU"/>
        </w:rPr>
        <w:t>«</w:t>
      </w:r>
      <w:r w:rsidRPr="002E7D98">
        <w:rPr>
          <w:sz w:val="28"/>
          <w:szCs w:val="28"/>
          <w:lang w:val="ru-RU"/>
        </w:rPr>
        <w:t>Единый портал государственных и муниципальных услуг (функций)</w:t>
      </w:r>
      <w:r w:rsidR="00366C3F">
        <w:rPr>
          <w:sz w:val="28"/>
          <w:szCs w:val="28"/>
          <w:lang w:val="ru-RU"/>
        </w:rPr>
        <w:t>»</w:t>
      </w:r>
      <w:r w:rsidRPr="002E7D98">
        <w:rPr>
          <w:sz w:val="28"/>
          <w:szCs w:val="28"/>
          <w:lang w:val="ru-RU"/>
        </w:rPr>
        <w:t xml:space="preserve"> и Государственной информационной системе Краснодарского края </w:t>
      </w:r>
      <w:r w:rsidR="00366C3F">
        <w:rPr>
          <w:sz w:val="28"/>
          <w:szCs w:val="28"/>
          <w:lang w:val="ru-RU"/>
        </w:rPr>
        <w:t>«</w:t>
      </w:r>
      <w:r w:rsidRPr="002E7D98">
        <w:rPr>
          <w:sz w:val="28"/>
          <w:szCs w:val="28"/>
          <w:lang w:val="ru-RU"/>
        </w:rPr>
        <w:t>Портал государственных и муниципальных услуг Краснодарского края</w:t>
      </w:r>
      <w:r w:rsidR="00366C3F">
        <w:rPr>
          <w:sz w:val="28"/>
          <w:szCs w:val="28"/>
          <w:lang w:val="ru-RU"/>
        </w:rPr>
        <w:t>»</w:t>
      </w:r>
      <w:r w:rsidRPr="002E7D98">
        <w:rPr>
          <w:sz w:val="28"/>
          <w:szCs w:val="28"/>
          <w:lang w:val="ru-RU"/>
        </w:rPr>
        <w:t xml:space="preserve"> (далее соответственно - категории (признаки) заявителей, реестр услуг, Единый портал или ЕПГУ, Региональный портал или РПГУ).</w:t>
      </w:r>
    </w:p>
    <w:p w:rsidR="0077411A" w:rsidRPr="00EC176B" w:rsidRDefault="008B2948" w:rsidP="003B30D5">
      <w:pPr>
        <w:spacing w:after="0" w:line="240" w:lineRule="auto"/>
        <w:ind w:firstLine="709"/>
        <w:jc w:val="both"/>
        <w:rPr>
          <w:sz w:val="28"/>
          <w:szCs w:val="28"/>
          <w:lang w:val="ru-RU"/>
        </w:rPr>
      </w:pPr>
      <w:r w:rsidRPr="00EC176B">
        <w:rPr>
          <w:sz w:val="28"/>
          <w:szCs w:val="28"/>
          <w:lang w:val="ru-RU"/>
        </w:rPr>
        <w:t xml:space="preserve">Идентификаторы категорий (признаков) заявителя определяются в соответствии с таблицей № 1 </w:t>
      </w:r>
      <w:r w:rsidR="00366C3F">
        <w:rPr>
          <w:sz w:val="28"/>
          <w:szCs w:val="28"/>
          <w:lang w:val="ru-RU"/>
        </w:rPr>
        <w:t>«</w:t>
      </w:r>
      <w:r w:rsidRPr="00EC176B">
        <w:rPr>
          <w:sz w:val="28"/>
          <w:szCs w:val="28"/>
          <w:lang w:val="ru-RU"/>
        </w:rPr>
        <w:t>Перечень результатов предоставления муниципальной услуги</w:t>
      </w:r>
      <w:r w:rsidR="00366C3F">
        <w:rPr>
          <w:sz w:val="28"/>
          <w:szCs w:val="28"/>
          <w:lang w:val="ru-RU"/>
        </w:rPr>
        <w:t>»</w:t>
      </w:r>
      <w:r w:rsidRPr="00EC176B">
        <w:rPr>
          <w:sz w:val="28"/>
          <w:szCs w:val="28"/>
          <w:lang w:val="ru-RU"/>
        </w:rPr>
        <w:t xml:space="preserve"> и таблицей № 2 </w:t>
      </w:r>
      <w:r w:rsidR="00366C3F">
        <w:rPr>
          <w:sz w:val="28"/>
          <w:szCs w:val="28"/>
          <w:lang w:val="ru-RU"/>
        </w:rPr>
        <w:t>«</w:t>
      </w:r>
      <w:r w:rsidRPr="00EC176B">
        <w:rPr>
          <w:sz w:val="28"/>
          <w:szCs w:val="28"/>
          <w:lang w:val="ru-RU"/>
        </w:rPr>
        <w:t>Перечень отдельных признаков заявителей</w:t>
      </w:r>
      <w:r w:rsidR="00366C3F">
        <w:rPr>
          <w:sz w:val="28"/>
          <w:szCs w:val="28"/>
          <w:lang w:val="ru-RU"/>
        </w:rPr>
        <w:t>»</w:t>
      </w:r>
      <w:r w:rsidRPr="00EC176B">
        <w:rPr>
          <w:sz w:val="28"/>
          <w:szCs w:val="28"/>
          <w:lang w:val="ru-RU"/>
        </w:rPr>
        <w:t xml:space="preserve"> приложения </w:t>
      </w:r>
      <w:r w:rsidR="00B870DF">
        <w:rPr>
          <w:sz w:val="28"/>
          <w:szCs w:val="28"/>
          <w:lang w:val="ru-RU"/>
        </w:rPr>
        <w:t xml:space="preserve">№ </w:t>
      </w:r>
      <w:r w:rsidRPr="00EC176B">
        <w:rPr>
          <w:sz w:val="28"/>
          <w:szCs w:val="28"/>
          <w:lang w:val="ru-RU"/>
        </w:rPr>
        <w:t>2 к настоящему административному регламенту.</w:t>
      </w:r>
    </w:p>
    <w:p w:rsidR="0077411A" w:rsidRPr="002E7D98" w:rsidRDefault="008B2948" w:rsidP="003B30D5">
      <w:pPr>
        <w:spacing w:after="0" w:line="240" w:lineRule="auto"/>
        <w:ind w:firstLine="709"/>
        <w:jc w:val="both"/>
        <w:rPr>
          <w:sz w:val="28"/>
          <w:szCs w:val="28"/>
          <w:lang w:val="ru-RU"/>
        </w:rPr>
      </w:pPr>
      <w:r w:rsidRPr="002E7D98">
        <w:rPr>
          <w:sz w:val="28"/>
          <w:szCs w:val="28"/>
          <w:lang w:val="ru-RU"/>
        </w:rPr>
        <w:t>1.3.2. Признаки заявителя определяются путем профилирования, осуществляемого в соответствии с настоящим административным регламентом.</w:t>
      </w:r>
    </w:p>
    <w:p w:rsidR="00366C3F" w:rsidRDefault="00366C3F" w:rsidP="002E7D98">
      <w:pPr>
        <w:spacing w:after="0" w:line="240" w:lineRule="auto"/>
        <w:rPr>
          <w:sz w:val="28"/>
          <w:szCs w:val="28"/>
          <w:lang w:val="ru-RU"/>
        </w:rPr>
      </w:pPr>
    </w:p>
    <w:p w:rsidR="0077411A" w:rsidRPr="00EC176B" w:rsidRDefault="008B2948" w:rsidP="00366C3F">
      <w:pPr>
        <w:spacing w:after="0" w:line="240" w:lineRule="auto"/>
        <w:jc w:val="center"/>
        <w:rPr>
          <w:sz w:val="28"/>
          <w:szCs w:val="28"/>
          <w:lang w:val="ru-RU"/>
        </w:rPr>
      </w:pPr>
      <w:r w:rsidRPr="00EC176B">
        <w:rPr>
          <w:sz w:val="28"/>
          <w:szCs w:val="28"/>
          <w:lang w:val="ru-RU"/>
        </w:rPr>
        <w:t>Раздел 2. Стандарт предоставления муниципальной услуги</w:t>
      </w:r>
    </w:p>
    <w:p w:rsidR="00366C3F" w:rsidRDefault="00366C3F" w:rsidP="002E7D98">
      <w:pPr>
        <w:spacing w:after="0" w:line="240" w:lineRule="auto"/>
        <w:rPr>
          <w:sz w:val="28"/>
          <w:szCs w:val="28"/>
          <w:lang w:val="ru-RU"/>
        </w:rPr>
      </w:pPr>
    </w:p>
    <w:p w:rsidR="0077411A" w:rsidRPr="00EC176B" w:rsidRDefault="008B2948" w:rsidP="003B30D5">
      <w:pPr>
        <w:spacing w:after="0" w:line="240" w:lineRule="auto"/>
        <w:ind w:firstLine="709"/>
        <w:rPr>
          <w:sz w:val="28"/>
          <w:szCs w:val="28"/>
          <w:lang w:val="ru-RU"/>
        </w:rPr>
      </w:pPr>
      <w:r w:rsidRPr="00EC176B">
        <w:rPr>
          <w:sz w:val="28"/>
          <w:szCs w:val="28"/>
          <w:lang w:val="ru-RU"/>
        </w:rPr>
        <w:t>Подраздел 2.1. Наименование муниципальной услуги</w:t>
      </w:r>
    </w:p>
    <w:p w:rsidR="003B30D5" w:rsidRDefault="003B30D5" w:rsidP="002E7D98">
      <w:pPr>
        <w:spacing w:after="0" w:line="240" w:lineRule="auto"/>
        <w:rPr>
          <w:sz w:val="28"/>
          <w:szCs w:val="28"/>
          <w:lang w:val="ru-RU"/>
        </w:rPr>
      </w:pPr>
    </w:p>
    <w:p w:rsidR="0077411A" w:rsidRPr="00EC176B" w:rsidRDefault="008B2948" w:rsidP="00B870DF">
      <w:pPr>
        <w:spacing w:after="0" w:line="240" w:lineRule="auto"/>
        <w:ind w:firstLine="709"/>
        <w:jc w:val="both"/>
        <w:rPr>
          <w:sz w:val="28"/>
          <w:szCs w:val="28"/>
          <w:lang w:val="ru-RU"/>
        </w:rPr>
      </w:pPr>
      <w:r w:rsidRPr="00EC176B">
        <w:rPr>
          <w:sz w:val="28"/>
          <w:szCs w:val="28"/>
          <w:lang w:val="ru-RU"/>
        </w:rPr>
        <w:lastRenderedPageBreak/>
        <w:t xml:space="preserve">Наименование муниципальной услуги </w:t>
      </w:r>
      <w:r w:rsidR="003B30D5">
        <w:rPr>
          <w:sz w:val="28"/>
          <w:szCs w:val="28"/>
          <w:lang w:val="ru-RU"/>
        </w:rPr>
        <w:t>–</w:t>
      </w:r>
      <w:r w:rsidRPr="00EC176B">
        <w:rPr>
          <w:sz w:val="28"/>
          <w:szCs w:val="28"/>
          <w:lang w:val="ru-RU"/>
        </w:rPr>
        <w:t xml:space="preserve"> </w:t>
      </w:r>
      <w:r w:rsidR="003B30D5">
        <w:rPr>
          <w:sz w:val="28"/>
          <w:szCs w:val="28"/>
          <w:lang w:val="ru-RU"/>
        </w:rPr>
        <w:t>«</w:t>
      </w:r>
      <w:r w:rsidRPr="00EC176B">
        <w:rPr>
          <w:sz w:val="28"/>
          <w:szCs w:val="28"/>
          <w:lang w:val="ru-RU"/>
        </w:rPr>
        <w:t>Присвоение, изменение и аннулирование адресов</w:t>
      </w:r>
      <w:r w:rsidR="003B30D5">
        <w:rPr>
          <w:sz w:val="28"/>
          <w:szCs w:val="28"/>
          <w:lang w:val="ru-RU"/>
        </w:rPr>
        <w:t>»</w:t>
      </w:r>
      <w:r w:rsidRPr="00EC176B">
        <w:rPr>
          <w:sz w:val="28"/>
          <w:szCs w:val="28"/>
          <w:lang w:val="ru-RU"/>
        </w:rPr>
        <w:t>.</w:t>
      </w:r>
    </w:p>
    <w:p w:rsidR="003B30D5" w:rsidRDefault="003B30D5" w:rsidP="003B30D5">
      <w:pPr>
        <w:spacing w:after="0" w:line="240" w:lineRule="auto"/>
        <w:ind w:firstLine="709"/>
        <w:jc w:val="both"/>
        <w:rPr>
          <w:sz w:val="28"/>
          <w:szCs w:val="28"/>
          <w:lang w:val="ru-RU"/>
        </w:rPr>
      </w:pPr>
    </w:p>
    <w:p w:rsidR="0077411A" w:rsidRPr="00EC176B" w:rsidRDefault="008B2948" w:rsidP="003B30D5">
      <w:pPr>
        <w:spacing w:after="0" w:line="240" w:lineRule="auto"/>
        <w:ind w:firstLine="709"/>
        <w:jc w:val="both"/>
        <w:rPr>
          <w:sz w:val="28"/>
          <w:szCs w:val="28"/>
          <w:lang w:val="ru-RU"/>
        </w:rPr>
      </w:pPr>
      <w:r w:rsidRPr="00EC176B">
        <w:rPr>
          <w:sz w:val="28"/>
          <w:szCs w:val="28"/>
          <w:lang w:val="ru-RU"/>
        </w:rPr>
        <w:t>Подраздел 2.2. Наименование органа, предоставляющего муниципальную услугу</w:t>
      </w:r>
    </w:p>
    <w:p w:rsidR="003B30D5" w:rsidRDefault="003B30D5" w:rsidP="003B30D5">
      <w:pPr>
        <w:spacing w:after="0" w:line="240" w:lineRule="auto"/>
        <w:ind w:firstLine="709"/>
        <w:jc w:val="both"/>
        <w:rPr>
          <w:sz w:val="28"/>
          <w:szCs w:val="28"/>
          <w:lang w:val="ru-RU"/>
        </w:rPr>
      </w:pPr>
    </w:p>
    <w:p w:rsidR="0077411A" w:rsidRPr="00EC176B" w:rsidRDefault="008B2948" w:rsidP="003B30D5">
      <w:pPr>
        <w:spacing w:after="0" w:line="240" w:lineRule="auto"/>
        <w:ind w:firstLine="709"/>
        <w:jc w:val="both"/>
        <w:rPr>
          <w:sz w:val="28"/>
          <w:szCs w:val="28"/>
          <w:lang w:val="ru-RU"/>
        </w:rPr>
      </w:pPr>
      <w:r w:rsidRPr="00EC176B">
        <w:rPr>
          <w:sz w:val="28"/>
          <w:szCs w:val="28"/>
          <w:lang w:val="ru-RU"/>
        </w:rPr>
        <w:t xml:space="preserve">Предоставление муниципальной услуги осуществляется администрацией Новоджерелиевского сельского поселения Брюховецкого муниципального района Краснодарского края (далее - уполномоченный орган) через </w:t>
      </w:r>
      <w:r w:rsidR="00B870DF">
        <w:rPr>
          <w:sz w:val="28"/>
          <w:szCs w:val="28"/>
          <w:lang w:val="ru-RU"/>
        </w:rPr>
        <w:t>ответственного специалиста</w:t>
      </w:r>
      <w:r w:rsidRPr="00EC176B">
        <w:rPr>
          <w:sz w:val="28"/>
          <w:szCs w:val="28"/>
          <w:lang w:val="ru-RU"/>
        </w:rPr>
        <w:t xml:space="preserve"> администрации Новоджерелиевского сельского поселения Брюховецкого муниципального района Краснодарского края (далее </w:t>
      </w:r>
      <w:r w:rsidR="00B870DF">
        <w:rPr>
          <w:sz w:val="28"/>
          <w:szCs w:val="28"/>
          <w:lang w:val="ru-RU"/>
        </w:rPr>
        <w:t>–</w:t>
      </w:r>
      <w:r w:rsidRPr="00EC176B">
        <w:rPr>
          <w:sz w:val="28"/>
          <w:szCs w:val="28"/>
          <w:lang w:val="ru-RU"/>
        </w:rPr>
        <w:t xml:space="preserve"> </w:t>
      </w:r>
      <w:r w:rsidR="00B870DF">
        <w:rPr>
          <w:sz w:val="28"/>
          <w:szCs w:val="28"/>
          <w:lang w:val="ru-RU"/>
        </w:rPr>
        <w:t>ответственный специалист</w:t>
      </w:r>
      <w:r w:rsidRPr="00EC176B">
        <w:rPr>
          <w:sz w:val="28"/>
          <w:szCs w:val="28"/>
          <w:lang w:val="ru-RU"/>
        </w:rPr>
        <w:t>).</w:t>
      </w:r>
    </w:p>
    <w:p w:rsidR="003B30D5" w:rsidRDefault="003B30D5" w:rsidP="002E7D98">
      <w:pPr>
        <w:spacing w:after="0" w:line="240" w:lineRule="auto"/>
        <w:rPr>
          <w:sz w:val="28"/>
          <w:szCs w:val="28"/>
          <w:lang w:val="ru-RU"/>
        </w:rPr>
      </w:pPr>
    </w:p>
    <w:p w:rsidR="0077411A" w:rsidRPr="00EC176B" w:rsidRDefault="008B2948" w:rsidP="003B30D5">
      <w:pPr>
        <w:spacing w:after="0" w:line="240" w:lineRule="auto"/>
        <w:ind w:firstLine="709"/>
        <w:rPr>
          <w:sz w:val="28"/>
          <w:szCs w:val="28"/>
          <w:lang w:val="ru-RU"/>
        </w:rPr>
      </w:pPr>
      <w:r w:rsidRPr="00EC176B">
        <w:rPr>
          <w:sz w:val="28"/>
          <w:szCs w:val="28"/>
          <w:lang w:val="ru-RU"/>
        </w:rPr>
        <w:t>Подраздел 2.3. Результат предоставления муниципальной услуги</w:t>
      </w:r>
    </w:p>
    <w:p w:rsidR="003B30D5" w:rsidRDefault="003B30D5" w:rsidP="002E7D98">
      <w:pPr>
        <w:spacing w:after="0" w:line="240" w:lineRule="auto"/>
        <w:rPr>
          <w:sz w:val="28"/>
          <w:szCs w:val="28"/>
          <w:lang w:val="ru-RU"/>
        </w:rPr>
      </w:pPr>
    </w:p>
    <w:p w:rsidR="0077411A" w:rsidRPr="00EC176B" w:rsidRDefault="008B2948" w:rsidP="003B30D5">
      <w:pPr>
        <w:spacing w:after="0" w:line="240" w:lineRule="auto"/>
        <w:ind w:firstLine="709"/>
        <w:jc w:val="both"/>
        <w:rPr>
          <w:sz w:val="28"/>
          <w:szCs w:val="28"/>
          <w:lang w:val="ru-RU"/>
        </w:rPr>
      </w:pPr>
      <w:r w:rsidRPr="00EC176B">
        <w:rPr>
          <w:sz w:val="28"/>
          <w:szCs w:val="28"/>
          <w:lang w:val="ru-RU"/>
        </w:rPr>
        <w:t>2.3.1. При обращении заявителя за присвоением, изменением или аннулированием адреса объекту адресации документом, содержащим решение о предоставлении муниципальной услуги, на основании которого заявителю предоставляется результат муниципальной услуги (далее - результат), является:</w:t>
      </w:r>
    </w:p>
    <w:p w:rsidR="0077411A" w:rsidRPr="00EC176B" w:rsidRDefault="008B2948" w:rsidP="003B30D5">
      <w:pPr>
        <w:spacing w:after="0" w:line="240" w:lineRule="auto"/>
        <w:ind w:firstLine="709"/>
        <w:jc w:val="both"/>
        <w:rPr>
          <w:sz w:val="28"/>
          <w:szCs w:val="28"/>
          <w:lang w:val="ru-RU"/>
        </w:rPr>
      </w:pPr>
      <w:r w:rsidRPr="00EC176B">
        <w:rPr>
          <w:sz w:val="28"/>
          <w:szCs w:val="28"/>
          <w:lang w:val="ru-RU"/>
        </w:rPr>
        <w:t>постановление администрации Новоджерелиевского сельского поселения Брюховецкого муниципального района Краснодарского края о присвоении адреса объекту адресации (далее - постановление о присвоении адреса), с учетом требований к его составу, установленных пунктом 22 Правил № 1221, с приложением выписки из государственного адресного реестра об адресе объекта адресации</w:t>
      </w:r>
      <w:r w:rsidR="003B30D5">
        <w:rPr>
          <w:sz w:val="28"/>
          <w:szCs w:val="28"/>
          <w:lang w:val="ru-RU"/>
        </w:rPr>
        <w:t>;</w:t>
      </w:r>
    </w:p>
    <w:p w:rsidR="0077411A" w:rsidRPr="00EC176B" w:rsidRDefault="008B2948" w:rsidP="003B30D5">
      <w:pPr>
        <w:spacing w:after="0" w:line="240" w:lineRule="auto"/>
        <w:ind w:firstLine="709"/>
        <w:jc w:val="both"/>
        <w:rPr>
          <w:sz w:val="28"/>
          <w:szCs w:val="28"/>
          <w:lang w:val="ru-RU"/>
        </w:rPr>
      </w:pPr>
      <w:r w:rsidRPr="00EC176B">
        <w:rPr>
          <w:sz w:val="28"/>
          <w:szCs w:val="28"/>
          <w:lang w:val="ru-RU"/>
        </w:rPr>
        <w:t>постановление администрации Новоджерелиевского сельского поселения Брюховецкого муниципального района Краснодарского края об изменении или аннулировании адреса объекта адресации, с учетом требований к его составу, установленных пунктом 23 Правил № 1221, с приложением уведомления об отсутствии сведений в государственном адресном реестре (далее - распоряжение)</w:t>
      </w:r>
      <w:r w:rsidR="003B30D5">
        <w:rPr>
          <w:sz w:val="28"/>
          <w:szCs w:val="28"/>
          <w:lang w:val="ru-RU"/>
        </w:rPr>
        <w:t>;</w:t>
      </w:r>
    </w:p>
    <w:p w:rsidR="0077411A" w:rsidRPr="00EC176B" w:rsidRDefault="003B30D5" w:rsidP="003B30D5">
      <w:pPr>
        <w:spacing w:after="0" w:line="240" w:lineRule="auto"/>
        <w:ind w:firstLine="709"/>
        <w:jc w:val="both"/>
        <w:rPr>
          <w:sz w:val="28"/>
          <w:szCs w:val="28"/>
          <w:lang w:val="ru-RU"/>
        </w:rPr>
      </w:pPr>
      <w:r>
        <w:rPr>
          <w:sz w:val="28"/>
          <w:szCs w:val="28"/>
          <w:lang w:val="ru-RU"/>
        </w:rPr>
        <w:t>р</w:t>
      </w:r>
      <w:r w:rsidR="008B2948" w:rsidRPr="00EC176B">
        <w:rPr>
          <w:sz w:val="28"/>
          <w:szCs w:val="28"/>
          <w:lang w:val="ru-RU"/>
        </w:rPr>
        <w:t>ешение об аннулировании адреса объекта адресации в случае присвоения объекту адресации нового адреса объединяется с постановлением о присвоении этому объекту адресации нового адреса</w:t>
      </w:r>
      <w:r>
        <w:rPr>
          <w:sz w:val="28"/>
          <w:szCs w:val="28"/>
          <w:lang w:val="ru-RU"/>
        </w:rPr>
        <w:t>;</w:t>
      </w:r>
    </w:p>
    <w:p w:rsidR="0077411A" w:rsidRPr="00EC176B" w:rsidRDefault="003B30D5" w:rsidP="003B30D5">
      <w:pPr>
        <w:spacing w:after="0" w:line="240" w:lineRule="auto"/>
        <w:ind w:firstLine="709"/>
        <w:jc w:val="both"/>
        <w:rPr>
          <w:sz w:val="28"/>
          <w:szCs w:val="28"/>
          <w:lang w:val="ru-RU"/>
        </w:rPr>
      </w:pPr>
      <w:r>
        <w:rPr>
          <w:sz w:val="28"/>
          <w:szCs w:val="28"/>
          <w:lang w:val="ru-RU"/>
        </w:rPr>
        <w:t>р</w:t>
      </w:r>
      <w:r w:rsidR="008B2948" w:rsidRPr="00EC176B">
        <w:rPr>
          <w:sz w:val="28"/>
          <w:szCs w:val="28"/>
          <w:lang w:val="ru-RU"/>
        </w:rPr>
        <w:t xml:space="preserve">ешение об отказе в присвоении адреса объекту адресации об изменении или аннулировании его адреса (далее - письменный отказ), оформленный по форме приложения № 2 к приказу Министерства финансов Российской Федерации от 11 декабря 2014 года № 146н </w:t>
      </w:r>
      <w:r>
        <w:rPr>
          <w:sz w:val="28"/>
          <w:szCs w:val="28"/>
          <w:lang w:val="ru-RU"/>
        </w:rPr>
        <w:t>«</w:t>
      </w:r>
      <w:r w:rsidR="008B2948" w:rsidRPr="00EC176B">
        <w:rPr>
          <w:sz w:val="28"/>
          <w:szCs w:val="28"/>
          <w:lang w:val="ru-RU"/>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Pr>
          <w:sz w:val="28"/>
          <w:szCs w:val="28"/>
          <w:lang w:val="ru-RU"/>
        </w:rPr>
        <w:t>»</w:t>
      </w:r>
      <w:r w:rsidR="008B2948" w:rsidRPr="00EC176B">
        <w:rPr>
          <w:sz w:val="28"/>
          <w:szCs w:val="28"/>
          <w:lang w:val="ru-RU"/>
        </w:rPr>
        <w:t xml:space="preserve"> (далее - приказ Минфина России - 146н), перечень оснований для отказа в приеме заявления о предоставлении муниципальной услуги и документов, необходимых </w:t>
      </w:r>
      <w:r w:rsidR="008B2948" w:rsidRPr="00EC176B">
        <w:rPr>
          <w:sz w:val="28"/>
          <w:szCs w:val="28"/>
          <w:lang w:val="ru-RU"/>
        </w:rPr>
        <w:lastRenderedPageBreak/>
        <w:t xml:space="preserve">для предоставления муниципальной услуги </w:t>
      </w:r>
      <w:r w:rsidR="00AA4B04">
        <w:rPr>
          <w:sz w:val="28"/>
          <w:szCs w:val="28"/>
          <w:lang w:val="ru-RU"/>
        </w:rPr>
        <w:t>приведен</w:t>
      </w:r>
      <w:r w:rsidR="008B2948" w:rsidRPr="00EC176B">
        <w:rPr>
          <w:sz w:val="28"/>
          <w:szCs w:val="28"/>
          <w:lang w:val="ru-RU"/>
        </w:rPr>
        <w:t xml:space="preserve"> в приложении </w:t>
      </w:r>
      <w:r>
        <w:rPr>
          <w:sz w:val="28"/>
          <w:szCs w:val="28"/>
          <w:lang w:val="ru-RU"/>
        </w:rPr>
        <w:t xml:space="preserve">№ </w:t>
      </w:r>
      <w:r w:rsidR="008B2948" w:rsidRPr="00EC176B">
        <w:rPr>
          <w:sz w:val="28"/>
          <w:szCs w:val="28"/>
          <w:lang w:val="ru-RU"/>
        </w:rPr>
        <w:t xml:space="preserve">4 к административному регламенту, в случае наличия хотя бы одного из оснований для отказа в предоставлении муниципальной услуги, </w:t>
      </w:r>
      <w:r w:rsidR="00AA4B04">
        <w:rPr>
          <w:sz w:val="28"/>
          <w:szCs w:val="28"/>
          <w:lang w:val="ru-RU"/>
        </w:rPr>
        <w:t>приведенных</w:t>
      </w:r>
      <w:r w:rsidR="008B2948" w:rsidRPr="00EC176B">
        <w:rPr>
          <w:sz w:val="28"/>
          <w:szCs w:val="28"/>
          <w:lang w:val="ru-RU"/>
        </w:rPr>
        <w:t xml:space="preserve"> в таблице № 1 приложения </w:t>
      </w:r>
      <w:r>
        <w:rPr>
          <w:sz w:val="28"/>
          <w:szCs w:val="28"/>
          <w:lang w:val="ru-RU"/>
        </w:rPr>
        <w:t xml:space="preserve">№ </w:t>
      </w:r>
      <w:r w:rsidR="008B2948" w:rsidRPr="00EC176B">
        <w:rPr>
          <w:sz w:val="28"/>
          <w:szCs w:val="28"/>
          <w:lang w:val="ru-RU"/>
        </w:rPr>
        <w:t>5 к настоящему административному регламенту.</w:t>
      </w:r>
    </w:p>
    <w:p w:rsidR="0077411A" w:rsidRPr="00EC176B" w:rsidRDefault="008B2948" w:rsidP="003B30D5">
      <w:pPr>
        <w:spacing w:after="0" w:line="240" w:lineRule="auto"/>
        <w:ind w:firstLine="709"/>
        <w:jc w:val="both"/>
        <w:rPr>
          <w:sz w:val="28"/>
          <w:szCs w:val="28"/>
          <w:lang w:val="ru-RU"/>
        </w:rPr>
      </w:pPr>
      <w:r w:rsidRPr="00EC176B">
        <w:rPr>
          <w:sz w:val="28"/>
          <w:szCs w:val="28"/>
          <w:lang w:val="ru-RU"/>
        </w:rPr>
        <w:t xml:space="preserve">Результат является единым для всех категорий заявителей, предусмотренных подразделом 1.2 раздела </w:t>
      </w:r>
      <w:r w:rsidRPr="002E7D98">
        <w:rPr>
          <w:sz w:val="28"/>
          <w:szCs w:val="28"/>
        </w:rPr>
        <w:t>I</w:t>
      </w:r>
      <w:r w:rsidRPr="00EC176B">
        <w:rPr>
          <w:sz w:val="28"/>
          <w:szCs w:val="28"/>
          <w:lang w:val="ru-RU"/>
        </w:rPr>
        <w:t xml:space="preserve"> настоящего административного регламента.</w:t>
      </w:r>
    </w:p>
    <w:p w:rsidR="0077411A" w:rsidRPr="002E7D98" w:rsidRDefault="008B2948" w:rsidP="003B30D5">
      <w:pPr>
        <w:spacing w:after="0" w:line="240" w:lineRule="auto"/>
        <w:ind w:firstLine="709"/>
        <w:jc w:val="both"/>
        <w:rPr>
          <w:sz w:val="28"/>
          <w:szCs w:val="28"/>
          <w:lang w:val="ru-RU"/>
        </w:rPr>
      </w:pPr>
      <w:r w:rsidRPr="002E7D98">
        <w:rPr>
          <w:sz w:val="28"/>
          <w:szCs w:val="28"/>
          <w:lang w:val="ru-RU"/>
        </w:rPr>
        <w:t>2.3.2. При обращении заявителя за исправлением технической ошибки в ранее выданном решении результатом является исправленный документ без опечаток и ошибок, взамен ранее выданного;</w:t>
      </w:r>
    </w:p>
    <w:p w:rsidR="0077411A" w:rsidRPr="00EC176B" w:rsidRDefault="008B2948" w:rsidP="003B30D5">
      <w:pPr>
        <w:spacing w:after="0" w:line="240" w:lineRule="auto"/>
        <w:ind w:firstLine="709"/>
        <w:jc w:val="both"/>
        <w:rPr>
          <w:sz w:val="28"/>
          <w:szCs w:val="28"/>
          <w:lang w:val="ru-RU"/>
        </w:rPr>
      </w:pPr>
      <w:r w:rsidRPr="00EC176B">
        <w:rPr>
          <w:sz w:val="28"/>
          <w:szCs w:val="28"/>
          <w:lang w:val="ru-RU"/>
        </w:rPr>
        <w:t xml:space="preserve">письмо администрации Новоджерелиевского сельского поселения Брюховецкого муниципального района Краснодарского края об отказе в исправлении допущенных опечаток и ошибок в постановлении, в случае наличия хотя бы одного из оснований для отказа, </w:t>
      </w:r>
      <w:r w:rsidR="00AA4B04">
        <w:rPr>
          <w:sz w:val="28"/>
          <w:szCs w:val="28"/>
          <w:lang w:val="ru-RU"/>
        </w:rPr>
        <w:t>приведенных</w:t>
      </w:r>
      <w:r w:rsidRPr="00EC176B">
        <w:rPr>
          <w:sz w:val="28"/>
          <w:szCs w:val="28"/>
          <w:lang w:val="ru-RU"/>
        </w:rPr>
        <w:t xml:space="preserve"> в таблице № 2 приложения 5 настоящего административного регламента (далее - письменный отказ).</w:t>
      </w:r>
    </w:p>
    <w:p w:rsidR="0077411A" w:rsidRPr="00EC176B" w:rsidRDefault="008B2948" w:rsidP="003B30D5">
      <w:pPr>
        <w:spacing w:after="0" w:line="240" w:lineRule="auto"/>
        <w:ind w:firstLine="709"/>
        <w:jc w:val="both"/>
        <w:rPr>
          <w:sz w:val="28"/>
          <w:szCs w:val="28"/>
          <w:lang w:val="ru-RU"/>
        </w:rPr>
      </w:pPr>
      <w:r w:rsidRPr="00EC176B">
        <w:rPr>
          <w:sz w:val="28"/>
          <w:szCs w:val="28"/>
          <w:lang w:val="ru-RU"/>
        </w:rPr>
        <w:t xml:space="preserve">Результат является единым для всех категорий заявителей, предусмотренных подразделом 1.2 раздела </w:t>
      </w:r>
      <w:r w:rsidRPr="002E7D98">
        <w:rPr>
          <w:sz w:val="28"/>
          <w:szCs w:val="28"/>
        </w:rPr>
        <w:t>I</w:t>
      </w:r>
      <w:r w:rsidRPr="00EC176B">
        <w:rPr>
          <w:sz w:val="28"/>
          <w:szCs w:val="28"/>
          <w:lang w:val="ru-RU"/>
        </w:rPr>
        <w:t xml:space="preserve"> настоящего административного регламента.</w:t>
      </w:r>
    </w:p>
    <w:p w:rsidR="0077411A" w:rsidRPr="002E7D98" w:rsidRDefault="008B2948" w:rsidP="003B30D5">
      <w:pPr>
        <w:spacing w:after="0" w:line="240" w:lineRule="auto"/>
        <w:ind w:firstLine="709"/>
        <w:jc w:val="both"/>
        <w:rPr>
          <w:sz w:val="28"/>
          <w:szCs w:val="28"/>
          <w:lang w:val="ru-RU"/>
        </w:rPr>
      </w:pPr>
      <w:r w:rsidRPr="002E7D98">
        <w:rPr>
          <w:sz w:val="28"/>
          <w:szCs w:val="28"/>
          <w:lang w:val="ru-RU"/>
        </w:rPr>
        <w:t>2.3.3. При обращении заявителя за получением дубликата постановления администрации Новоджерелиевского сельского поселения Брюховецкого муниципального района Краснодарского края результатом является:</w:t>
      </w:r>
    </w:p>
    <w:p w:rsidR="0077411A" w:rsidRPr="00EC176B" w:rsidRDefault="008B2948" w:rsidP="003B30D5">
      <w:pPr>
        <w:spacing w:after="0" w:line="240" w:lineRule="auto"/>
        <w:ind w:firstLine="709"/>
        <w:jc w:val="both"/>
        <w:rPr>
          <w:sz w:val="28"/>
          <w:szCs w:val="28"/>
          <w:lang w:val="ru-RU"/>
        </w:rPr>
      </w:pPr>
      <w:r w:rsidRPr="00EC176B">
        <w:rPr>
          <w:sz w:val="28"/>
          <w:szCs w:val="28"/>
          <w:lang w:val="ru-RU"/>
        </w:rPr>
        <w:t xml:space="preserve"> дубликат постановления администрации Новоджерелиевского сельского поселения Брюховецкого муниципального района Краснодарского края, выданный по результату ранее предоставленной муниципальной услуги (далее - дубликат);</w:t>
      </w:r>
    </w:p>
    <w:p w:rsidR="0077411A" w:rsidRPr="00EC176B" w:rsidRDefault="008B2948" w:rsidP="003B30D5">
      <w:pPr>
        <w:spacing w:after="0" w:line="240" w:lineRule="auto"/>
        <w:ind w:firstLine="709"/>
        <w:jc w:val="both"/>
        <w:rPr>
          <w:sz w:val="28"/>
          <w:szCs w:val="28"/>
          <w:lang w:val="ru-RU"/>
        </w:rPr>
      </w:pPr>
      <w:r w:rsidRPr="00EC176B">
        <w:rPr>
          <w:sz w:val="28"/>
          <w:szCs w:val="28"/>
          <w:lang w:val="ru-RU"/>
        </w:rPr>
        <w:t xml:space="preserve">письмо администрации Новоджерелиевского сельского поселения Брюховецкого муниципального района Краснодарского края об отказе в выдаче дубликата, в случае наличия хотя бы одного из оснований для отказа, </w:t>
      </w:r>
      <w:r w:rsidR="00AA4B04">
        <w:rPr>
          <w:sz w:val="28"/>
          <w:szCs w:val="28"/>
          <w:lang w:val="ru-RU"/>
        </w:rPr>
        <w:t>приведенных</w:t>
      </w:r>
      <w:r w:rsidRPr="00EC176B">
        <w:rPr>
          <w:sz w:val="28"/>
          <w:szCs w:val="28"/>
          <w:lang w:val="ru-RU"/>
        </w:rPr>
        <w:t xml:space="preserve"> в таблице № 3 приложения </w:t>
      </w:r>
      <w:r w:rsidR="003B30D5">
        <w:rPr>
          <w:sz w:val="28"/>
          <w:szCs w:val="28"/>
          <w:lang w:val="ru-RU"/>
        </w:rPr>
        <w:t xml:space="preserve">№ </w:t>
      </w:r>
      <w:r w:rsidRPr="00EC176B">
        <w:rPr>
          <w:sz w:val="28"/>
          <w:szCs w:val="28"/>
          <w:lang w:val="ru-RU"/>
        </w:rPr>
        <w:t>5 настоящего административного регламента (далее - письменный отказ).</w:t>
      </w:r>
    </w:p>
    <w:p w:rsidR="0077411A" w:rsidRPr="00EC176B" w:rsidRDefault="008B2948" w:rsidP="003B30D5">
      <w:pPr>
        <w:spacing w:after="0" w:line="240" w:lineRule="auto"/>
        <w:ind w:firstLine="709"/>
        <w:jc w:val="both"/>
        <w:rPr>
          <w:sz w:val="28"/>
          <w:szCs w:val="28"/>
          <w:lang w:val="ru-RU"/>
        </w:rPr>
      </w:pPr>
      <w:r w:rsidRPr="00EC176B">
        <w:rPr>
          <w:sz w:val="28"/>
          <w:szCs w:val="28"/>
          <w:lang w:val="ru-RU"/>
        </w:rPr>
        <w:t xml:space="preserve">Результат является единым для всех категорий заявителей, предусмотренных подразделом 1.2 раздела </w:t>
      </w:r>
      <w:r w:rsidRPr="002E7D98">
        <w:rPr>
          <w:sz w:val="28"/>
          <w:szCs w:val="28"/>
        </w:rPr>
        <w:t>I</w:t>
      </w:r>
      <w:r w:rsidRPr="00EC176B">
        <w:rPr>
          <w:sz w:val="28"/>
          <w:szCs w:val="28"/>
          <w:lang w:val="ru-RU"/>
        </w:rPr>
        <w:t xml:space="preserve"> настоящего административного регламента.</w:t>
      </w:r>
    </w:p>
    <w:p w:rsidR="0077411A" w:rsidRPr="002E7D98" w:rsidRDefault="008B2948" w:rsidP="00C9448A">
      <w:pPr>
        <w:spacing w:after="0" w:line="240" w:lineRule="auto"/>
        <w:ind w:firstLine="709"/>
        <w:jc w:val="both"/>
        <w:rPr>
          <w:sz w:val="28"/>
          <w:szCs w:val="28"/>
          <w:lang w:val="ru-RU"/>
        </w:rPr>
      </w:pPr>
      <w:r w:rsidRPr="002E7D98">
        <w:rPr>
          <w:sz w:val="28"/>
          <w:szCs w:val="28"/>
          <w:lang w:val="ru-RU"/>
        </w:rPr>
        <w:t xml:space="preserve">2.3.4. Формирование реестровой записи в РГИС </w:t>
      </w:r>
      <w:r w:rsidR="00C9448A">
        <w:rPr>
          <w:sz w:val="28"/>
          <w:szCs w:val="28"/>
          <w:lang w:val="ru-RU"/>
        </w:rPr>
        <w:t>«</w:t>
      </w:r>
      <w:r w:rsidRPr="002E7D98">
        <w:rPr>
          <w:sz w:val="28"/>
          <w:szCs w:val="28"/>
          <w:lang w:val="ru-RU"/>
        </w:rPr>
        <w:t>Реестр государственных и муниципальных услуг Краснодарского края</w:t>
      </w:r>
      <w:r w:rsidR="00C9448A">
        <w:rPr>
          <w:sz w:val="28"/>
          <w:szCs w:val="28"/>
          <w:lang w:val="ru-RU"/>
        </w:rPr>
        <w:t>»</w:t>
      </w:r>
      <w:r w:rsidRPr="002E7D98">
        <w:rPr>
          <w:sz w:val="28"/>
          <w:szCs w:val="28"/>
          <w:lang w:val="ru-RU"/>
        </w:rPr>
        <w:t xml:space="preserve"> в качестве результата предоставления муниципальной услуги не предусмотрено.</w:t>
      </w:r>
    </w:p>
    <w:p w:rsidR="0077411A" w:rsidRPr="002E7D98" w:rsidRDefault="008B2948" w:rsidP="00C9448A">
      <w:pPr>
        <w:spacing w:after="0" w:line="240" w:lineRule="auto"/>
        <w:ind w:firstLine="709"/>
        <w:jc w:val="both"/>
        <w:rPr>
          <w:sz w:val="28"/>
          <w:szCs w:val="28"/>
          <w:lang w:val="ru-RU"/>
        </w:rPr>
      </w:pPr>
      <w:r w:rsidRPr="002E7D98">
        <w:rPr>
          <w:sz w:val="28"/>
          <w:szCs w:val="28"/>
          <w:lang w:val="ru-RU"/>
        </w:rPr>
        <w:t>2.3.5. Результат предоставления муниципальной услуги может быть получен по выбору заявителя одним из следующих способов:</w:t>
      </w:r>
    </w:p>
    <w:p w:rsidR="0077411A" w:rsidRPr="00EC176B" w:rsidRDefault="008B2948" w:rsidP="00C9448A">
      <w:pPr>
        <w:spacing w:after="0" w:line="240" w:lineRule="auto"/>
        <w:ind w:firstLine="709"/>
        <w:jc w:val="both"/>
        <w:rPr>
          <w:sz w:val="28"/>
          <w:szCs w:val="28"/>
          <w:lang w:val="ru-RU"/>
        </w:rPr>
      </w:pPr>
      <w:r w:rsidRPr="00EC176B">
        <w:rPr>
          <w:sz w:val="28"/>
          <w:szCs w:val="28"/>
          <w:lang w:val="ru-RU"/>
        </w:rPr>
        <w:t>1) путем личного обращения в уполномоченный орган - на бумажном носителе;</w:t>
      </w:r>
    </w:p>
    <w:p w:rsidR="0077411A" w:rsidRPr="00EC176B" w:rsidRDefault="008B2948" w:rsidP="00C9448A">
      <w:pPr>
        <w:spacing w:after="0" w:line="240" w:lineRule="auto"/>
        <w:ind w:firstLine="709"/>
        <w:jc w:val="both"/>
        <w:rPr>
          <w:sz w:val="28"/>
          <w:szCs w:val="28"/>
          <w:lang w:val="ru-RU"/>
        </w:rPr>
      </w:pPr>
      <w:r w:rsidRPr="00EC176B">
        <w:rPr>
          <w:sz w:val="28"/>
          <w:szCs w:val="28"/>
          <w:lang w:val="ru-RU"/>
        </w:rPr>
        <w:t>2) путем направления почтового отправления с объявленной ценностью и описью вложения, с уведомлением о вручении - на бумажном носителе;</w:t>
      </w:r>
    </w:p>
    <w:p w:rsidR="0077411A" w:rsidRPr="00EC176B" w:rsidRDefault="008B2948" w:rsidP="00C9448A">
      <w:pPr>
        <w:spacing w:after="0" w:line="240" w:lineRule="auto"/>
        <w:ind w:firstLine="709"/>
        <w:jc w:val="both"/>
        <w:rPr>
          <w:sz w:val="28"/>
          <w:szCs w:val="28"/>
          <w:lang w:val="ru-RU"/>
        </w:rPr>
      </w:pPr>
      <w:r w:rsidRPr="00EC176B">
        <w:rPr>
          <w:sz w:val="28"/>
          <w:szCs w:val="28"/>
          <w:lang w:val="ru-RU"/>
        </w:rPr>
        <w:lastRenderedPageBreak/>
        <w:t xml:space="preserve">3) путем личного обращения в государственное автономное учреждение Краснодарского края </w:t>
      </w:r>
      <w:r w:rsidR="00C9448A">
        <w:rPr>
          <w:sz w:val="28"/>
          <w:szCs w:val="28"/>
          <w:lang w:val="ru-RU"/>
        </w:rPr>
        <w:t>«</w:t>
      </w:r>
      <w:r w:rsidRPr="00EC176B">
        <w:rPr>
          <w:sz w:val="28"/>
          <w:szCs w:val="28"/>
          <w:lang w:val="ru-RU"/>
        </w:rPr>
        <w:t>Многофункциональный центр предоставления государственных и муниципальных услуг Краснодарского края</w:t>
      </w:r>
      <w:r w:rsidR="00C9448A">
        <w:rPr>
          <w:sz w:val="28"/>
          <w:szCs w:val="28"/>
          <w:lang w:val="ru-RU"/>
        </w:rPr>
        <w:t>»</w:t>
      </w:r>
      <w:r w:rsidRPr="00EC176B">
        <w:rPr>
          <w:sz w:val="28"/>
          <w:szCs w:val="28"/>
          <w:lang w:val="ru-RU"/>
        </w:rPr>
        <w:t xml:space="preserve"> (далее - МФЦ), - на бумажном носителе или в форме электронного документа, подписанного усиленной электронной цифровой подписью уполномоченного должностного лица, или в форме распечатанного экземпляра электронного документа на бумажном носителе;</w:t>
      </w:r>
    </w:p>
    <w:p w:rsidR="0077411A" w:rsidRPr="00EC176B" w:rsidRDefault="00C9448A" w:rsidP="00C9448A">
      <w:pPr>
        <w:spacing w:after="0" w:line="240" w:lineRule="auto"/>
        <w:ind w:firstLine="709"/>
        <w:jc w:val="both"/>
        <w:rPr>
          <w:sz w:val="28"/>
          <w:szCs w:val="28"/>
          <w:lang w:val="ru-RU"/>
        </w:rPr>
      </w:pPr>
      <w:r>
        <w:rPr>
          <w:sz w:val="28"/>
          <w:szCs w:val="28"/>
          <w:lang w:val="ru-RU"/>
        </w:rPr>
        <w:t>4</w:t>
      </w:r>
      <w:r w:rsidR="008B2948" w:rsidRPr="00EC176B">
        <w:rPr>
          <w:sz w:val="28"/>
          <w:szCs w:val="28"/>
          <w:lang w:val="ru-RU"/>
        </w:rPr>
        <w:t>) по экстерриториальному принципу, то есть независимо от его места жительства или места пребывания - для физических лиц, включая индивидуальных предпринимателей, либо места нахождения - для юридических лиц (далее - экстерриториальный принцип).</w:t>
      </w:r>
    </w:p>
    <w:p w:rsidR="0077411A" w:rsidRPr="00EC176B" w:rsidRDefault="008B2948" w:rsidP="00C9448A">
      <w:pPr>
        <w:spacing w:after="0" w:line="240" w:lineRule="auto"/>
        <w:ind w:firstLine="709"/>
        <w:jc w:val="both"/>
        <w:rPr>
          <w:sz w:val="28"/>
          <w:szCs w:val="28"/>
          <w:lang w:val="ru-RU"/>
        </w:rPr>
      </w:pPr>
      <w:r w:rsidRPr="00EC176B">
        <w:rPr>
          <w:sz w:val="28"/>
          <w:szCs w:val="28"/>
          <w:lang w:val="ru-RU"/>
        </w:rPr>
        <w:t xml:space="preserve">Документ направляется заявителю через МФЦ - на бумажном носителе посредством почтового отправления с уведомлением или в виде электронных документов и (или) электронных образов документов через </w:t>
      </w:r>
      <w:r w:rsidR="00C9448A">
        <w:rPr>
          <w:sz w:val="28"/>
          <w:szCs w:val="28"/>
          <w:lang w:val="ru-RU"/>
        </w:rPr>
        <w:t>«</w:t>
      </w:r>
      <w:r w:rsidRPr="00EC176B">
        <w:rPr>
          <w:sz w:val="28"/>
          <w:szCs w:val="28"/>
          <w:lang w:val="ru-RU"/>
        </w:rPr>
        <w:t>Личный кабинет</w:t>
      </w:r>
      <w:r w:rsidR="00C9448A">
        <w:rPr>
          <w:sz w:val="28"/>
          <w:szCs w:val="28"/>
          <w:lang w:val="ru-RU"/>
        </w:rPr>
        <w:t>»</w:t>
      </w:r>
      <w:r w:rsidRPr="00EC176B">
        <w:rPr>
          <w:sz w:val="28"/>
          <w:szCs w:val="28"/>
          <w:lang w:val="ru-RU"/>
        </w:rPr>
        <w:t xml:space="preserve"> заявителя на ЕПГУ, РПГУ или на </w:t>
      </w:r>
      <w:r w:rsidRPr="002E7D98">
        <w:rPr>
          <w:sz w:val="28"/>
          <w:szCs w:val="28"/>
        </w:rPr>
        <w:t>e</w:t>
      </w:r>
      <w:r w:rsidRPr="00EC176B">
        <w:rPr>
          <w:sz w:val="28"/>
          <w:szCs w:val="28"/>
          <w:lang w:val="ru-RU"/>
        </w:rPr>
        <w:t>-</w:t>
      </w:r>
      <w:r w:rsidRPr="002E7D98">
        <w:rPr>
          <w:sz w:val="28"/>
          <w:szCs w:val="28"/>
        </w:rPr>
        <w:t>mail</w:t>
      </w:r>
      <w:r w:rsidRPr="00EC176B">
        <w:rPr>
          <w:sz w:val="28"/>
          <w:szCs w:val="28"/>
          <w:lang w:val="ru-RU"/>
        </w:rPr>
        <w:t xml:space="preserve"> электронной почты заявителя;</w:t>
      </w:r>
    </w:p>
    <w:p w:rsidR="0077411A" w:rsidRPr="00EC176B" w:rsidRDefault="00C9448A" w:rsidP="00C9448A">
      <w:pPr>
        <w:spacing w:after="0" w:line="240" w:lineRule="auto"/>
        <w:ind w:firstLine="709"/>
        <w:jc w:val="both"/>
        <w:rPr>
          <w:sz w:val="28"/>
          <w:szCs w:val="28"/>
          <w:lang w:val="ru-RU"/>
        </w:rPr>
      </w:pPr>
      <w:r>
        <w:rPr>
          <w:sz w:val="28"/>
          <w:szCs w:val="28"/>
          <w:lang w:val="ru-RU"/>
        </w:rPr>
        <w:t>5</w:t>
      </w:r>
      <w:r w:rsidR="008B2948" w:rsidRPr="00EC176B">
        <w:rPr>
          <w:sz w:val="28"/>
          <w:szCs w:val="28"/>
          <w:lang w:val="ru-RU"/>
        </w:rPr>
        <w:t xml:space="preserve">) в </w:t>
      </w:r>
      <w:r>
        <w:rPr>
          <w:sz w:val="28"/>
          <w:szCs w:val="28"/>
          <w:lang w:val="ru-RU"/>
        </w:rPr>
        <w:t>«</w:t>
      </w:r>
      <w:r w:rsidR="008B2948" w:rsidRPr="00EC176B">
        <w:rPr>
          <w:sz w:val="28"/>
          <w:szCs w:val="28"/>
          <w:lang w:val="ru-RU"/>
        </w:rPr>
        <w:t>Личном кабинете</w:t>
      </w:r>
      <w:r>
        <w:rPr>
          <w:sz w:val="28"/>
          <w:szCs w:val="28"/>
          <w:lang w:val="ru-RU"/>
        </w:rPr>
        <w:t>»</w:t>
      </w:r>
      <w:r w:rsidR="008B2948" w:rsidRPr="00EC176B">
        <w:rPr>
          <w:sz w:val="28"/>
          <w:szCs w:val="28"/>
          <w:lang w:val="ru-RU"/>
        </w:rPr>
        <w:t xml:space="preserve"> заявителя ЕПГУ, РПГУ - в форме </w:t>
      </w:r>
      <w:r w:rsidRPr="00EC176B">
        <w:rPr>
          <w:sz w:val="28"/>
          <w:szCs w:val="28"/>
          <w:lang w:val="ru-RU"/>
        </w:rPr>
        <w:t>электронного документа,</w:t>
      </w:r>
      <w:r w:rsidR="008B2948" w:rsidRPr="00EC176B">
        <w:rPr>
          <w:sz w:val="28"/>
          <w:szCs w:val="28"/>
          <w:lang w:val="ru-RU"/>
        </w:rPr>
        <w:t xml:space="preserve"> подписанного усиленной электронной цифровой подписью уполномоченного должностного лица;</w:t>
      </w:r>
    </w:p>
    <w:p w:rsidR="0077411A" w:rsidRPr="00EC176B" w:rsidRDefault="00C9448A" w:rsidP="00C9448A">
      <w:pPr>
        <w:spacing w:after="0" w:line="240" w:lineRule="auto"/>
        <w:ind w:firstLine="709"/>
        <w:jc w:val="both"/>
        <w:rPr>
          <w:sz w:val="28"/>
          <w:szCs w:val="28"/>
          <w:lang w:val="ru-RU"/>
        </w:rPr>
      </w:pPr>
      <w:r>
        <w:rPr>
          <w:sz w:val="28"/>
          <w:szCs w:val="28"/>
          <w:lang w:val="ru-RU"/>
        </w:rPr>
        <w:t>6</w:t>
      </w:r>
      <w:r w:rsidR="008B2948" w:rsidRPr="00EC176B">
        <w:rPr>
          <w:sz w:val="28"/>
          <w:szCs w:val="28"/>
          <w:lang w:val="ru-RU"/>
        </w:rPr>
        <w:t xml:space="preserve">) путем направления на адрес </w:t>
      </w:r>
      <w:r w:rsidR="008B2948" w:rsidRPr="002E7D98">
        <w:rPr>
          <w:sz w:val="28"/>
          <w:szCs w:val="28"/>
        </w:rPr>
        <w:t>e</w:t>
      </w:r>
      <w:r w:rsidR="008B2948" w:rsidRPr="00EC176B">
        <w:rPr>
          <w:sz w:val="28"/>
          <w:szCs w:val="28"/>
          <w:lang w:val="ru-RU"/>
        </w:rPr>
        <w:t>-</w:t>
      </w:r>
      <w:r w:rsidR="008B2948" w:rsidRPr="002E7D98">
        <w:rPr>
          <w:sz w:val="28"/>
          <w:szCs w:val="28"/>
        </w:rPr>
        <w:t>mail</w:t>
      </w:r>
      <w:r w:rsidR="008B2948" w:rsidRPr="00EC176B">
        <w:rPr>
          <w:sz w:val="28"/>
          <w:szCs w:val="28"/>
          <w:lang w:val="ru-RU"/>
        </w:rPr>
        <w:t xml:space="preserve"> электронной почты заявителя - в форме </w:t>
      </w:r>
      <w:r w:rsidRPr="00EC176B">
        <w:rPr>
          <w:sz w:val="28"/>
          <w:szCs w:val="28"/>
          <w:lang w:val="ru-RU"/>
        </w:rPr>
        <w:t>электронного документа,</w:t>
      </w:r>
      <w:r w:rsidR="008B2948" w:rsidRPr="00EC176B">
        <w:rPr>
          <w:sz w:val="28"/>
          <w:szCs w:val="28"/>
          <w:lang w:val="ru-RU"/>
        </w:rPr>
        <w:t xml:space="preserve"> подписанного усиленной электронной цифровой подписью уполномоченного должностного лица.</w:t>
      </w:r>
    </w:p>
    <w:p w:rsidR="00C9448A" w:rsidRDefault="00C9448A" w:rsidP="002E7D98">
      <w:pPr>
        <w:spacing w:after="0" w:line="240" w:lineRule="auto"/>
        <w:rPr>
          <w:sz w:val="28"/>
          <w:szCs w:val="28"/>
          <w:lang w:val="ru-RU"/>
        </w:rPr>
      </w:pPr>
    </w:p>
    <w:p w:rsidR="0077411A" w:rsidRPr="00EC176B" w:rsidRDefault="008B2948" w:rsidP="00C9448A">
      <w:pPr>
        <w:spacing w:after="0" w:line="240" w:lineRule="auto"/>
        <w:ind w:firstLine="709"/>
        <w:rPr>
          <w:sz w:val="28"/>
          <w:szCs w:val="28"/>
          <w:lang w:val="ru-RU"/>
        </w:rPr>
      </w:pPr>
      <w:r w:rsidRPr="00EC176B">
        <w:rPr>
          <w:sz w:val="28"/>
          <w:szCs w:val="28"/>
          <w:lang w:val="ru-RU"/>
        </w:rPr>
        <w:t>Подраздел 2.4. Срок предоставления муниципальной услуги</w:t>
      </w:r>
    </w:p>
    <w:p w:rsidR="00C9448A" w:rsidRDefault="00C9448A" w:rsidP="002E7D98">
      <w:pPr>
        <w:spacing w:after="0" w:line="240" w:lineRule="auto"/>
        <w:rPr>
          <w:sz w:val="28"/>
          <w:szCs w:val="28"/>
          <w:lang w:val="ru-RU"/>
        </w:rPr>
      </w:pPr>
    </w:p>
    <w:p w:rsidR="0077411A" w:rsidRPr="002E7D98" w:rsidRDefault="008B2948" w:rsidP="00C9448A">
      <w:pPr>
        <w:spacing w:after="0" w:line="240" w:lineRule="auto"/>
        <w:ind w:firstLine="709"/>
        <w:jc w:val="both"/>
        <w:rPr>
          <w:sz w:val="28"/>
          <w:szCs w:val="28"/>
          <w:lang w:val="ru-RU"/>
        </w:rPr>
      </w:pPr>
      <w:r w:rsidRPr="00EC176B">
        <w:rPr>
          <w:sz w:val="28"/>
          <w:szCs w:val="28"/>
          <w:lang w:val="ru-RU"/>
        </w:rPr>
        <w:t xml:space="preserve">2.4.1. </w:t>
      </w:r>
      <w:r w:rsidRPr="002E7D98">
        <w:rPr>
          <w:sz w:val="28"/>
          <w:szCs w:val="28"/>
          <w:lang w:val="ru-RU"/>
        </w:rPr>
        <w:t>Максимальный срок присвоения, изменения или аннулирования адреса объекту адресации составляет:</w:t>
      </w:r>
    </w:p>
    <w:p w:rsidR="0077411A" w:rsidRPr="00EC176B" w:rsidRDefault="008B2948" w:rsidP="00C9448A">
      <w:pPr>
        <w:spacing w:after="0" w:line="240" w:lineRule="auto"/>
        <w:ind w:firstLine="709"/>
        <w:jc w:val="both"/>
        <w:rPr>
          <w:sz w:val="28"/>
          <w:szCs w:val="28"/>
          <w:lang w:val="ru-RU"/>
        </w:rPr>
      </w:pPr>
      <w:r w:rsidRPr="00EC176B">
        <w:rPr>
          <w:sz w:val="28"/>
          <w:szCs w:val="28"/>
          <w:lang w:val="ru-RU"/>
        </w:rPr>
        <w:t>а) в случае подачи заявления на бумажном носителе - не более 10 рабочих дней со дня регистрации заявления документов и (или) информации, необходимых для предоставления муниципальной услуги, в общем отделе уполномоченного органа;</w:t>
      </w:r>
    </w:p>
    <w:p w:rsidR="0077411A" w:rsidRPr="00EC176B" w:rsidRDefault="008B2948" w:rsidP="00C9448A">
      <w:pPr>
        <w:spacing w:after="0" w:line="240" w:lineRule="auto"/>
        <w:ind w:firstLine="709"/>
        <w:jc w:val="both"/>
        <w:rPr>
          <w:sz w:val="28"/>
          <w:szCs w:val="28"/>
          <w:lang w:val="ru-RU"/>
        </w:rPr>
      </w:pPr>
      <w:r w:rsidRPr="00EC176B">
        <w:rPr>
          <w:sz w:val="28"/>
          <w:szCs w:val="28"/>
          <w:lang w:val="ru-RU"/>
        </w:rPr>
        <w:t>б) в случае подачи заявления в форме электронного документа посредством ЕПГУ, РПГУ - не более 5 рабочих дней со дня регистрации заявления, документов и (или) информации, необходимых для предоставления муниципальной услуги, в общем отделе уполномоченного органа.</w:t>
      </w:r>
    </w:p>
    <w:p w:rsidR="0077411A" w:rsidRPr="00EC176B" w:rsidRDefault="008B2948" w:rsidP="00C9448A">
      <w:pPr>
        <w:spacing w:after="0" w:line="240" w:lineRule="auto"/>
        <w:ind w:firstLine="709"/>
        <w:jc w:val="both"/>
        <w:rPr>
          <w:sz w:val="28"/>
          <w:szCs w:val="28"/>
          <w:lang w:val="ru-RU"/>
        </w:rPr>
      </w:pPr>
      <w:r w:rsidRPr="00EC176B">
        <w:rPr>
          <w:sz w:val="28"/>
          <w:szCs w:val="28"/>
          <w:lang w:val="ru-RU"/>
        </w:rPr>
        <w:t>Максимальный срок присвоения, изменения или аннулирования адреса объекту адресации единый:</w:t>
      </w:r>
    </w:p>
    <w:p w:rsidR="0077411A" w:rsidRPr="00EC176B" w:rsidRDefault="008B2948" w:rsidP="00C9448A">
      <w:pPr>
        <w:spacing w:after="0" w:line="240" w:lineRule="auto"/>
        <w:ind w:firstLine="709"/>
        <w:jc w:val="both"/>
        <w:rPr>
          <w:sz w:val="28"/>
          <w:szCs w:val="28"/>
          <w:lang w:val="ru-RU"/>
        </w:rPr>
      </w:pPr>
      <w:r w:rsidRPr="00EC176B">
        <w:rPr>
          <w:sz w:val="28"/>
          <w:szCs w:val="28"/>
          <w:lang w:val="ru-RU"/>
        </w:rPr>
        <w:t xml:space="preserve">для всех категорий заявителей, указанных под номерами 1 и 2 пункта 1.2.1 подраздела 1.2 раздела </w:t>
      </w:r>
      <w:r w:rsidRPr="002E7D98">
        <w:rPr>
          <w:sz w:val="28"/>
          <w:szCs w:val="28"/>
        </w:rPr>
        <w:t>I</w:t>
      </w:r>
      <w:r w:rsidRPr="00EC176B">
        <w:rPr>
          <w:sz w:val="28"/>
          <w:szCs w:val="28"/>
          <w:lang w:val="ru-RU"/>
        </w:rPr>
        <w:t>.</w:t>
      </w:r>
    </w:p>
    <w:p w:rsidR="0077411A" w:rsidRPr="00EC176B" w:rsidRDefault="008B2948" w:rsidP="00C9448A">
      <w:pPr>
        <w:spacing w:after="0" w:line="240" w:lineRule="auto"/>
        <w:ind w:firstLine="709"/>
        <w:jc w:val="both"/>
        <w:rPr>
          <w:sz w:val="28"/>
          <w:szCs w:val="28"/>
          <w:lang w:val="ru-RU"/>
        </w:rPr>
      </w:pPr>
      <w:r w:rsidRPr="00EC176B">
        <w:rPr>
          <w:sz w:val="28"/>
          <w:szCs w:val="28"/>
          <w:lang w:val="ru-RU"/>
        </w:rPr>
        <w:t>для всех способов подачи заявления и документов, необходимых для предоставления муниципальной услуги, в том числе, если запрос и документы поданы заявителем посредством почтового отправления.</w:t>
      </w:r>
    </w:p>
    <w:p w:rsidR="0077411A" w:rsidRPr="002E7D98" w:rsidRDefault="008B2948" w:rsidP="00F21488">
      <w:pPr>
        <w:spacing w:after="0" w:line="240" w:lineRule="auto"/>
        <w:ind w:firstLine="709"/>
        <w:jc w:val="both"/>
        <w:rPr>
          <w:sz w:val="28"/>
          <w:szCs w:val="28"/>
          <w:lang w:val="ru-RU"/>
        </w:rPr>
      </w:pPr>
      <w:r w:rsidRPr="002E7D98">
        <w:rPr>
          <w:sz w:val="28"/>
          <w:szCs w:val="28"/>
          <w:lang w:val="ru-RU"/>
        </w:rPr>
        <w:lastRenderedPageBreak/>
        <w:t xml:space="preserve">2.4.2. Максимальный срок исправления технической ошибки в ранее выданных документах составляет не более чем 5 рабочих дней со дня регистрации заявления, документов, необходимых для предоставления муниципальной услуги, </w:t>
      </w:r>
      <w:r w:rsidR="00F21488">
        <w:rPr>
          <w:sz w:val="28"/>
          <w:szCs w:val="28"/>
          <w:lang w:val="ru-RU"/>
        </w:rPr>
        <w:t>в администрации Новоджерелиевского сельского поселения Брюховецкого муниципального района Краснодарского края.</w:t>
      </w:r>
    </w:p>
    <w:p w:rsidR="0077411A" w:rsidRPr="00EC176B" w:rsidRDefault="008B2948" w:rsidP="00F21488">
      <w:pPr>
        <w:spacing w:after="0" w:line="240" w:lineRule="auto"/>
        <w:ind w:firstLine="709"/>
        <w:jc w:val="both"/>
        <w:rPr>
          <w:sz w:val="28"/>
          <w:szCs w:val="28"/>
          <w:lang w:val="ru-RU"/>
        </w:rPr>
      </w:pPr>
      <w:r w:rsidRPr="00EC176B">
        <w:rPr>
          <w:sz w:val="28"/>
          <w:szCs w:val="28"/>
          <w:lang w:val="ru-RU"/>
        </w:rPr>
        <w:t>Максимальный срок исправления технической ошибки единый:</w:t>
      </w:r>
    </w:p>
    <w:p w:rsidR="0077411A" w:rsidRPr="00EC176B" w:rsidRDefault="008B2948" w:rsidP="00F21488">
      <w:pPr>
        <w:spacing w:after="0" w:line="240" w:lineRule="auto"/>
        <w:ind w:firstLine="709"/>
        <w:jc w:val="both"/>
        <w:rPr>
          <w:sz w:val="28"/>
          <w:szCs w:val="28"/>
          <w:lang w:val="ru-RU"/>
        </w:rPr>
      </w:pPr>
      <w:r w:rsidRPr="00EC176B">
        <w:rPr>
          <w:sz w:val="28"/>
          <w:szCs w:val="28"/>
          <w:lang w:val="ru-RU"/>
        </w:rPr>
        <w:t xml:space="preserve">для всех категорий заявителей, указанных под номерами 1 и 2 пункта 1.2.1 подраздела 1.2 раздела </w:t>
      </w:r>
      <w:r w:rsidRPr="002E7D98">
        <w:rPr>
          <w:sz w:val="28"/>
          <w:szCs w:val="28"/>
        </w:rPr>
        <w:t>I</w:t>
      </w:r>
      <w:r w:rsidRPr="00EC176B">
        <w:rPr>
          <w:sz w:val="28"/>
          <w:szCs w:val="28"/>
          <w:lang w:val="ru-RU"/>
        </w:rPr>
        <w:t>.</w:t>
      </w:r>
    </w:p>
    <w:p w:rsidR="0077411A" w:rsidRPr="00EC176B" w:rsidRDefault="008B2948" w:rsidP="00F21488">
      <w:pPr>
        <w:spacing w:after="0" w:line="240" w:lineRule="auto"/>
        <w:ind w:firstLine="709"/>
        <w:jc w:val="both"/>
        <w:rPr>
          <w:sz w:val="28"/>
          <w:szCs w:val="28"/>
          <w:lang w:val="ru-RU"/>
        </w:rPr>
      </w:pPr>
      <w:r w:rsidRPr="00EC176B">
        <w:rPr>
          <w:sz w:val="28"/>
          <w:szCs w:val="28"/>
          <w:lang w:val="ru-RU"/>
        </w:rPr>
        <w:t>для всех способов подачи заявления и документов, необходимых для предоставления муниципальной услуги, в том числе, если запрос и документы поданы заявителем посредством почтового отправления.</w:t>
      </w:r>
    </w:p>
    <w:p w:rsidR="0077411A" w:rsidRPr="002E7D98" w:rsidRDefault="008B2948" w:rsidP="00F21488">
      <w:pPr>
        <w:spacing w:after="0" w:line="240" w:lineRule="auto"/>
        <w:ind w:firstLine="709"/>
        <w:jc w:val="both"/>
        <w:rPr>
          <w:sz w:val="28"/>
          <w:szCs w:val="28"/>
          <w:lang w:val="ru-RU"/>
        </w:rPr>
      </w:pPr>
      <w:r w:rsidRPr="002E7D98">
        <w:rPr>
          <w:sz w:val="28"/>
          <w:szCs w:val="28"/>
          <w:lang w:val="ru-RU"/>
        </w:rPr>
        <w:t xml:space="preserve">2.4.3. Максимальный срок выдачи дубликата ранее выданных документов составляет не более чем 5 рабочих дней со дня регистрации заявления, документов, необходимых для предоставления муниципальной услуги, </w:t>
      </w:r>
      <w:r w:rsidR="00F21488">
        <w:rPr>
          <w:sz w:val="28"/>
          <w:szCs w:val="28"/>
          <w:lang w:val="ru-RU"/>
        </w:rPr>
        <w:t>ответственным специалистом администрации Новоджерелиевского сельского поселения Брюховецкого муниципального района Краснодарского края</w:t>
      </w:r>
      <w:r w:rsidRPr="002E7D98">
        <w:rPr>
          <w:sz w:val="28"/>
          <w:szCs w:val="28"/>
          <w:lang w:val="ru-RU"/>
        </w:rPr>
        <w:t>, предоставляющ</w:t>
      </w:r>
      <w:r w:rsidR="00F21488">
        <w:rPr>
          <w:sz w:val="28"/>
          <w:szCs w:val="28"/>
          <w:lang w:val="ru-RU"/>
        </w:rPr>
        <w:t>им</w:t>
      </w:r>
      <w:r w:rsidRPr="002E7D98">
        <w:rPr>
          <w:sz w:val="28"/>
          <w:szCs w:val="28"/>
          <w:lang w:val="ru-RU"/>
        </w:rPr>
        <w:t xml:space="preserve"> муниципальную услугу.</w:t>
      </w:r>
    </w:p>
    <w:p w:rsidR="0077411A" w:rsidRPr="00EC176B" w:rsidRDefault="008B2948" w:rsidP="00F21488">
      <w:pPr>
        <w:spacing w:after="0" w:line="240" w:lineRule="auto"/>
        <w:ind w:firstLine="709"/>
        <w:jc w:val="both"/>
        <w:rPr>
          <w:sz w:val="28"/>
          <w:szCs w:val="28"/>
          <w:lang w:val="ru-RU"/>
        </w:rPr>
      </w:pPr>
      <w:r w:rsidRPr="00EC176B">
        <w:rPr>
          <w:sz w:val="28"/>
          <w:szCs w:val="28"/>
          <w:lang w:val="ru-RU"/>
        </w:rPr>
        <w:t>Максимальный срок выдачи дубликата единый:</w:t>
      </w:r>
    </w:p>
    <w:p w:rsidR="0077411A" w:rsidRPr="00EC176B" w:rsidRDefault="008B2948" w:rsidP="00F21488">
      <w:pPr>
        <w:spacing w:after="0" w:line="240" w:lineRule="auto"/>
        <w:ind w:firstLine="709"/>
        <w:jc w:val="both"/>
        <w:rPr>
          <w:sz w:val="28"/>
          <w:szCs w:val="28"/>
          <w:lang w:val="ru-RU"/>
        </w:rPr>
      </w:pPr>
      <w:r w:rsidRPr="00EC176B">
        <w:rPr>
          <w:sz w:val="28"/>
          <w:szCs w:val="28"/>
          <w:lang w:val="ru-RU"/>
        </w:rPr>
        <w:t xml:space="preserve">для всех категорий заявителей, указанных под номерами 1 и 2 пункта 1.2.1 подраздела 1.2 раздела </w:t>
      </w:r>
      <w:r w:rsidRPr="002E7D98">
        <w:rPr>
          <w:sz w:val="28"/>
          <w:szCs w:val="28"/>
        </w:rPr>
        <w:t>I</w:t>
      </w:r>
      <w:r w:rsidRPr="00EC176B">
        <w:rPr>
          <w:sz w:val="28"/>
          <w:szCs w:val="28"/>
          <w:lang w:val="ru-RU"/>
        </w:rPr>
        <w:t>.</w:t>
      </w:r>
    </w:p>
    <w:p w:rsidR="0077411A" w:rsidRPr="00EC176B" w:rsidRDefault="008B2948" w:rsidP="00F21488">
      <w:pPr>
        <w:spacing w:after="0" w:line="240" w:lineRule="auto"/>
        <w:ind w:firstLine="709"/>
        <w:jc w:val="both"/>
        <w:rPr>
          <w:sz w:val="28"/>
          <w:szCs w:val="28"/>
          <w:lang w:val="ru-RU"/>
        </w:rPr>
      </w:pPr>
      <w:r w:rsidRPr="00EC176B">
        <w:rPr>
          <w:sz w:val="28"/>
          <w:szCs w:val="28"/>
          <w:lang w:val="ru-RU"/>
        </w:rPr>
        <w:t>для всех способов подачи заявления и документов, необходимых для предоставления муниципальной услуги, в том числе, если запрос и документы поданы заявителем посредством почтового отправления.</w:t>
      </w:r>
    </w:p>
    <w:p w:rsidR="00F21488" w:rsidRDefault="00F21488" w:rsidP="002E7D98">
      <w:pPr>
        <w:spacing w:after="0" w:line="240" w:lineRule="auto"/>
        <w:rPr>
          <w:sz w:val="28"/>
          <w:szCs w:val="28"/>
          <w:lang w:val="ru-RU"/>
        </w:rPr>
      </w:pPr>
    </w:p>
    <w:p w:rsidR="0077411A" w:rsidRPr="00EC176B" w:rsidRDefault="008B2948" w:rsidP="00F21488">
      <w:pPr>
        <w:spacing w:after="0" w:line="240" w:lineRule="auto"/>
        <w:ind w:firstLine="709"/>
        <w:jc w:val="both"/>
        <w:rPr>
          <w:sz w:val="28"/>
          <w:szCs w:val="28"/>
          <w:lang w:val="ru-RU"/>
        </w:rPr>
      </w:pPr>
      <w:r w:rsidRPr="00EC176B">
        <w:rPr>
          <w:sz w:val="28"/>
          <w:szCs w:val="28"/>
          <w:lang w:val="ru-RU"/>
        </w:rPr>
        <w:t>Подраздел 2.5. Исчерпывающий перечень оснований для отказа в приёме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F21488" w:rsidRDefault="00F21488" w:rsidP="002E7D98">
      <w:pPr>
        <w:spacing w:after="0" w:line="240" w:lineRule="auto"/>
        <w:rPr>
          <w:sz w:val="28"/>
          <w:szCs w:val="28"/>
          <w:lang w:val="ru-RU"/>
        </w:rPr>
      </w:pPr>
    </w:p>
    <w:p w:rsidR="0077411A" w:rsidRPr="002E7D98" w:rsidRDefault="008B2948" w:rsidP="00F21488">
      <w:pPr>
        <w:spacing w:after="0" w:line="240" w:lineRule="auto"/>
        <w:ind w:firstLine="709"/>
        <w:jc w:val="both"/>
        <w:rPr>
          <w:sz w:val="28"/>
          <w:szCs w:val="28"/>
          <w:lang w:val="ru-RU"/>
        </w:rPr>
      </w:pPr>
      <w:r w:rsidRPr="002E7D98">
        <w:rPr>
          <w:sz w:val="28"/>
          <w:szCs w:val="28"/>
          <w:lang w:val="ru-RU"/>
        </w:rPr>
        <w:t xml:space="preserve">2.5.1. Перечень оснований для отказа в приёме заявления о присвоении, изменении или аннулировании адреса объекта адресации и документов, необходимых для предоставления муниципальной услуги, </w:t>
      </w:r>
      <w:r w:rsidR="00AA4B04">
        <w:rPr>
          <w:sz w:val="28"/>
          <w:szCs w:val="28"/>
          <w:lang w:val="ru-RU"/>
        </w:rPr>
        <w:t>приведен</w:t>
      </w:r>
      <w:r w:rsidRPr="002E7D98">
        <w:rPr>
          <w:sz w:val="28"/>
          <w:szCs w:val="28"/>
          <w:lang w:val="ru-RU"/>
        </w:rPr>
        <w:t xml:space="preserve"> в приложении </w:t>
      </w:r>
      <w:r w:rsidR="00F21488">
        <w:rPr>
          <w:sz w:val="28"/>
          <w:szCs w:val="28"/>
          <w:lang w:val="ru-RU"/>
        </w:rPr>
        <w:t>№ </w:t>
      </w:r>
      <w:r w:rsidRPr="002E7D98">
        <w:rPr>
          <w:sz w:val="28"/>
          <w:szCs w:val="28"/>
          <w:lang w:val="ru-RU"/>
        </w:rPr>
        <w:t>4 к настоящему административному регламенту.</w:t>
      </w:r>
    </w:p>
    <w:p w:rsidR="0077411A" w:rsidRPr="002E7D98" w:rsidRDefault="008B2948" w:rsidP="00F21488">
      <w:pPr>
        <w:spacing w:after="0" w:line="240" w:lineRule="auto"/>
        <w:ind w:firstLine="709"/>
        <w:jc w:val="both"/>
        <w:rPr>
          <w:sz w:val="28"/>
          <w:szCs w:val="28"/>
          <w:lang w:val="ru-RU"/>
        </w:rPr>
      </w:pPr>
      <w:r w:rsidRPr="002E7D98">
        <w:rPr>
          <w:sz w:val="28"/>
          <w:szCs w:val="28"/>
          <w:lang w:val="ru-RU"/>
        </w:rPr>
        <w:t>2.5.2. Оснований для приостановления предоставления муниципальной услуги законодательством Российской Федерации не предусмотрено.</w:t>
      </w:r>
    </w:p>
    <w:p w:rsidR="0077411A" w:rsidRPr="002E7D98" w:rsidRDefault="008B2948" w:rsidP="00F21488">
      <w:pPr>
        <w:spacing w:after="0" w:line="240" w:lineRule="auto"/>
        <w:ind w:firstLine="709"/>
        <w:jc w:val="both"/>
        <w:rPr>
          <w:sz w:val="28"/>
          <w:szCs w:val="28"/>
          <w:lang w:val="ru-RU"/>
        </w:rPr>
      </w:pPr>
      <w:r w:rsidRPr="002E7D98">
        <w:rPr>
          <w:sz w:val="28"/>
          <w:szCs w:val="28"/>
          <w:lang w:val="ru-RU"/>
        </w:rPr>
        <w:t xml:space="preserve">2.5.3. Перечень оснований для отказа в предоставлении муниципальной услуги </w:t>
      </w:r>
      <w:r w:rsidR="00AA4B04">
        <w:rPr>
          <w:sz w:val="28"/>
          <w:szCs w:val="28"/>
          <w:lang w:val="ru-RU"/>
        </w:rPr>
        <w:t>приведен</w:t>
      </w:r>
      <w:r w:rsidRPr="002E7D98">
        <w:rPr>
          <w:sz w:val="28"/>
          <w:szCs w:val="28"/>
          <w:lang w:val="ru-RU"/>
        </w:rPr>
        <w:t xml:space="preserve"> в таблице № 1 приложения </w:t>
      </w:r>
      <w:r w:rsidR="00F21488">
        <w:rPr>
          <w:sz w:val="28"/>
          <w:szCs w:val="28"/>
          <w:lang w:val="ru-RU"/>
        </w:rPr>
        <w:t xml:space="preserve">№ </w:t>
      </w:r>
      <w:r w:rsidRPr="002E7D98">
        <w:rPr>
          <w:sz w:val="28"/>
          <w:szCs w:val="28"/>
          <w:lang w:val="ru-RU"/>
        </w:rPr>
        <w:t>5 к настоящему административному регламенту.</w:t>
      </w:r>
    </w:p>
    <w:p w:rsidR="0077411A" w:rsidRPr="002E7D98" w:rsidRDefault="008B2948" w:rsidP="00F21488">
      <w:pPr>
        <w:spacing w:after="0" w:line="240" w:lineRule="auto"/>
        <w:ind w:firstLine="709"/>
        <w:jc w:val="both"/>
        <w:rPr>
          <w:sz w:val="28"/>
          <w:szCs w:val="28"/>
          <w:lang w:val="ru-RU"/>
        </w:rPr>
      </w:pPr>
      <w:r w:rsidRPr="002E7D98">
        <w:rPr>
          <w:sz w:val="28"/>
          <w:szCs w:val="28"/>
          <w:lang w:val="ru-RU"/>
        </w:rPr>
        <w:t xml:space="preserve">2.5.4. Перечень оснований для отказа в исправлении допущенных опечаток и ошибок в ранее выданных документах в результате предоставления </w:t>
      </w:r>
      <w:r w:rsidRPr="002E7D98">
        <w:rPr>
          <w:sz w:val="28"/>
          <w:szCs w:val="28"/>
          <w:lang w:val="ru-RU"/>
        </w:rPr>
        <w:lastRenderedPageBreak/>
        <w:t xml:space="preserve">муниципальной услуги </w:t>
      </w:r>
      <w:r w:rsidR="00AA4B04">
        <w:rPr>
          <w:sz w:val="28"/>
          <w:szCs w:val="28"/>
          <w:lang w:val="ru-RU"/>
        </w:rPr>
        <w:t>приведен</w:t>
      </w:r>
      <w:r w:rsidRPr="002E7D98">
        <w:rPr>
          <w:sz w:val="28"/>
          <w:szCs w:val="28"/>
          <w:lang w:val="ru-RU"/>
        </w:rPr>
        <w:t xml:space="preserve"> в таблице № 2 приложения </w:t>
      </w:r>
      <w:r w:rsidR="00F21488">
        <w:rPr>
          <w:sz w:val="28"/>
          <w:szCs w:val="28"/>
          <w:lang w:val="ru-RU"/>
        </w:rPr>
        <w:t xml:space="preserve">№ </w:t>
      </w:r>
      <w:r w:rsidRPr="002E7D98">
        <w:rPr>
          <w:sz w:val="28"/>
          <w:szCs w:val="28"/>
          <w:lang w:val="ru-RU"/>
        </w:rPr>
        <w:t>5 к настоящему административному регламенту.</w:t>
      </w:r>
    </w:p>
    <w:p w:rsidR="0077411A" w:rsidRPr="002E7D98" w:rsidRDefault="008B2948" w:rsidP="00F21488">
      <w:pPr>
        <w:spacing w:after="0" w:line="240" w:lineRule="auto"/>
        <w:ind w:firstLine="709"/>
        <w:jc w:val="both"/>
        <w:rPr>
          <w:sz w:val="28"/>
          <w:szCs w:val="28"/>
          <w:lang w:val="ru-RU"/>
        </w:rPr>
      </w:pPr>
      <w:r w:rsidRPr="002E7D98">
        <w:rPr>
          <w:sz w:val="28"/>
          <w:szCs w:val="28"/>
          <w:lang w:val="ru-RU"/>
        </w:rPr>
        <w:t xml:space="preserve">2.5.5. Перечень оснований для отказа в выдаче дубликата документа, ранее выданного по результатам предоставления муниципальной услуги, </w:t>
      </w:r>
      <w:r w:rsidR="00AA4B04">
        <w:rPr>
          <w:sz w:val="28"/>
          <w:szCs w:val="28"/>
          <w:lang w:val="ru-RU"/>
        </w:rPr>
        <w:t>приведен</w:t>
      </w:r>
      <w:r w:rsidRPr="002E7D98">
        <w:rPr>
          <w:sz w:val="28"/>
          <w:szCs w:val="28"/>
          <w:lang w:val="ru-RU"/>
        </w:rPr>
        <w:t xml:space="preserve"> в таблице № 3 приложения </w:t>
      </w:r>
      <w:r w:rsidR="00F21488">
        <w:rPr>
          <w:sz w:val="28"/>
          <w:szCs w:val="28"/>
          <w:lang w:val="ru-RU"/>
        </w:rPr>
        <w:t xml:space="preserve">№ </w:t>
      </w:r>
      <w:r w:rsidRPr="002E7D98">
        <w:rPr>
          <w:sz w:val="28"/>
          <w:szCs w:val="28"/>
          <w:lang w:val="ru-RU"/>
        </w:rPr>
        <w:t>5 к настоящему административному регламенту.</w:t>
      </w:r>
    </w:p>
    <w:p w:rsidR="0077411A" w:rsidRPr="00EC176B" w:rsidRDefault="008B2948" w:rsidP="00F21488">
      <w:pPr>
        <w:spacing w:after="0" w:line="240" w:lineRule="auto"/>
        <w:ind w:firstLine="709"/>
        <w:jc w:val="both"/>
        <w:rPr>
          <w:sz w:val="28"/>
          <w:szCs w:val="28"/>
          <w:lang w:val="ru-RU"/>
        </w:rPr>
      </w:pPr>
      <w:r w:rsidRPr="002E7D98">
        <w:rPr>
          <w:sz w:val="28"/>
          <w:szCs w:val="28"/>
          <w:lang w:val="ru-RU"/>
        </w:rPr>
        <w:t xml:space="preserve">2.5.6. Отказ в предоставлении муниципальной услуги не препятствует повторному обращению </w:t>
      </w:r>
      <w:r w:rsidRPr="00EC176B">
        <w:rPr>
          <w:sz w:val="28"/>
          <w:szCs w:val="28"/>
          <w:lang w:val="ru-RU"/>
        </w:rPr>
        <w:t>Заявителя после устранения причины, послужившей основанием для отказа.</w:t>
      </w:r>
    </w:p>
    <w:p w:rsidR="00F21488" w:rsidRDefault="00F21488" w:rsidP="002E7D98">
      <w:pPr>
        <w:spacing w:after="0" w:line="240" w:lineRule="auto"/>
        <w:rPr>
          <w:sz w:val="28"/>
          <w:szCs w:val="28"/>
          <w:lang w:val="ru-RU"/>
        </w:rPr>
      </w:pPr>
    </w:p>
    <w:p w:rsidR="0077411A" w:rsidRPr="00EC176B" w:rsidRDefault="008B2948" w:rsidP="00F21488">
      <w:pPr>
        <w:spacing w:after="0" w:line="240" w:lineRule="auto"/>
        <w:ind w:firstLine="709"/>
        <w:jc w:val="both"/>
        <w:rPr>
          <w:sz w:val="28"/>
          <w:szCs w:val="28"/>
          <w:lang w:val="ru-RU"/>
        </w:rPr>
      </w:pPr>
      <w:r w:rsidRPr="00EC176B">
        <w:rPr>
          <w:sz w:val="28"/>
          <w:szCs w:val="28"/>
          <w:lang w:val="ru-RU"/>
        </w:rPr>
        <w:t>Подраздел 2.6. Размер платы, взимаемой с заявителя при предоставлении муниципальной услуги, и способы ее взимания</w:t>
      </w:r>
    </w:p>
    <w:p w:rsidR="00F21488" w:rsidRDefault="00F21488" w:rsidP="002E7D98">
      <w:pPr>
        <w:spacing w:after="0" w:line="240" w:lineRule="auto"/>
        <w:rPr>
          <w:sz w:val="28"/>
          <w:szCs w:val="28"/>
          <w:lang w:val="ru-RU"/>
        </w:rPr>
      </w:pPr>
    </w:p>
    <w:p w:rsidR="0077411A" w:rsidRPr="00EC176B" w:rsidRDefault="008B2948" w:rsidP="00F21488">
      <w:pPr>
        <w:spacing w:after="0" w:line="240" w:lineRule="auto"/>
        <w:ind w:firstLine="709"/>
        <w:jc w:val="both"/>
        <w:rPr>
          <w:sz w:val="28"/>
          <w:szCs w:val="28"/>
          <w:lang w:val="ru-RU"/>
        </w:rPr>
      </w:pPr>
      <w:r w:rsidRPr="00EC176B">
        <w:rPr>
          <w:sz w:val="28"/>
          <w:szCs w:val="28"/>
          <w:lang w:val="ru-RU"/>
        </w:rPr>
        <w:t>Государственная пошлина или иная плата за предоставление муниципальной услуги не взимается. Муниципальная услуга предоставляется без взимания платы.</w:t>
      </w:r>
    </w:p>
    <w:p w:rsidR="00F21488" w:rsidRDefault="00F21488" w:rsidP="002E7D98">
      <w:pPr>
        <w:spacing w:after="0" w:line="240" w:lineRule="auto"/>
        <w:rPr>
          <w:sz w:val="28"/>
          <w:szCs w:val="28"/>
          <w:lang w:val="ru-RU"/>
        </w:rPr>
      </w:pPr>
    </w:p>
    <w:p w:rsidR="0077411A" w:rsidRPr="00EC176B" w:rsidRDefault="008B2948" w:rsidP="00F21488">
      <w:pPr>
        <w:spacing w:after="0" w:line="240" w:lineRule="auto"/>
        <w:ind w:firstLine="709"/>
        <w:jc w:val="both"/>
        <w:rPr>
          <w:sz w:val="28"/>
          <w:szCs w:val="28"/>
          <w:lang w:val="ru-RU"/>
        </w:rPr>
      </w:pPr>
      <w:r w:rsidRPr="00EC176B">
        <w:rPr>
          <w:sz w:val="28"/>
          <w:szCs w:val="28"/>
          <w:lang w:val="ru-RU"/>
        </w:rPr>
        <w:t>Подраздел 2.7. Срок регистрации запроса заявителя о предоставлении муниципальной услуги</w:t>
      </w:r>
    </w:p>
    <w:p w:rsidR="0077411A" w:rsidRPr="00EC176B" w:rsidRDefault="008B2948" w:rsidP="00F21488">
      <w:pPr>
        <w:spacing w:after="0" w:line="240" w:lineRule="auto"/>
        <w:ind w:firstLine="709"/>
        <w:jc w:val="both"/>
        <w:rPr>
          <w:sz w:val="28"/>
          <w:szCs w:val="28"/>
          <w:lang w:val="ru-RU"/>
        </w:rPr>
      </w:pPr>
      <w:r w:rsidRPr="002E7D98">
        <w:rPr>
          <w:sz w:val="28"/>
          <w:szCs w:val="28"/>
          <w:lang w:val="ru-RU"/>
        </w:rPr>
        <w:t xml:space="preserve">2.7.1. Срок регистрации заявления и прилагаемых к нему документов в уполномоченном органе или МФЦ осуществляется в день его поступления и не может превышать </w:t>
      </w:r>
      <w:r w:rsidR="00F21488">
        <w:rPr>
          <w:sz w:val="28"/>
          <w:szCs w:val="28"/>
          <w:lang w:val="ru-RU"/>
        </w:rPr>
        <w:t>15</w:t>
      </w:r>
      <w:r w:rsidRPr="002E7D98">
        <w:rPr>
          <w:sz w:val="28"/>
          <w:szCs w:val="28"/>
          <w:lang w:val="ru-RU"/>
        </w:rPr>
        <w:t xml:space="preserve"> минут. </w:t>
      </w:r>
      <w:r w:rsidRPr="00EC176B">
        <w:rPr>
          <w:sz w:val="28"/>
          <w:szCs w:val="28"/>
          <w:lang w:val="ru-RU"/>
        </w:rPr>
        <w:t>Заявление регистрируется в присутствии заявителя, которому выдается расписка с регистрационным номером.</w:t>
      </w:r>
    </w:p>
    <w:p w:rsidR="0077411A" w:rsidRPr="002E7D98" w:rsidRDefault="008B2948" w:rsidP="00F21488">
      <w:pPr>
        <w:spacing w:after="0" w:line="240" w:lineRule="auto"/>
        <w:ind w:firstLine="709"/>
        <w:jc w:val="both"/>
        <w:rPr>
          <w:sz w:val="28"/>
          <w:szCs w:val="28"/>
          <w:lang w:val="ru-RU"/>
        </w:rPr>
      </w:pPr>
      <w:r w:rsidRPr="002E7D98">
        <w:rPr>
          <w:sz w:val="28"/>
          <w:szCs w:val="28"/>
          <w:lang w:val="ru-RU"/>
        </w:rPr>
        <w:t>2.7.2. При поступлении заявления в уполномоченный орган по почте, в электронном виде посредством ЕПГУ или РПГУ - заявление регистрируется в течение 1 рабочего дня.</w:t>
      </w:r>
    </w:p>
    <w:p w:rsidR="0077411A" w:rsidRPr="002E7D98" w:rsidRDefault="008B2948" w:rsidP="00F21488">
      <w:pPr>
        <w:spacing w:after="0" w:line="240" w:lineRule="auto"/>
        <w:ind w:firstLine="709"/>
        <w:jc w:val="both"/>
        <w:rPr>
          <w:sz w:val="28"/>
          <w:szCs w:val="28"/>
          <w:lang w:val="ru-RU"/>
        </w:rPr>
      </w:pPr>
      <w:r w:rsidRPr="002E7D98">
        <w:rPr>
          <w:sz w:val="28"/>
          <w:szCs w:val="28"/>
          <w:lang w:val="ru-RU"/>
        </w:rPr>
        <w:t>2.7.3. При поступлении заявления в выходной (нерабочий или праздничный) день - заявление регистрируется в первый за ним рабочий день.</w:t>
      </w:r>
    </w:p>
    <w:p w:rsidR="00F21488" w:rsidRDefault="00F21488" w:rsidP="002E7D98">
      <w:pPr>
        <w:spacing w:after="0" w:line="240" w:lineRule="auto"/>
        <w:rPr>
          <w:sz w:val="28"/>
          <w:szCs w:val="28"/>
          <w:lang w:val="ru-RU"/>
        </w:rPr>
      </w:pPr>
    </w:p>
    <w:p w:rsidR="0077411A" w:rsidRPr="00EC176B" w:rsidRDefault="008B2948" w:rsidP="00F21488">
      <w:pPr>
        <w:spacing w:after="0" w:line="240" w:lineRule="auto"/>
        <w:ind w:firstLine="709"/>
        <w:jc w:val="both"/>
        <w:rPr>
          <w:sz w:val="28"/>
          <w:szCs w:val="28"/>
          <w:lang w:val="ru-RU"/>
        </w:rPr>
      </w:pPr>
      <w:r w:rsidRPr="00EC176B">
        <w:rPr>
          <w:sz w:val="28"/>
          <w:szCs w:val="28"/>
          <w:lang w:val="ru-RU"/>
        </w:rPr>
        <w:t>Подраздел 2.8.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F21488" w:rsidRDefault="00F21488" w:rsidP="002E7D98">
      <w:pPr>
        <w:spacing w:after="0" w:line="240" w:lineRule="auto"/>
        <w:rPr>
          <w:sz w:val="28"/>
          <w:szCs w:val="28"/>
          <w:lang w:val="ru-RU"/>
        </w:rPr>
      </w:pPr>
    </w:p>
    <w:p w:rsidR="0077411A" w:rsidRPr="00EC176B" w:rsidRDefault="008B2948" w:rsidP="00F21488">
      <w:pPr>
        <w:spacing w:after="0" w:line="240" w:lineRule="auto"/>
        <w:ind w:firstLine="709"/>
        <w:jc w:val="both"/>
        <w:rPr>
          <w:sz w:val="28"/>
          <w:szCs w:val="28"/>
          <w:lang w:val="ru-RU"/>
        </w:rPr>
      </w:pPr>
      <w:r w:rsidRPr="00EC176B">
        <w:rPr>
          <w:sz w:val="28"/>
          <w:szCs w:val="28"/>
          <w:lang w:val="ru-RU"/>
        </w:rPr>
        <w:t>Максимальный срок ожидания в очереди при подаче заявления о предоставлении муниципальной услуги и документов, предусмотренных настоящим регламентом, а также при получении результата предоставления муниципальной услуги на личном приёме непосредственно в органе, предоставляющим муниципальную услугу, или МФЦ не должен превышать 15 минут.</w:t>
      </w:r>
    </w:p>
    <w:p w:rsidR="00F21488" w:rsidRDefault="00F21488" w:rsidP="002E7D98">
      <w:pPr>
        <w:spacing w:after="0" w:line="240" w:lineRule="auto"/>
        <w:rPr>
          <w:sz w:val="28"/>
          <w:szCs w:val="28"/>
          <w:lang w:val="ru-RU"/>
        </w:rPr>
      </w:pPr>
    </w:p>
    <w:p w:rsidR="0077411A" w:rsidRPr="00EC176B" w:rsidRDefault="008B2948" w:rsidP="00F21488">
      <w:pPr>
        <w:spacing w:after="0" w:line="240" w:lineRule="auto"/>
        <w:ind w:firstLine="709"/>
        <w:jc w:val="both"/>
        <w:rPr>
          <w:sz w:val="28"/>
          <w:szCs w:val="28"/>
          <w:lang w:val="ru-RU"/>
        </w:rPr>
      </w:pPr>
      <w:r w:rsidRPr="00EC176B">
        <w:rPr>
          <w:sz w:val="28"/>
          <w:szCs w:val="28"/>
          <w:lang w:val="ru-RU"/>
        </w:rPr>
        <w:t>Подраздел 2.9. Требования к помещениям, в которых предоставляется муниципальная услуга</w:t>
      </w:r>
    </w:p>
    <w:p w:rsidR="00F21488" w:rsidRDefault="00F21488" w:rsidP="002E7D98">
      <w:pPr>
        <w:spacing w:after="0" w:line="240" w:lineRule="auto"/>
        <w:rPr>
          <w:sz w:val="28"/>
          <w:szCs w:val="28"/>
          <w:lang w:val="ru-RU"/>
        </w:rPr>
      </w:pPr>
    </w:p>
    <w:p w:rsidR="0077411A" w:rsidRPr="00EC176B" w:rsidRDefault="008B2948" w:rsidP="00F21488">
      <w:pPr>
        <w:spacing w:after="0" w:line="240" w:lineRule="auto"/>
        <w:ind w:firstLine="709"/>
        <w:jc w:val="both"/>
        <w:rPr>
          <w:sz w:val="28"/>
          <w:szCs w:val="28"/>
          <w:lang w:val="ru-RU"/>
        </w:rPr>
      </w:pPr>
      <w:r w:rsidRPr="00EC176B">
        <w:rPr>
          <w:sz w:val="28"/>
          <w:szCs w:val="28"/>
          <w:lang w:val="ru-RU"/>
        </w:rPr>
        <w:lastRenderedPageBreak/>
        <w:t>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w:t>
      </w:r>
    </w:p>
    <w:p w:rsidR="0077411A" w:rsidRPr="00EC176B" w:rsidRDefault="008B2948" w:rsidP="00F21488">
      <w:pPr>
        <w:spacing w:after="0" w:line="240" w:lineRule="auto"/>
        <w:ind w:firstLine="709"/>
        <w:jc w:val="both"/>
        <w:rPr>
          <w:sz w:val="28"/>
          <w:szCs w:val="28"/>
          <w:lang w:val="ru-RU"/>
        </w:rPr>
      </w:pPr>
      <w:r w:rsidRPr="00EC176B">
        <w:rPr>
          <w:sz w:val="28"/>
          <w:szCs w:val="28"/>
          <w:lang w:val="ru-RU"/>
        </w:rPr>
        <w:t>на официальном Интернет-</w:t>
      </w:r>
      <w:r w:rsidR="005A62DA">
        <w:rPr>
          <w:sz w:val="28"/>
          <w:szCs w:val="28"/>
          <w:lang w:val="ru-RU"/>
        </w:rPr>
        <w:t>сайте</w:t>
      </w:r>
      <w:r w:rsidRPr="00EC176B">
        <w:rPr>
          <w:sz w:val="28"/>
          <w:szCs w:val="28"/>
          <w:lang w:val="ru-RU"/>
        </w:rPr>
        <w:t xml:space="preserve"> Новоджерелиевского сельского поселения Брюховецкого муниципального района Краснодарского края</w:t>
      </w:r>
    </w:p>
    <w:p w:rsidR="0077411A" w:rsidRPr="005A62DA" w:rsidRDefault="008B2948" w:rsidP="00F21488">
      <w:pPr>
        <w:spacing w:after="0" w:line="240" w:lineRule="auto"/>
        <w:ind w:firstLine="709"/>
        <w:jc w:val="both"/>
        <w:rPr>
          <w:sz w:val="28"/>
          <w:szCs w:val="28"/>
          <w:lang w:val="ru-RU"/>
        </w:rPr>
      </w:pPr>
      <w:r w:rsidRPr="002E7D98">
        <w:rPr>
          <w:sz w:val="28"/>
          <w:szCs w:val="28"/>
        </w:rPr>
        <w:t>www</w:t>
      </w:r>
      <w:r w:rsidRPr="005A62DA">
        <w:rPr>
          <w:sz w:val="28"/>
          <w:szCs w:val="28"/>
          <w:lang w:val="ru-RU"/>
        </w:rPr>
        <w:t>.</w:t>
      </w:r>
      <w:r w:rsidR="005A62DA">
        <w:rPr>
          <w:sz w:val="28"/>
          <w:szCs w:val="28"/>
          <w:lang w:val="ru-RU"/>
        </w:rPr>
        <w:t>новоджерелиевская.рф</w:t>
      </w:r>
    </w:p>
    <w:p w:rsidR="0077411A" w:rsidRPr="00EC176B" w:rsidRDefault="008B2948" w:rsidP="00F21488">
      <w:pPr>
        <w:spacing w:after="0" w:line="240" w:lineRule="auto"/>
        <w:ind w:firstLine="709"/>
        <w:jc w:val="both"/>
        <w:rPr>
          <w:sz w:val="28"/>
          <w:szCs w:val="28"/>
          <w:lang w:val="ru-RU"/>
        </w:rPr>
      </w:pPr>
      <w:r w:rsidRPr="00EC176B">
        <w:rPr>
          <w:sz w:val="28"/>
          <w:szCs w:val="28"/>
          <w:lang w:val="ru-RU"/>
        </w:rPr>
        <w:t xml:space="preserve"> на Едином портале </w:t>
      </w:r>
      <w:r w:rsidRPr="002E7D98">
        <w:rPr>
          <w:sz w:val="28"/>
          <w:szCs w:val="28"/>
        </w:rPr>
        <w:t>http</w:t>
      </w:r>
      <w:r w:rsidRPr="00EC176B">
        <w:rPr>
          <w:sz w:val="28"/>
          <w:szCs w:val="28"/>
          <w:lang w:val="ru-RU"/>
        </w:rPr>
        <w:t>://</w:t>
      </w:r>
      <w:r w:rsidRPr="002E7D98">
        <w:rPr>
          <w:sz w:val="28"/>
          <w:szCs w:val="28"/>
        </w:rPr>
        <w:t>gosuslugi</w:t>
      </w:r>
      <w:r w:rsidRPr="00EC176B">
        <w:rPr>
          <w:sz w:val="28"/>
          <w:szCs w:val="28"/>
          <w:lang w:val="ru-RU"/>
        </w:rPr>
        <w:t>.</w:t>
      </w:r>
      <w:r w:rsidRPr="002E7D98">
        <w:rPr>
          <w:sz w:val="28"/>
          <w:szCs w:val="28"/>
        </w:rPr>
        <w:t>ru</w:t>
      </w:r>
    </w:p>
    <w:p w:rsidR="0077411A" w:rsidRPr="00EC176B" w:rsidRDefault="008B2948" w:rsidP="00F21488">
      <w:pPr>
        <w:spacing w:after="0" w:line="240" w:lineRule="auto"/>
        <w:ind w:firstLine="709"/>
        <w:jc w:val="both"/>
        <w:rPr>
          <w:sz w:val="28"/>
          <w:szCs w:val="28"/>
          <w:lang w:val="ru-RU"/>
        </w:rPr>
      </w:pPr>
      <w:r w:rsidRPr="00EC176B">
        <w:rPr>
          <w:sz w:val="28"/>
          <w:szCs w:val="28"/>
          <w:lang w:val="ru-RU"/>
        </w:rPr>
        <w:t xml:space="preserve"> на Региональном портале </w:t>
      </w:r>
      <w:r w:rsidRPr="002E7D98">
        <w:rPr>
          <w:sz w:val="28"/>
          <w:szCs w:val="28"/>
        </w:rPr>
        <w:t>http</w:t>
      </w:r>
      <w:r w:rsidRPr="00EC176B">
        <w:rPr>
          <w:sz w:val="28"/>
          <w:szCs w:val="28"/>
          <w:lang w:val="ru-RU"/>
        </w:rPr>
        <w:t>://</w:t>
      </w:r>
      <w:r w:rsidRPr="002E7D98">
        <w:rPr>
          <w:sz w:val="28"/>
          <w:szCs w:val="28"/>
        </w:rPr>
        <w:t>pgu</w:t>
      </w:r>
      <w:r w:rsidRPr="00EC176B">
        <w:rPr>
          <w:sz w:val="28"/>
          <w:szCs w:val="28"/>
          <w:lang w:val="ru-RU"/>
        </w:rPr>
        <w:t>.</w:t>
      </w:r>
      <w:r w:rsidRPr="002E7D98">
        <w:rPr>
          <w:sz w:val="28"/>
          <w:szCs w:val="28"/>
        </w:rPr>
        <w:t>krasnodar</w:t>
      </w:r>
      <w:r w:rsidRPr="00EC176B">
        <w:rPr>
          <w:sz w:val="28"/>
          <w:szCs w:val="28"/>
          <w:lang w:val="ru-RU"/>
        </w:rPr>
        <w:t>.</w:t>
      </w:r>
      <w:r w:rsidRPr="002E7D98">
        <w:rPr>
          <w:sz w:val="28"/>
          <w:szCs w:val="28"/>
        </w:rPr>
        <w:t>ru</w:t>
      </w:r>
      <w:r w:rsidRPr="00EC176B">
        <w:rPr>
          <w:sz w:val="28"/>
          <w:szCs w:val="28"/>
          <w:lang w:val="ru-RU"/>
        </w:rPr>
        <w:t>.</w:t>
      </w:r>
    </w:p>
    <w:p w:rsidR="005A62DA" w:rsidRDefault="005A62DA" w:rsidP="002E7D98">
      <w:pPr>
        <w:spacing w:after="0" w:line="240" w:lineRule="auto"/>
        <w:rPr>
          <w:sz w:val="28"/>
          <w:szCs w:val="28"/>
          <w:lang w:val="ru-RU"/>
        </w:rPr>
      </w:pPr>
    </w:p>
    <w:p w:rsidR="0077411A" w:rsidRPr="00EC176B" w:rsidRDefault="008B2948" w:rsidP="005A62DA">
      <w:pPr>
        <w:spacing w:after="0" w:line="240" w:lineRule="auto"/>
        <w:ind w:firstLine="709"/>
        <w:rPr>
          <w:sz w:val="28"/>
          <w:szCs w:val="28"/>
          <w:lang w:val="ru-RU"/>
        </w:rPr>
      </w:pPr>
      <w:r w:rsidRPr="00EC176B">
        <w:rPr>
          <w:sz w:val="28"/>
          <w:szCs w:val="28"/>
          <w:lang w:val="ru-RU"/>
        </w:rPr>
        <w:t>Подраздел 2.10. Показатели качества и доступности муниципальной услуги</w:t>
      </w:r>
    </w:p>
    <w:p w:rsidR="005A62DA" w:rsidRDefault="005A62DA" w:rsidP="002E7D98">
      <w:pPr>
        <w:spacing w:after="0" w:line="240" w:lineRule="auto"/>
        <w:rPr>
          <w:sz w:val="28"/>
          <w:szCs w:val="28"/>
          <w:lang w:val="ru-RU"/>
        </w:rPr>
      </w:pPr>
    </w:p>
    <w:p w:rsidR="0077411A" w:rsidRPr="00EC176B" w:rsidRDefault="008B2948" w:rsidP="005A62DA">
      <w:pPr>
        <w:spacing w:after="0" w:line="240" w:lineRule="auto"/>
        <w:ind w:firstLine="709"/>
        <w:jc w:val="both"/>
        <w:rPr>
          <w:sz w:val="28"/>
          <w:szCs w:val="28"/>
          <w:lang w:val="ru-RU"/>
        </w:rPr>
      </w:pPr>
      <w:r w:rsidRPr="00EC176B">
        <w:rPr>
          <w:sz w:val="28"/>
          <w:szCs w:val="28"/>
          <w:lang w:val="ru-RU"/>
        </w:rPr>
        <w:t>Перечень показателей качества и доступности муниципальной услуги, в том числе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 размещены</w:t>
      </w:r>
    </w:p>
    <w:p w:rsidR="005A62DA" w:rsidRPr="00EC176B" w:rsidRDefault="005A62DA" w:rsidP="005A62DA">
      <w:pPr>
        <w:spacing w:after="0" w:line="240" w:lineRule="auto"/>
        <w:ind w:firstLine="709"/>
        <w:jc w:val="both"/>
        <w:rPr>
          <w:sz w:val="28"/>
          <w:szCs w:val="28"/>
          <w:lang w:val="ru-RU"/>
        </w:rPr>
      </w:pPr>
      <w:r w:rsidRPr="00EC176B">
        <w:rPr>
          <w:sz w:val="28"/>
          <w:szCs w:val="28"/>
          <w:lang w:val="ru-RU"/>
        </w:rPr>
        <w:t>на официальном Интернет-</w:t>
      </w:r>
      <w:r>
        <w:rPr>
          <w:sz w:val="28"/>
          <w:szCs w:val="28"/>
          <w:lang w:val="ru-RU"/>
        </w:rPr>
        <w:t>сайте</w:t>
      </w:r>
      <w:r w:rsidRPr="00EC176B">
        <w:rPr>
          <w:sz w:val="28"/>
          <w:szCs w:val="28"/>
          <w:lang w:val="ru-RU"/>
        </w:rPr>
        <w:t xml:space="preserve"> Новоджерелиевского сельского поселения Брюховецкого муниципального района Краснодарского края</w:t>
      </w:r>
    </w:p>
    <w:p w:rsidR="005A62DA" w:rsidRPr="005A62DA" w:rsidRDefault="005A62DA" w:rsidP="005A62DA">
      <w:pPr>
        <w:spacing w:after="0" w:line="240" w:lineRule="auto"/>
        <w:ind w:firstLine="709"/>
        <w:jc w:val="both"/>
        <w:rPr>
          <w:sz w:val="28"/>
          <w:szCs w:val="28"/>
          <w:lang w:val="ru-RU"/>
        </w:rPr>
      </w:pPr>
      <w:r w:rsidRPr="002E7D98">
        <w:rPr>
          <w:sz w:val="28"/>
          <w:szCs w:val="28"/>
        </w:rPr>
        <w:t>www</w:t>
      </w:r>
      <w:r w:rsidRPr="005A62DA">
        <w:rPr>
          <w:sz w:val="28"/>
          <w:szCs w:val="28"/>
          <w:lang w:val="ru-RU"/>
        </w:rPr>
        <w:t>.</w:t>
      </w:r>
      <w:r>
        <w:rPr>
          <w:sz w:val="28"/>
          <w:szCs w:val="28"/>
          <w:lang w:val="ru-RU"/>
        </w:rPr>
        <w:t>новоджерелиевская.рф</w:t>
      </w:r>
    </w:p>
    <w:p w:rsidR="005A62DA" w:rsidRPr="00EC176B" w:rsidRDefault="005A62DA" w:rsidP="005A62DA">
      <w:pPr>
        <w:spacing w:after="0" w:line="240" w:lineRule="auto"/>
        <w:ind w:firstLine="709"/>
        <w:jc w:val="both"/>
        <w:rPr>
          <w:sz w:val="28"/>
          <w:szCs w:val="28"/>
          <w:lang w:val="ru-RU"/>
        </w:rPr>
      </w:pPr>
      <w:r w:rsidRPr="00EC176B">
        <w:rPr>
          <w:sz w:val="28"/>
          <w:szCs w:val="28"/>
          <w:lang w:val="ru-RU"/>
        </w:rPr>
        <w:t xml:space="preserve"> на Едином портале </w:t>
      </w:r>
      <w:r w:rsidRPr="002E7D98">
        <w:rPr>
          <w:sz w:val="28"/>
          <w:szCs w:val="28"/>
        </w:rPr>
        <w:t>http</w:t>
      </w:r>
      <w:r w:rsidRPr="00EC176B">
        <w:rPr>
          <w:sz w:val="28"/>
          <w:szCs w:val="28"/>
          <w:lang w:val="ru-RU"/>
        </w:rPr>
        <w:t>://</w:t>
      </w:r>
      <w:r w:rsidRPr="002E7D98">
        <w:rPr>
          <w:sz w:val="28"/>
          <w:szCs w:val="28"/>
        </w:rPr>
        <w:t>gosuslugi</w:t>
      </w:r>
      <w:r w:rsidRPr="00EC176B">
        <w:rPr>
          <w:sz w:val="28"/>
          <w:szCs w:val="28"/>
          <w:lang w:val="ru-RU"/>
        </w:rPr>
        <w:t>.</w:t>
      </w:r>
      <w:r w:rsidRPr="002E7D98">
        <w:rPr>
          <w:sz w:val="28"/>
          <w:szCs w:val="28"/>
        </w:rPr>
        <w:t>ru</w:t>
      </w:r>
    </w:p>
    <w:p w:rsidR="005A62DA" w:rsidRPr="00EC176B" w:rsidRDefault="005A62DA" w:rsidP="005A62DA">
      <w:pPr>
        <w:spacing w:after="0" w:line="240" w:lineRule="auto"/>
        <w:ind w:firstLine="709"/>
        <w:jc w:val="both"/>
        <w:rPr>
          <w:sz w:val="28"/>
          <w:szCs w:val="28"/>
          <w:lang w:val="ru-RU"/>
        </w:rPr>
      </w:pPr>
      <w:r w:rsidRPr="00EC176B">
        <w:rPr>
          <w:sz w:val="28"/>
          <w:szCs w:val="28"/>
          <w:lang w:val="ru-RU"/>
        </w:rPr>
        <w:t xml:space="preserve"> на Региональном портале </w:t>
      </w:r>
      <w:r w:rsidRPr="002E7D98">
        <w:rPr>
          <w:sz w:val="28"/>
          <w:szCs w:val="28"/>
        </w:rPr>
        <w:t>http</w:t>
      </w:r>
      <w:r w:rsidRPr="00EC176B">
        <w:rPr>
          <w:sz w:val="28"/>
          <w:szCs w:val="28"/>
          <w:lang w:val="ru-RU"/>
        </w:rPr>
        <w:t>://</w:t>
      </w:r>
      <w:r w:rsidRPr="002E7D98">
        <w:rPr>
          <w:sz w:val="28"/>
          <w:szCs w:val="28"/>
        </w:rPr>
        <w:t>pgu</w:t>
      </w:r>
      <w:r w:rsidRPr="00EC176B">
        <w:rPr>
          <w:sz w:val="28"/>
          <w:szCs w:val="28"/>
          <w:lang w:val="ru-RU"/>
        </w:rPr>
        <w:t>.</w:t>
      </w:r>
      <w:r w:rsidRPr="002E7D98">
        <w:rPr>
          <w:sz w:val="28"/>
          <w:szCs w:val="28"/>
        </w:rPr>
        <w:t>krasnodar</w:t>
      </w:r>
      <w:r w:rsidRPr="00EC176B">
        <w:rPr>
          <w:sz w:val="28"/>
          <w:szCs w:val="28"/>
          <w:lang w:val="ru-RU"/>
        </w:rPr>
        <w:t>.</w:t>
      </w:r>
      <w:r w:rsidRPr="002E7D98">
        <w:rPr>
          <w:sz w:val="28"/>
          <w:szCs w:val="28"/>
        </w:rPr>
        <w:t>ru</w:t>
      </w:r>
      <w:r w:rsidRPr="00EC176B">
        <w:rPr>
          <w:sz w:val="28"/>
          <w:szCs w:val="28"/>
          <w:lang w:val="ru-RU"/>
        </w:rPr>
        <w:t>.</w:t>
      </w:r>
    </w:p>
    <w:p w:rsidR="005A62DA" w:rsidRDefault="005A62DA" w:rsidP="002E7D98">
      <w:pPr>
        <w:spacing w:after="0" w:line="240" w:lineRule="auto"/>
        <w:rPr>
          <w:sz w:val="28"/>
          <w:szCs w:val="28"/>
          <w:lang w:val="ru-RU"/>
        </w:rPr>
      </w:pPr>
    </w:p>
    <w:p w:rsidR="0077411A" w:rsidRPr="00EC176B" w:rsidRDefault="008B2948" w:rsidP="005A62DA">
      <w:pPr>
        <w:spacing w:after="0" w:line="240" w:lineRule="auto"/>
        <w:ind w:firstLine="709"/>
        <w:rPr>
          <w:sz w:val="28"/>
          <w:szCs w:val="28"/>
          <w:lang w:val="ru-RU"/>
        </w:rPr>
      </w:pPr>
      <w:r w:rsidRPr="00EC176B">
        <w:rPr>
          <w:sz w:val="28"/>
          <w:szCs w:val="28"/>
          <w:lang w:val="ru-RU"/>
        </w:rPr>
        <w:t>Подраздел 2.11. Иные требования к предоставлению муниципальной услуги</w:t>
      </w:r>
    </w:p>
    <w:p w:rsidR="005A62DA" w:rsidRDefault="005A62DA" w:rsidP="002E7D98">
      <w:pPr>
        <w:spacing w:after="0" w:line="240" w:lineRule="auto"/>
        <w:rPr>
          <w:sz w:val="28"/>
          <w:szCs w:val="28"/>
          <w:lang w:val="ru-RU"/>
        </w:rPr>
      </w:pPr>
    </w:p>
    <w:p w:rsidR="0077411A" w:rsidRPr="002E7D98" w:rsidRDefault="008B2948" w:rsidP="005A62DA">
      <w:pPr>
        <w:spacing w:after="0" w:line="240" w:lineRule="auto"/>
        <w:ind w:firstLine="709"/>
        <w:jc w:val="both"/>
        <w:rPr>
          <w:sz w:val="28"/>
          <w:szCs w:val="28"/>
          <w:lang w:val="ru-RU"/>
        </w:rPr>
      </w:pPr>
      <w:r w:rsidRPr="002E7D98">
        <w:rPr>
          <w:sz w:val="28"/>
          <w:szCs w:val="28"/>
          <w:lang w:val="ru-RU"/>
        </w:rPr>
        <w:t>2.11.1. Услуги, которые являются необходимыми и обязательными для предоставления муниципальной услуги, отсутствуют.</w:t>
      </w:r>
    </w:p>
    <w:p w:rsidR="0077411A" w:rsidRPr="002E7D98" w:rsidRDefault="008B2948" w:rsidP="005A62DA">
      <w:pPr>
        <w:spacing w:after="0" w:line="240" w:lineRule="auto"/>
        <w:ind w:firstLine="709"/>
        <w:jc w:val="both"/>
        <w:rPr>
          <w:sz w:val="28"/>
          <w:szCs w:val="28"/>
          <w:lang w:val="ru-RU"/>
        </w:rPr>
      </w:pPr>
      <w:r w:rsidRPr="002E7D98">
        <w:rPr>
          <w:sz w:val="28"/>
          <w:szCs w:val="28"/>
          <w:lang w:val="ru-RU"/>
        </w:rPr>
        <w:t>2.11.2.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77411A" w:rsidRPr="002E7D98" w:rsidRDefault="008B2948" w:rsidP="005A62DA">
      <w:pPr>
        <w:spacing w:after="0" w:line="240" w:lineRule="auto"/>
        <w:ind w:firstLine="709"/>
        <w:jc w:val="both"/>
        <w:rPr>
          <w:sz w:val="28"/>
          <w:szCs w:val="28"/>
          <w:lang w:val="ru-RU"/>
        </w:rPr>
      </w:pPr>
      <w:r w:rsidRPr="002E7D98">
        <w:rPr>
          <w:sz w:val="28"/>
          <w:szCs w:val="28"/>
          <w:lang w:val="ru-RU"/>
        </w:rPr>
        <w:t>2.11.3. При предоставлении муниципальных услуг используются следующие основные информационные системы:</w:t>
      </w:r>
    </w:p>
    <w:p w:rsidR="0077411A" w:rsidRPr="00EC176B" w:rsidRDefault="008B2948" w:rsidP="005A62DA">
      <w:pPr>
        <w:spacing w:after="0" w:line="240" w:lineRule="auto"/>
        <w:ind w:firstLine="709"/>
        <w:jc w:val="both"/>
        <w:rPr>
          <w:sz w:val="28"/>
          <w:szCs w:val="28"/>
          <w:lang w:val="ru-RU"/>
        </w:rPr>
      </w:pPr>
      <w:r w:rsidRPr="00EC176B">
        <w:rPr>
          <w:sz w:val="28"/>
          <w:szCs w:val="28"/>
          <w:lang w:val="ru-RU"/>
        </w:rPr>
        <w:lastRenderedPageBreak/>
        <w:t>- федеральная государственная информационная система "Единый портал государственных и муниципальных услуг (функций)" (ЕПГУ);</w:t>
      </w:r>
    </w:p>
    <w:p w:rsidR="0077411A" w:rsidRPr="00EC176B" w:rsidRDefault="008B2948" w:rsidP="005A62DA">
      <w:pPr>
        <w:spacing w:after="0" w:line="240" w:lineRule="auto"/>
        <w:ind w:firstLine="709"/>
        <w:jc w:val="both"/>
        <w:rPr>
          <w:sz w:val="28"/>
          <w:szCs w:val="28"/>
          <w:lang w:val="ru-RU"/>
        </w:rPr>
      </w:pPr>
      <w:r w:rsidRPr="00EC176B">
        <w:rPr>
          <w:sz w:val="28"/>
          <w:szCs w:val="28"/>
          <w:lang w:val="ru-RU"/>
        </w:rPr>
        <w:t>- Региональная государственная информационная система "Портал государственных и муниципальных услуг (функций) Краснодарского края" (РПГУ);</w:t>
      </w:r>
    </w:p>
    <w:p w:rsidR="0077411A" w:rsidRPr="00EC176B" w:rsidRDefault="008B2948" w:rsidP="005A62DA">
      <w:pPr>
        <w:spacing w:after="0" w:line="240" w:lineRule="auto"/>
        <w:ind w:firstLine="709"/>
        <w:jc w:val="both"/>
        <w:rPr>
          <w:sz w:val="28"/>
          <w:szCs w:val="28"/>
          <w:lang w:val="ru-RU"/>
        </w:rPr>
      </w:pPr>
      <w:r w:rsidRPr="00EC176B">
        <w:rPr>
          <w:sz w:val="28"/>
          <w:szCs w:val="28"/>
          <w:lang w:val="ru-RU"/>
        </w:rPr>
        <w:t>-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(ФГИС ЕСИА);</w:t>
      </w:r>
    </w:p>
    <w:p w:rsidR="0077411A" w:rsidRPr="00EC176B" w:rsidRDefault="008B2948" w:rsidP="005A62DA">
      <w:pPr>
        <w:spacing w:after="0" w:line="240" w:lineRule="auto"/>
        <w:ind w:firstLine="709"/>
        <w:jc w:val="both"/>
        <w:rPr>
          <w:sz w:val="28"/>
          <w:szCs w:val="28"/>
          <w:lang w:val="ru-RU"/>
        </w:rPr>
      </w:pPr>
      <w:r w:rsidRPr="00EC176B">
        <w:rPr>
          <w:sz w:val="28"/>
          <w:szCs w:val="28"/>
          <w:lang w:val="ru-RU"/>
        </w:rPr>
        <w:t>- Автоматизированная информационная система ГАУ КК "МФЦ" (АИС МФЦ);</w:t>
      </w:r>
    </w:p>
    <w:p w:rsidR="0077411A" w:rsidRPr="00EC176B" w:rsidRDefault="008B2948" w:rsidP="005A62DA">
      <w:pPr>
        <w:spacing w:after="0" w:line="240" w:lineRule="auto"/>
        <w:ind w:firstLine="709"/>
        <w:jc w:val="both"/>
        <w:rPr>
          <w:sz w:val="28"/>
          <w:szCs w:val="28"/>
          <w:lang w:val="ru-RU"/>
        </w:rPr>
      </w:pPr>
      <w:r w:rsidRPr="00EC176B">
        <w:rPr>
          <w:sz w:val="28"/>
          <w:szCs w:val="28"/>
          <w:lang w:val="ru-RU"/>
        </w:rPr>
        <w:t>- Единый государственный реестр юридических лиц (ЕГРЮЛ);</w:t>
      </w:r>
    </w:p>
    <w:p w:rsidR="0077411A" w:rsidRPr="00EC176B" w:rsidRDefault="008B2948" w:rsidP="005A62DA">
      <w:pPr>
        <w:spacing w:after="0" w:line="240" w:lineRule="auto"/>
        <w:ind w:firstLine="709"/>
        <w:jc w:val="both"/>
        <w:rPr>
          <w:sz w:val="28"/>
          <w:szCs w:val="28"/>
          <w:lang w:val="ru-RU"/>
        </w:rPr>
      </w:pPr>
      <w:r w:rsidRPr="00EC176B">
        <w:rPr>
          <w:sz w:val="28"/>
          <w:szCs w:val="28"/>
          <w:lang w:val="ru-RU"/>
        </w:rPr>
        <w:t>- Единый государственный реестр индивидуальных предпринимателей (ЕГРИП);</w:t>
      </w:r>
    </w:p>
    <w:p w:rsidR="0077411A" w:rsidRPr="00EC176B" w:rsidRDefault="008B2948" w:rsidP="005A62DA">
      <w:pPr>
        <w:spacing w:after="0" w:line="240" w:lineRule="auto"/>
        <w:ind w:firstLine="709"/>
        <w:jc w:val="both"/>
        <w:rPr>
          <w:sz w:val="28"/>
          <w:szCs w:val="28"/>
          <w:lang w:val="ru-RU"/>
        </w:rPr>
      </w:pPr>
      <w:r w:rsidRPr="00EC176B">
        <w:rPr>
          <w:sz w:val="28"/>
          <w:szCs w:val="28"/>
          <w:lang w:val="ru-RU"/>
        </w:rPr>
        <w:t>- Единый государственный реестр недвижимости о правоустанавливающих и (или) право удостоверяющих документах на объект (объекты) адресации (ФГИС ЕГРН);</w:t>
      </w:r>
    </w:p>
    <w:p w:rsidR="0077411A" w:rsidRPr="00EC176B" w:rsidRDefault="008B2948" w:rsidP="005A62DA">
      <w:pPr>
        <w:spacing w:after="0" w:line="240" w:lineRule="auto"/>
        <w:ind w:firstLine="709"/>
        <w:jc w:val="both"/>
        <w:rPr>
          <w:sz w:val="28"/>
          <w:szCs w:val="28"/>
          <w:lang w:val="ru-RU"/>
        </w:rPr>
      </w:pPr>
      <w:r w:rsidRPr="00EC176B">
        <w:rPr>
          <w:sz w:val="28"/>
          <w:szCs w:val="28"/>
          <w:lang w:val="ru-RU"/>
        </w:rPr>
        <w:t>- иные государственные информационные системы,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или юридическом лице, в указанных информационных системах.</w:t>
      </w:r>
    </w:p>
    <w:p w:rsidR="0077411A" w:rsidRPr="002E7D98" w:rsidRDefault="008B2948" w:rsidP="005A62DA">
      <w:pPr>
        <w:spacing w:after="0" w:line="240" w:lineRule="auto"/>
        <w:ind w:firstLine="709"/>
        <w:jc w:val="both"/>
        <w:rPr>
          <w:sz w:val="28"/>
          <w:szCs w:val="28"/>
          <w:lang w:val="ru-RU"/>
        </w:rPr>
      </w:pPr>
      <w:r w:rsidRPr="002E7D98">
        <w:rPr>
          <w:sz w:val="28"/>
          <w:szCs w:val="28"/>
          <w:lang w:val="ru-RU"/>
        </w:rPr>
        <w:t xml:space="preserve">2.11.4. В соответствии с Федеральным законом от 8 июля 2024 года № 172-ФЗ </w:t>
      </w:r>
      <w:r w:rsidR="005A62DA">
        <w:rPr>
          <w:sz w:val="28"/>
          <w:szCs w:val="28"/>
          <w:lang w:val="ru-RU"/>
        </w:rPr>
        <w:t>«</w:t>
      </w:r>
      <w:r w:rsidRPr="002E7D98">
        <w:rPr>
          <w:sz w:val="28"/>
          <w:szCs w:val="28"/>
          <w:lang w:val="ru-RU"/>
        </w:rPr>
        <w:t xml:space="preserve">О внесении изменений в статьи 2 и 5 Федерального закона от 27 июля 2010 года № 210-ФЗ и Законом Краснодарского края от 6 ноября 2024 года № 5233-КЗ </w:t>
      </w:r>
      <w:r w:rsidR="005A62DA">
        <w:rPr>
          <w:sz w:val="28"/>
          <w:szCs w:val="28"/>
          <w:lang w:val="ru-RU"/>
        </w:rPr>
        <w:t>«</w:t>
      </w:r>
      <w:r w:rsidRPr="002E7D98">
        <w:rPr>
          <w:sz w:val="28"/>
          <w:szCs w:val="28"/>
          <w:lang w:val="ru-RU"/>
        </w:rPr>
        <w:t xml:space="preserve">О внесении изменений в статью 6.3 Закона Краснодарского края </w:t>
      </w:r>
      <w:r w:rsidR="005A62DA">
        <w:rPr>
          <w:sz w:val="28"/>
          <w:szCs w:val="28"/>
          <w:lang w:val="ru-RU"/>
        </w:rPr>
        <w:t>«</w:t>
      </w:r>
      <w:r w:rsidRPr="002E7D98">
        <w:rPr>
          <w:sz w:val="28"/>
          <w:szCs w:val="28"/>
          <w:lang w:val="ru-RU"/>
        </w:rPr>
        <w:t>Об отдельных вопросах организации предоставления государственных и муниципальных услуг на территории Краснодарского края</w:t>
      </w:r>
      <w:r w:rsidR="005A62DA">
        <w:rPr>
          <w:sz w:val="28"/>
          <w:szCs w:val="28"/>
          <w:lang w:val="ru-RU"/>
        </w:rPr>
        <w:t>»</w:t>
      </w:r>
      <w:r w:rsidRPr="002E7D98">
        <w:rPr>
          <w:sz w:val="28"/>
          <w:szCs w:val="28"/>
          <w:lang w:val="ru-RU"/>
        </w:rPr>
        <w:t xml:space="preserve"> законные представители несовершеннолетнего, которые не являются заявителем, смогут получить результат муниципальной услуги на бумажном носителе в отношении несовершеннолетнего независимо от того, кто является заявителем.</w:t>
      </w:r>
    </w:p>
    <w:p w:rsidR="0077411A" w:rsidRPr="00EC176B" w:rsidRDefault="008B2948" w:rsidP="005A62DA">
      <w:pPr>
        <w:spacing w:after="0" w:line="240" w:lineRule="auto"/>
        <w:ind w:firstLine="709"/>
        <w:jc w:val="both"/>
        <w:rPr>
          <w:sz w:val="28"/>
          <w:szCs w:val="28"/>
          <w:lang w:val="ru-RU"/>
        </w:rPr>
      </w:pPr>
      <w:r w:rsidRPr="00EC176B">
        <w:rPr>
          <w:sz w:val="28"/>
          <w:szCs w:val="28"/>
          <w:lang w:val="ru-RU"/>
        </w:rPr>
        <w:t>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77411A" w:rsidRPr="00EC176B" w:rsidRDefault="008B2948" w:rsidP="005A62DA">
      <w:pPr>
        <w:spacing w:after="0" w:line="240" w:lineRule="auto"/>
        <w:ind w:firstLine="709"/>
        <w:jc w:val="both"/>
        <w:rPr>
          <w:sz w:val="28"/>
          <w:szCs w:val="28"/>
          <w:lang w:val="ru-RU"/>
        </w:rPr>
      </w:pPr>
      <w:r w:rsidRPr="00EC176B">
        <w:rPr>
          <w:sz w:val="28"/>
          <w:szCs w:val="28"/>
          <w:lang w:val="ru-RU"/>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w:t>
      </w:r>
      <w:r w:rsidRPr="00EC176B">
        <w:rPr>
          <w:sz w:val="28"/>
          <w:szCs w:val="28"/>
          <w:lang w:val="ru-RU"/>
        </w:rPr>
        <w:lastRenderedPageBreak/>
        <w:t>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77411A" w:rsidRPr="00EC176B" w:rsidRDefault="008B2948" w:rsidP="005A62DA">
      <w:pPr>
        <w:spacing w:after="0" w:line="240" w:lineRule="auto"/>
        <w:ind w:firstLine="709"/>
        <w:jc w:val="both"/>
        <w:rPr>
          <w:sz w:val="28"/>
          <w:szCs w:val="28"/>
          <w:lang w:val="ru-RU"/>
        </w:rPr>
      </w:pPr>
      <w:r w:rsidRPr="00EC176B">
        <w:rPr>
          <w:sz w:val="28"/>
          <w:szCs w:val="28"/>
          <w:lang w:val="ru-RU"/>
        </w:rPr>
        <w:t>Для этого родитель - заявитель в момент подачи заявления должен указать сведения о другом родителе ребенка, уполномоченном на получение результатов предоставления соответствующей услуги в отношении ребенка.</w:t>
      </w:r>
    </w:p>
    <w:p w:rsidR="0077411A" w:rsidRPr="00EC176B" w:rsidRDefault="008B2948" w:rsidP="005A62DA">
      <w:pPr>
        <w:spacing w:after="0" w:line="240" w:lineRule="auto"/>
        <w:ind w:firstLine="709"/>
        <w:jc w:val="both"/>
        <w:rPr>
          <w:sz w:val="28"/>
          <w:szCs w:val="28"/>
          <w:lang w:val="ru-RU"/>
        </w:rPr>
      </w:pPr>
      <w:r w:rsidRPr="00EC176B">
        <w:rPr>
          <w:sz w:val="28"/>
          <w:szCs w:val="28"/>
          <w:lang w:val="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77411A" w:rsidRPr="002E7D98" w:rsidRDefault="008B2948" w:rsidP="005A62DA">
      <w:pPr>
        <w:spacing w:after="0" w:line="240" w:lineRule="auto"/>
        <w:ind w:firstLine="709"/>
        <w:jc w:val="both"/>
        <w:rPr>
          <w:sz w:val="28"/>
          <w:szCs w:val="28"/>
          <w:lang w:val="ru-RU"/>
        </w:rPr>
      </w:pPr>
      <w:r w:rsidRPr="00EC176B">
        <w:rPr>
          <w:sz w:val="28"/>
          <w:szCs w:val="28"/>
          <w:lang w:val="ru-RU"/>
        </w:rPr>
        <w:t xml:space="preserve">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частью </w:t>
      </w:r>
      <w:r w:rsidRPr="002E7D98">
        <w:rPr>
          <w:sz w:val="28"/>
          <w:szCs w:val="28"/>
          <w:lang w:val="ru-RU"/>
        </w:rPr>
        <w:t xml:space="preserve">3 статьи 5 Федерального закона № 210-ФЗ </w:t>
      </w:r>
      <w:r w:rsidR="005A62DA">
        <w:rPr>
          <w:sz w:val="28"/>
          <w:szCs w:val="28"/>
          <w:lang w:val="ru-RU"/>
        </w:rPr>
        <w:t>«</w:t>
      </w:r>
      <w:r w:rsidRPr="002E7D98">
        <w:rPr>
          <w:sz w:val="28"/>
          <w:szCs w:val="28"/>
          <w:lang w:val="ru-RU"/>
        </w:rPr>
        <w:t>Об организации предоставления государственных и муниципальных услуг</w:t>
      </w:r>
      <w:r w:rsidR="005A62DA">
        <w:rPr>
          <w:sz w:val="28"/>
          <w:szCs w:val="28"/>
          <w:lang w:val="ru-RU"/>
        </w:rPr>
        <w:t>»</w:t>
      </w:r>
      <w:r w:rsidRPr="002E7D98">
        <w:rPr>
          <w:sz w:val="28"/>
          <w:szCs w:val="28"/>
          <w:lang w:val="ru-RU"/>
        </w:rPr>
        <w:t xml:space="preserve"> (далее - Федеральный закон № 210-ФЗ).</w:t>
      </w:r>
    </w:p>
    <w:p w:rsidR="0077411A" w:rsidRPr="00EC176B" w:rsidRDefault="008B2948" w:rsidP="005A62DA">
      <w:pPr>
        <w:spacing w:after="0" w:line="240" w:lineRule="auto"/>
        <w:ind w:firstLine="709"/>
        <w:jc w:val="both"/>
        <w:rPr>
          <w:sz w:val="28"/>
          <w:szCs w:val="28"/>
          <w:lang w:val="ru-RU"/>
        </w:rPr>
      </w:pPr>
      <w:r w:rsidRPr="00EC176B">
        <w:rPr>
          <w:sz w:val="28"/>
          <w:szCs w:val="28"/>
          <w:lang w:val="ru-RU"/>
        </w:rPr>
        <w:t>Результат предоставления муниципальной услуги в отношении несовершеннолетнего, оформленный в форме документа на бумажном носителе, выдается законному представителю несовершеннолетнего, не являющемуся заявителем, лично в уполномоченном органе, либо способом получения ответа, указанным в заявлении, в сроки, установленные настоящим регламентом, для заявителей.</w:t>
      </w:r>
    </w:p>
    <w:p w:rsidR="005A62DA" w:rsidRDefault="005A62DA" w:rsidP="002E7D98">
      <w:pPr>
        <w:spacing w:after="0" w:line="240" w:lineRule="auto"/>
        <w:rPr>
          <w:sz w:val="28"/>
          <w:szCs w:val="28"/>
          <w:lang w:val="ru-RU"/>
        </w:rPr>
      </w:pPr>
    </w:p>
    <w:p w:rsidR="0077411A" w:rsidRPr="00EC176B" w:rsidRDefault="008B2948" w:rsidP="005A62DA">
      <w:pPr>
        <w:spacing w:after="0" w:line="240" w:lineRule="auto"/>
        <w:ind w:firstLine="709"/>
        <w:jc w:val="both"/>
        <w:rPr>
          <w:sz w:val="28"/>
          <w:szCs w:val="28"/>
          <w:lang w:val="ru-RU"/>
        </w:rPr>
      </w:pPr>
      <w:r w:rsidRPr="00EC176B">
        <w:rPr>
          <w:sz w:val="28"/>
          <w:szCs w:val="28"/>
          <w:lang w:val="ru-RU"/>
        </w:rPr>
        <w:t>Подраздел 2.12.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5A62DA" w:rsidRDefault="005A62DA" w:rsidP="002E7D98">
      <w:pPr>
        <w:spacing w:after="0" w:line="240" w:lineRule="auto"/>
        <w:rPr>
          <w:sz w:val="28"/>
          <w:szCs w:val="28"/>
          <w:lang w:val="ru-RU"/>
        </w:rPr>
      </w:pPr>
    </w:p>
    <w:p w:rsidR="0077411A" w:rsidRPr="00EC176B" w:rsidRDefault="008B2948" w:rsidP="005A62DA">
      <w:pPr>
        <w:spacing w:after="0" w:line="240" w:lineRule="auto"/>
        <w:ind w:firstLine="709"/>
        <w:jc w:val="both"/>
        <w:rPr>
          <w:sz w:val="28"/>
          <w:szCs w:val="28"/>
          <w:lang w:val="ru-RU"/>
        </w:rPr>
      </w:pPr>
      <w:r w:rsidRPr="00EC176B">
        <w:rPr>
          <w:sz w:val="28"/>
          <w:szCs w:val="28"/>
          <w:lang w:val="ru-RU"/>
        </w:rPr>
        <w:t>Заявитель вправе обратиться в уполномоченный орган с заявлением об исправлении допущенных опечаток и ошибок в ранее выданный документ.</w:t>
      </w:r>
    </w:p>
    <w:p w:rsidR="0077411A" w:rsidRPr="00EC176B" w:rsidRDefault="008B2948" w:rsidP="005A62DA">
      <w:pPr>
        <w:spacing w:after="0" w:line="240" w:lineRule="auto"/>
        <w:ind w:firstLine="709"/>
        <w:jc w:val="both"/>
        <w:rPr>
          <w:sz w:val="28"/>
          <w:szCs w:val="28"/>
          <w:lang w:val="ru-RU"/>
        </w:rPr>
      </w:pPr>
      <w:r w:rsidRPr="00EC176B">
        <w:rPr>
          <w:sz w:val="28"/>
          <w:szCs w:val="28"/>
          <w:lang w:val="ru-RU"/>
        </w:rPr>
        <w:t xml:space="preserve">Заявитель (его представитель) представляет в письменной форме заявление об исправлении допущенных опечаток и ошибок (техническая ошибка) в выданном результате предоставления муниципальной услуги, которое оформляется по рекомендуемой форме приложения </w:t>
      </w:r>
      <w:r w:rsidR="005A62DA">
        <w:rPr>
          <w:sz w:val="28"/>
          <w:szCs w:val="28"/>
          <w:lang w:val="ru-RU"/>
        </w:rPr>
        <w:t xml:space="preserve">№ </w:t>
      </w:r>
      <w:r w:rsidRPr="00EC176B">
        <w:rPr>
          <w:sz w:val="28"/>
          <w:szCs w:val="28"/>
          <w:lang w:val="ru-RU"/>
        </w:rPr>
        <w:t xml:space="preserve">6 к настоящему </w:t>
      </w:r>
      <w:r w:rsidRPr="00EC176B">
        <w:rPr>
          <w:sz w:val="28"/>
          <w:szCs w:val="28"/>
          <w:lang w:val="ru-RU"/>
        </w:rPr>
        <w:lastRenderedPageBreak/>
        <w:t>административному регламенту (далее - заявление об исправлении технической ошибки).</w:t>
      </w:r>
    </w:p>
    <w:p w:rsidR="0077411A" w:rsidRPr="00EC176B" w:rsidRDefault="008B2948" w:rsidP="0000689E">
      <w:pPr>
        <w:spacing w:after="0" w:line="240" w:lineRule="auto"/>
        <w:ind w:firstLine="709"/>
        <w:jc w:val="both"/>
        <w:rPr>
          <w:sz w:val="28"/>
          <w:szCs w:val="28"/>
          <w:lang w:val="ru-RU"/>
        </w:rPr>
      </w:pPr>
      <w:r w:rsidRPr="00EC176B">
        <w:rPr>
          <w:sz w:val="28"/>
          <w:szCs w:val="28"/>
          <w:lang w:val="ru-RU"/>
        </w:rPr>
        <w:t xml:space="preserve">Перечень документов, прилагаемые к заявлению, которые заявитель должен представить самостоятельно, приведен в таблице № 3 приложения </w:t>
      </w:r>
      <w:r w:rsidR="005A62DA">
        <w:rPr>
          <w:sz w:val="28"/>
          <w:szCs w:val="28"/>
          <w:lang w:val="ru-RU"/>
        </w:rPr>
        <w:t xml:space="preserve">№ </w:t>
      </w:r>
      <w:r w:rsidRPr="00EC176B">
        <w:rPr>
          <w:sz w:val="28"/>
          <w:szCs w:val="28"/>
          <w:lang w:val="ru-RU"/>
        </w:rPr>
        <w:t>3 к настоящему административному регламенту.</w:t>
      </w:r>
    </w:p>
    <w:p w:rsidR="0077411A" w:rsidRPr="00EC176B" w:rsidRDefault="008B2948" w:rsidP="0000689E">
      <w:pPr>
        <w:spacing w:after="0" w:line="240" w:lineRule="auto"/>
        <w:ind w:firstLine="709"/>
        <w:jc w:val="both"/>
        <w:rPr>
          <w:sz w:val="28"/>
          <w:szCs w:val="28"/>
          <w:lang w:val="ru-RU"/>
        </w:rPr>
      </w:pPr>
      <w:r w:rsidRPr="00EC176B">
        <w:rPr>
          <w:sz w:val="28"/>
          <w:szCs w:val="28"/>
          <w:lang w:val="ru-RU"/>
        </w:rPr>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w:t>
      </w:r>
      <w:r w:rsidR="00AC4A0D">
        <w:rPr>
          <w:sz w:val="28"/>
          <w:szCs w:val="28"/>
          <w:lang w:val="ru-RU"/>
        </w:rPr>
        <w:t>приведены</w:t>
      </w:r>
      <w:r w:rsidRPr="00EC176B">
        <w:rPr>
          <w:sz w:val="28"/>
          <w:szCs w:val="28"/>
          <w:lang w:val="ru-RU"/>
        </w:rPr>
        <w:t xml:space="preserve"> в таблице № 2 приложения </w:t>
      </w:r>
      <w:r w:rsidR="005A62DA">
        <w:rPr>
          <w:sz w:val="28"/>
          <w:szCs w:val="28"/>
          <w:lang w:val="ru-RU"/>
        </w:rPr>
        <w:t xml:space="preserve">№ </w:t>
      </w:r>
      <w:r w:rsidRPr="00EC176B">
        <w:rPr>
          <w:sz w:val="28"/>
          <w:szCs w:val="28"/>
          <w:lang w:val="ru-RU"/>
        </w:rPr>
        <w:t>3 к настоящему административному регламенту.</w:t>
      </w:r>
    </w:p>
    <w:p w:rsidR="0077411A" w:rsidRPr="00EC176B" w:rsidRDefault="008B2948" w:rsidP="0000689E">
      <w:pPr>
        <w:spacing w:after="0" w:line="240" w:lineRule="auto"/>
        <w:ind w:firstLine="709"/>
        <w:jc w:val="both"/>
        <w:rPr>
          <w:sz w:val="28"/>
          <w:szCs w:val="28"/>
          <w:lang w:val="ru-RU"/>
        </w:rPr>
      </w:pPr>
      <w:r w:rsidRPr="00EC176B">
        <w:rPr>
          <w:sz w:val="28"/>
          <w:szCs w:val="28"/>
          <w:lang w:val="ru-RU"/>
        </w:rPr>
        <w:t xml:space="preserve">Способы подачи заявления, документов и информации, необходимых для получения муниципальной услуги размещены в подразделе 2.18 раздела </w:t>
      </w:r>
      <w:r w:rsidRPr="002E7D98">
        <w:rPr>
          <w:sz w:val="28"/>
          <w:szCs w:val="28"/>
        </w:rPr>
        <w:t>II</w:t>
      </w:r>
      <w:r w:rsidRPr="00EC176B">
        <w:rPr>
          <w:sz w:val="28"/>
          <w:szCs w:val="28"/>
          <w:lang w:val="ru-RU"/>
        </w:rPr>
        <w:t xml:space="preserve"> настоящего административного регламента.</w:t>
      </w:r>
    </w:p>
    <w:p w:rsidR="0077411A" w:rsidRPr="00EC176B" w:rsidRDefault="008B2948" w:rsidP="0000689E">
      <w:pPr>
        <w:spacing w:after="0" w:line="240" w:lineRule="auto"/>
        <w:ind w:firstLine="709"/>
        <w:jc w:val="both"/>
        <w:rPr>
          <w:sz w:val="28"/>
          <w:szCs w:val="28"/>
          <w:lang w:val="ru-RU"/>
        </w:rPr>
      </w:pPr>
      <w:r w:rsidRPr="00EC176B">
        <w:rPr>
          <w:sz w:val="28"/>
          <w:szCs w:val="28"/>
          <w:lang w:val="ru-RU"/>
        </w:rPr>
        <w:t xml:space="preserve">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w:t>
      </w:r>
      <w:r w:rsidR="00AC4A0D">
        <w:rPr>
          <w:sz w:val="28"/>
          <w:szCs w:val="28"/>
          <w:lang w:val="ru-RU"/>
        </w:rPr>
        <w:t>приведен</w:t>
      </w:r>
      <w:r w:rsidRPr="00EC176B">
        <w:rPr>
          <w:sz w:val="28"/>
          <w:szCs w:val="28"/>
          <w:lang w:val="ru-RU"/>
        </w:rPr>
        <w:t xml:space="preserve"> в приложении </w:t>
      </w:r>
      <w:r w:rsidR="00AC4A0D">
        <w:rPr>
          <w:sz w:val="28"/>
          <w:szCs w:val="28"/>
          <w:lang w:val="ru-RU"/>
        </w:rPr>
        <w:t xml:space="preserve">№ </w:t>
      </w:r>
      <w:r w:rsidRPr="00EC176B">
        <w:rPr>
          <w:sz w:val="28"/>
          <w:szCs w:val="28"/>
          <w:lang w:val="ru-RU"/>
        </w:rPr>
        <w:t>4 к настоящему административному регламенту.</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 xml:space="preserve">Срок регистрации заявления и прилагаемых документов и (или) информации, необходимых для предоставления муниципальной услуги в уполномоченном органе или МФЦ не может превышать </w:t>
      </w:r>
      <w:r w:rsidR="0000689E">
        <w:rPr>
          <w:sz w:val="28"/>
          <w:szCs w:val="28"/>
          <w:lang w:val="ru-RU"/>
        </w:rPr>
        <w:t xml:space="preserve">15 </w:t>
      </w:r>
      <w:r w:rsidRPr="00EC176B">
        <w:rPr>
          <w:sz w:val="28"/>
          <w:szCs w:val="28"/>
          <w:lang w:val="ru-RU"/>
        </w:rPr>
        <w:t>минут. Заявление регистрируется в присутствии заявителя, которому выдается расписка с регистрационным номером.</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При поступлении заявления в уполномоченный орган по почте, заявление регистрируется в течение 1 рабочего дня.</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Оснований для приостановления предоставления муниципальной услуги законодательством Российской Федерации не предусмотрено.</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 xml:space="preserve">Перечень оснований для отказа в предоставлении муниципальной услуги, </w:t>
      </w:r>
      <w:r w:rsidR="00AC4A0D">
        <w:rPr>
          <w:sz w:val="28"/>
          <w:szCs w:val="28"/>
          <w:lang w:val="ru-RU"/>
        </w:rPr>
        <w:t>приведен</w:t>
      </w:r>
      <w:r w:rsidRPr="00EC176B">
        <w:rPr>
          <w:sz w:val="28"/>
          <w:szCs w:val="28"/>
          <w:lang w:val="ru-RU"/>
        </w:rPr>
        <w:t xml:space="preserve"> в таблице № 1 приложения </w:t>
      </w:r>
      <w:r w:rsidR="00A0117C">
        <w:rPr>
          <w:sz w:val="28"/>
          <w:szCs w:val="28"/>
          <w:lang w:val="ru-RU"/>
        </w:rPr>
        <w:t xml:space="preserve">№ </w:t>
      </w:r>
      <w:r w:rsidRPr="00EC176B">
        <w:rPr>
          <w:sz w:val="28"/>
          <w:szCs w:val="28"/>
          <w:lang w:val="ru-RU"/>
        </w:rPr>
        <w:t>5 к настоящему административному регламенту.</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В случае подтверждения наличия допущенных опечаток, ошибок и отсутствия оснований для отказа в предоставлении муниципальной услуги уполномоченный орган вносит исправления в ранее выданном документе.</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Срок подготовки документа не должен превышать 3 рабочих дней со дня регистрации заявления.</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 xml:space="preserve">Срок подготовки документа об отказе в предоставлении муниципальной услуги, составляет не более 3 рабочих дней со дня получения уполномоченным </w:t>
      </w:r>
      <w:r w:rsidRPr="00EC176B">
        <w:rPr>
          <w:sz w:val="28"/>
          <w:szCs w:val="28"/>
          <w:lang w:val="ru-RU"/>
        </w:rPr>
        <w:lastRenderedPageBreak/>
        <w:t>органом заявления об исправлении технической ошибки и в полном объеме прилагаемых к нему документов, необходимых для принятия решения.</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Результат предоставления муниципальной услуги выдается заявителю непосредственно в уполномоченном органе или в МФЦ не позднее одного календарного дня до даты истечения срока предоставления муниципальной услуг.</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 xml:space="preserve">При направлении заявителю результата предоставления муниципальной услуги на бумажном носителе из уполномоченного органа посредством почтового </w:t>
      </w:r>
      <w:r w:rsidR="00A0117C" w:rsidRPr="00EC176B">
        <w:rPr>
          <w:sz w:val="28"/>
          <w:szCs w:val="28"/>
          <w:lang w:val="ru-RU"/>
        </w:rPr>
        <w:t>отправления -</w:t>
      </w:r>
      <w:r w:rsidRPr="00EC176B">
        <w:rPr>
          <w:sz w:val="28"/>
          <w:szCs w:val="28"/>
          <w:lang w:val="ru-RU"/>
        </w:rPr>
        <w:t xml:space="preserve"> срок выдачи результата увеличивается на 4 рабочих дня.</w:t>
      </w:r>
    </w:p>
    <w:p w:rsidR="0077411A" w:rsidRPr="00C0736E" w:rsidRDefault="008B2948" w:rsidP="00A0117C">
      <w:pPr>
        <w:spacing w:after="0" w:line="240" w:lineRule="auto"/>
        <w:ind w:firstLine="709"/>
        <w:jc w:val="both"/>
        <w:rPr>
          <w:sz w:val="28"/>
          <w:szCs w:val="28"/>
          <w:lang w:val="ru-RU"/>
        </w:rPr>
      </w:pPr>
      <w:r w:rsidRPr="00C0736E">
        <w:rPr>
          <w:sz w:val="28"/>
          <w:szCs w:val="28"/>
          <w:lang w:val="ru-RU"/>
        </w:rPr>
        <w:t xml:space="preserve">Способы предоставления результата муниципальной услуги </w:t>
      </w:r>
      <w:r w:rsidR="00C0736E">
        <w:rPr>
          <w:sz w:val="28"/>
          <w:szCs w:val="28"/>
          <w:lang w:val="ru-RU"/>
        </w:rPr>
        <w:t>приведены</w:t>
      </w:r>
      <w:r w:rsidRPr="00C0736E">
        <w:rPr>
          <w:sz w:val="28"/>
          <w:szCs w:val="28"/>
          <w:lang w:val="ru-RU"/>
        </w:rPr>
        <w:t xml:space="preserve"> в пункте 2.3.5. подраздела 2.3 раздела </w:t>
      </w:r>
      <w:r w:rsidRPr="00C0736E">
        <w:rPr>
          <w:sz w:val="28"/>
          <w:szCs w:val="28"/>
        </w:rPr>
        <w:t>II</w:t>
      </w:r>
      <w:r w:rsidRPr="00C0736E">
        <w:rPr>
          <w:sz w:val="28"/>
          <w:szCs w:val="28"/>
          <w:lang w:val="ru-RU"/>
        </w:rPr>
        <w:t xml:space="preserve"> настоящего административного регламента.</w:t>
      </w:r>
    </w:p>
    <w:p w:rsidR="00A0117C" w:rsidRPr="00C0736E" w:rsidRDefault="00A0117C" w:rsidP="002E7D98">
      <w:pPr>
        <w:spacing w:after="0" w:line="240" w:lineRule="auto"/>
        <w:rPr>
          <w:sz w:val="28"/>
          <w:szCs w:val="28"/>
          <w:lang w:val="ru-RU"/>
        </w:rPr>
      </w:pP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Подраздел 2.13. Порядок выдачи дубликата документа, выданного по результатам предоставления муниципальной услуги</w:t>
      </w:r>
    </w:p>
    <w:p w:rsidR="00A0117C" w:rsidRDefault="00A0117C" w:rsidP="002E7D98">
      <w:pPr>
        <w:spacing w:after="0" w:line="240" w:lineRule="auto"/>
        <w:rPr>
          <w:sz w:val="28"/>
          <w:szCs w:val="28"/>
          <w:lang w:val="ru-RU"/>
        </w:rPr>
      </w:pPr>
    </w:p>
    <w:p w:rsidR="0077411A" w:rsidRPr="00EC176B" w:rsidRDefault="008B2948" w:rsidP="00A0117C">
      <w:pPr>
        <w:spacing w:after="0" w:line="240" w:lineRule="auto"/>
        <w:ind w:firstLine="709"/>
        <w:jc w:val="both"/>
        <w:rPr>
          <w:sz w:val="28"/>
          <w:szCs w:val="28"/>
          <w:lang w:val="ru-RU"/>
        </w:rPr>
      </w:pPr>
      <w:r w:rsidRPr="00EC176B">
        <w:rPr>
          <w:sz w:val="28"/>
          <w:szCs w:val="28"/>
          <w:lang w:val="ru-RU"/>
        </w:rPr>
        <w:t xml:space="preserve">Заявитель вправе обратиться в уполномоченный орган с заявлением о выдаче дубликата документа по рекомендуемой форме приложения </w:t>
      </w:r>
      <w:r w:rsidR="00A0117C">
        <w:rPr>
          <w:sz w:val="28"/>
          <w:szCs w:val="28"/>
          <w:lang w:val="ru-RU"/>
        </w:rPr>
        <w:t xml:space="preserve">№ </w:t>
      </w:r>
      <w:r w:rsidRPr="00EC176B">
        <w:rPr>
          <w:sz w:val="28"/>
          <w:szCs w:val="28"/>
          <w:lang w:val="ru-RU"/>
        </w:rPr>
        <w:t>7 к настоящему административному регламенту (далее - заявление о выдаче дубликата) к настоящему административному регламенту.</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 xml:space="preserve">Перечень документов, прилагаемые к заявлению, которые заявитель должен представить самостоятельно, приведен в таблице № 4 приложения </w:t>
      </w:r>
      <w:r w:rsidR="00A0117C">
        <w:rPr>
          <w:sz w:val="28"/>
          <w:szCs w:val="28"/>
          <w:lang w:val="ru-RU"/>
        </w:rPr>
        <w:t xml:space="preserve">№ </w:t>
      </w:r>
      <w:r w:rsidRPr="00EC176B">
        <w:rPr>
          <w:sz w:val="28"/>
          <w:szCs w:val="28"/>
          <w:lang w:val="ru-RU"/>
        </w:rPr>
        <w:t>3 к настоящему административному регламенту.</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 xml:space="preserve">Способы подачи заявления, документов и информации, необходимых для получения муниципальной услуги размещены пункте 2.17.4 подраздела 2.17 раздела </w:t>
      </w:r>
      <w:r w:rsidRPr="002E7D98">
        <w:rPr>
          <w:sz w:val="28"/>
          <w:szCs w:val="28"/>
        </w:rPr>
        <w:t>II</w:t>
      </w:r>
      <w:r w:rsidRPr="00EC176B">
        <w:rPr>
          <w:sz w:val="28"/>
          <w:szCs w:val="28"/>
          <w:lang w:val="ru-RU"/>
        </w:rPr>
        <w:t xml:space="preserve"> настоящего административного регламента.</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 xml:space="preserve">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w:t>
      </w:r>
      <w:r w:rsidR="00AC4A0D">
        <w:rPr>
          <w:sz w:val="28"/>
          <w:szCs w:val="28"/>
          <w:lang w:val="ru-RU"/>
        </w:rPr>
        <w:t>приведен</w:t>
      </w:r>
      <w:r w:rsidRPr="00EC176B">
        <w:rPr>
          <w:sz w:val="28"/>
          <w:szCs w:val="28"/>
          <w:lang w:val="ru-RU"/>
        </w:rPr>
        <w:t xml:space="preserve"> в приложении </w:t>
      </w:r>
      <w:r w:rsidR="00A0117C">
        <w:rPr>
          <w:sz w:val="28"/>
          <w:szCs w:val="28"/>
          <w:lang w:val="ru-RU"/>
        </w:rPr>
        <w:t xml:space="preserve">№ </w:t>
      </w:r>
      <w:r w:rsidRPr="00EC176B">
        <w:rPr>
          <w:sz w:val="28"/>
          <w:szCs w:val="28"/>
          <w:lang w:val="ru-RU"/>
        </w:rPr>
        <w:t>4 к настоящему административному регламенту.</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Срок регистрации заявления и прилагаемых документов и (или) информации, необходимых для предоставления муниципальной услуги в уполномоченном органе или МФЦ не может превышать 20 минут. Заявление регистрируется в присутствии заявителя, которому выдается расписка с регистрационным номером.</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При поступлении заявления в уполномоченный орган по почте, заявление регистрируется в течение 1 рабочего дня.</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lastRenderedPageBreak/>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Оснований для приостановления предоставления муниципальной услуги законодательством Российской Федерации не предусмотрено.</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 xml:space="preserve">Перечень оснований для отказа в предоставлении муниципальной услуги, </w:t>
      </w:r>
      <w:r w:rsidR="00AC4A0D">
        <w:rPr>
          <w:sz w:val="28"/>
          <w:szCs w:val="28"/>
          <w:lang w:val="ru-RU"/>
        </w:rPr>
        <w:t>приведен</w:t>
      </w:r>
      <w:r w:rsidRPr="00EC176B">
        <w:rPr>
          <w:sz w:val="28"/>
          <w:szCs w:val="28"/>
          <w:lang w:val="ru-RU"/>
        </w:rPr>
        <w:t xml:space="preserve"> в таблице № 3 приложения </w:t>
      </w:r>
      <w:r w:rsidR="00A0117C">
        <w:rPr>
          <w:sz w:val="28"/>
          <w:szCs w:val="28"/>
          <w:lang w:val="ru-RU"/>
        </w:rPr>
        <w:t xml:space="preserve">№ </w:t>
      </w:r>
      <w:r w:rsidRPr="00EC176B">
        <w:rPr>
          <w:sz w:val="28"/>
          <w:szCs w:val="28"/>
          <w:lang w:val="ru-RU"/>
        </w:rPr>
        <w:t>5 к настоящему административному регламенту.</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В случае отсутствия оснований для отказа в предоставлении муниципальной услуги уполномоченный орган выдает дубликат с присвоением того же регистрационного номера, который был указан в ранее выданном документе. В случае если ранее заявителю документ был выдан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заявителю повторно представляется указанный документ.</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Срок подготовки документа не должен превышать 3 рабочих дней со дня регистрации заявления.</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Срок подготовки документа об отказе в предоставлении муниципальной услуги, составляет не более 3 рабочих дней со дня получения уполномоченным органом заявления об исправлении технической ошибки и в полном объеме прилагаемых к нему документов, необходимых для принятия решения.</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Результат предоставления муниципальной услуги выдается заявителю непосредственно в уполномоченном органе или в МФЦ не позднее одного календарного дня до даты истечения срока предоставления муниципальной услуг.</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 срок выдачи результата увеличивается на 4 рабочих дня.</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 xml:space="preserve">Способы предоставления результата муниципальной услуги </w:t>
      </w:r>
      <w:r w:rsidR="00AC4A0D">
        <w:rPr>
          <w:sz w:val="28"/>
          <w:szCs w:val="28"/>
          <w:lang w:val="ru-RU"/>
        </w:rPr>
        <w:t xml:space="preserve">приведены в </w:t>
      </w:r>
      <w:r w:rsidRPr="00EC176B">
        <w:rPr>
          <w:sz w:val="28"/>
          <w:szCs w:val="28"/>
          <w:lang w:val="ru-RU"/>
        </w:rPr>
        <w:t>пункте 2.3.5</w:t>
      </w:r>
      <w:r w:rsidR="00AC4A0D">
        <w:rPr>
          <w:sz w:val="28"/>
          <w:szCs w:val="28"/>
          <w:lang w:val="ru-RU"/>
        </w:rPr>
        <w:t xml:space="preserve"> подраздела 2.3 </w:t>
      </w:r>
      <w:r w:rsidRPr="00EC176B">
        <w:rPr>
          <w:sz w:val="28"/>
          <w:szCs w:val="28"/>
          <w:lang w:val="ru-RU"/>
        </w:rPr>
        <w:t xml:space="preserve">раздела </w:t>
      </w:r>
      <w:r w:rsidRPr="002E7D98">
        <w:rPr>
          <w:sz w:val="28"/>
          <w:szCs w:val="28"/>
        </w:rPr>
        <w:t>II</w:t>
      </w:r>
      <w:r w:rsidRPr="00EC176B">
        <w:rPr>
          <w:sz w:val="28"/>
          <w:szCs w:val="28"/>
          <w:lang w:val="ru-RU"/>
        </w:rPr>
        <w:t xml:space="preserve"> настоящего административного регламента.</w:t>
      </w:r>
    </w:p>
    <w:p w:rsidR="00A0117C" w:rsidRDefault="00A0117C" w:rsidP="002E7D98">
      <w:pPr>
        <w:spacing w:after="0" w:line="240" w:lineRule="auto"/>
        <w:rPr>
          <w:sz w:val="28"/>
          <w:szCs w:val="28"/>
          <w:lang w:val="ru-RU"/>
        </w:rPr>
      </w:pP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Подраздел 2.14. Порядок оставления заявления заявителя о предоставлении муниципальной услуги без рассмотрения</w:t>
      </w:r>
    </w:p>
    <w:p w:rsidR="00A0117C" w:rsidRDefault="00A0117C" w:rsidP="002E7D98">
      <w:pPr>
        <w:spacing w:after="0" w:line="240" w:lineRule="auto"/>
        <w:rPr>
          <w:sz w:val="28"/>
          <w:szCs w:val="28"/>
          <w:lang w:val="ru-RU"/>
        </w:rPr>
      </w:pP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о присвоении, изменении или аннулировании адреса объекта адресации без рассмотрения (далее - заявление об оставлении заявления без рассмотрения) по форме согласно приложению 9 к настоящему административному регламенту (далее - заявление без рассмотрения).</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 xml:space="preserve">К заявлению о предоставлении муниципальной услуги без рассмотрения прилагается документ, удостоверяющий личность Заявителя, или документ, </w:t>
      </w:r>
      <w:r w:rsidRPr="00EC176B">
        <w:rPr>
          <w:sz w:val="28"/>
          <w:szCs w:val="28"/>
          <w:lang w:val="ru-RU"/>
        </w:rPr>
        <w:lastRenderedPageBreak/>
        <w:t>подтверждающий полномочия представителя заявителя действовать от его имени и документ, удостоверяющий личность представителя заявителя.</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 xml:space="preserve">Способы подачи заявления и документов размещены в подразделе 2.18. раздела </w:t>
      </w:r>
      <w:r w:rsidRPr="002E7D98">
        <w:rPr>
          <w:sz w:val="28"/>
          <w:szCs w:val="28"/>
        </w:rPr>
        <w:t>II</w:t>
      </w:r>
      <w:r w:rsidRPr="00EC176B">
        <w:rPr>
          <w:sz w:val="28"/>
          <w:szCs w:val="28"/>
          <w:lang w:val="ru-RU"/>
        </w:rPr>
        <w:t xml:space="preserve"> настоящего административного регламента.</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На основании поступившего заявления об оставлении заявления без рассмотрения общий отдел уполномоченного органа принимает решение о приеме заявления об оставлении заявления без рассмотрения и направляет заявителю письмо администрации Новоджерелиевского сельского поселения Брюховецкого муниципального района Краснодарского края в порядке, установленном настоящим административным регламентом, способом, указанным заявителем в заявлении об оставлении заявления без рассмотрения, не позднее рабочего дня, следующего за днем поступления заявления о предоставлении муниципальной услуги без рассмотрения.</w:t>
      </w: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Оставление заявления о предоставлении муниципальной услуги без рассмотрения не препятствует повторному обращению заявителя в уполномоченный орган за предоставлением услуги.</w:t>
      </w:r>
    </w:p>
    <w:p w:rsidR="00A0117C" w:rsidRDefault="00A0117C" w:rsidP="00A0117C">
      <w:pPr>
        <w:spacing w:after="0" w:line="240" w:lineRule="auto"/>
        <w:ind w:firstLine="709"/>
        <w:jc w:val="both"/>
        <w:rPr>
          <w:sz w:val="28"/>
          <w:szCs w:val="28"/>
          <w:lang w:val="ru-RU"/>
        </w:rPr>
      </w:pPr>
    </w:p>
    <w:p w:rsidR="0077411A" w:rsidRPr="00EC176B" w:rsidRDefault="008B2948" w:rsidP="00A0117C">
      <w:pPr>
        <w:spacing w:after="0" w:line="240" w:lineRule="auto"/>
        <w:ind w:firstLine="709"/>
        <w:jc w:val="both"/>
        <w:rPr>
          <w:sz w:val="28"/>
          <w:szCs w:val="28"/>
          <w:lang w:val="ru-RU"/>
        </w:rPr>
      </w:pPr>
      <w:r w:rsidRPr="00EC176B">
        <w:rPr>
          <w:sz w:val="28"/>
          <w:szCs w:val="28"/>
          <w:lang w:val="ru-RU"/>
        </w:rPr>
        <w:t>Подраздел 2.15. Особенности предоставления муниципальных услуг в многофункциональных центрах</w:t>
      </w:r>
    </w:p>
    <w:p w:rsidR="00B537AA" w:rsidRDefault="00B537AA" w:rsidP="002E7D98">
      <w:pPr>
        <w:spacing w:after="0" w:line="240" w:lineRule="auto"/>
        <w:rPr>
          <w:sz w:val="28"/>
          <w:szCs w:val="28"/>
          <w:lang w:val="ru-RU"/>
        </w:rPr>
      </w:pPr>
    </w:p>
    <w:p w:rsidR="0077411A" w:rsidRPr="002E7D98" w:rsidRDefault="008B2948" w:rsidP="00B537AA">
      <w:pPr>
        <w:spacing w:after="0" w:line="240" w:lineRule="auto"/>
        <w:ind w:firstLine="709"/>
        <w:jc w:val="both"/>
        <w:rPr>
          <w:sz w:val="28"/>
          <w:szCs w:val="28"/>
          <w:lang w:val="ru-RU"/>
        </w:rPr>
      </w:pPr>
      <w:r w:rsidRPr="002E7D98">
        <w:rPr>
          <w:sz w:val="28"/>
          <w:szCs w:val="28"/>
          <w:lang w:val="ru-RU"/>
        </w:rPr>
        <w:t>2.15.1. Предоставление муниципальной услуги в МФЦ осуществляется на основании заключенного соглашения о взаимодействии между уполномоченным органом и МФЦ.</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2.15.2. При предоставлении муниципальных услуг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rsidR="0077411A" w:rsidRPr="00EC176B" w:rsidRDefault="008B2948" w:rsidP="00B537AA">
      <w:pPr>
        <w:spacing w:after="0" w:line="240" w:lineRule="auto"/>
        <w:ind w:firstLine="709"/>
        <w:jc w:val="both"/>
        <w:rPr>
          <w:sz w:val="28"/>
          <w:szCs w:val="28"/>
          <w:lang w:val="ru-RU"/>
        </w:rPr>
      </w:pPr>
      <w:r w:rsidRPr="00EC176B">
        <w:rPr>
          <w:sz w:val="28"/>
          <w:szCs w:val="28"/>
          <w:lang w:val="ru-RU"/>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уполномоченный орган, предоставляющий муниципальную услугу в день подачи заявления.</w:t>
      </w:r>
    </w:p>
    <w:p w:rsidR="0077411A" w:rsidRPr="00EC176B" w:rsidRDefault="008B2948" w:rsidP="00B537AA">
      <w:pPr>
        <w:spacing w:after="0" w:line="240" w:lineRule="auto"/>
        <w:ind w:firstLine="709"/>
        <w:jc w:val="both"/>
        <w:rPr>
          <w:sz w:val="28"/>
          <w:szCs w:val="28"/>
          <w:lang w:val="ru-RU"/>
        </w:rPr>
      </w:pPr>
      <w:r w:rsidRPr="00EC176B">
        <w:rPr>
          <w:sz w:val="28"/>
          <w:szCs w:val="28"/>
          <w:lang w:val="ru-RU"/>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w:t>
      </w:r>
    </w:p>
    <w:p w:rsidR="0077411A" w:rsidRPr="00EC176B" w:rsidRDefault="008B2948" w:rsidP="00B537AA">
      <w:pPr>
        <w:spacing w:after="0" w:line="240" w:lineRule="auto"/>
        <w:ind w:firstLine="709"/>
        <w:jc w:val="both"/>
        <w:rPr>
          <w:sz w:val="28"/>
          <w:szCs w:val="28"/>
          <w:lang w:val="ru-RU"/>
        </w:rPr>
      </w:pPr>
      <w:r w:rsidRPr="00EC176B">
        <w:rPr>
          <w:sz w:val="28"/>
          <w:szCs w:val="28"/>
          <w:lang w:val="ru-RU"/>
        </w:rPr>
        <w:t xml:space="preserve">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w:t>
      </w:r>
      <w:r w:rsidRPr="00EC176B">
        <w:rPr>
          <w:sz w:val="28"/>
          <w:szCs w:val="28"/>
          <w:lang w:val="ru-RU"/>
        </w:rPr>
        <w:lastRenderedPageBreak/>
        <w:t>за исключением случая, если для процедуры предоставления услуги в соответствии с законодательством требуется личная явка.</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2.15.3. 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муниципальных услуг, направляются МФЦ в уполномоченный орган на бумажных носителях.</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Уполномоченного органа и работника МФЦ.</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Срок передачи заявления и документов на бумажном носителе посредством почтового отправления "Почтой России" из МФЦ в уполномоченный орган увеличивается на 4 рабочих дня".</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2.15.4. Заявитель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получения муниципальной услуги по экстерриториальному принципу.</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Предоставление муниципальных услуг в МФЦ по экстерриториальному принципу осуществляется на основании соглашений о взаимодействии, заключенных уполномоченным многофункциональным центром с уполномоченным органом.</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 В случае представления заявителем документов, предусмотренных пунктами 1 - 3.1, 7, 9 и 18 части 6 статьи 7 Федерального закона № 210-ФЗ,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2.15.5. Заявитель имеет право получить муниципальную услугу путём направления комплексного запроса о предоставлении нескольких муниципальных услуг в МФЦ, предусмотренного статьёй 15.1 Федерального закона № 210-ФЗ.</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Подача заявления о предоставлении услуги путём направления комплексного запроса о предоставлении нескольких муниципальных услуг в МФЦ в настоящем административном регламенте не применятся, в связи с отсутствием необходимости подачи такого запроса.</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lastRenderedPageBreak/>
        <w:t>2.15.6. При подаче запроса о предоставлении муниципальной услуги в МФЦ возможно принятие решения об отказе в приеме запроса и документов (или) информации, необходимой для предоставления муниципальной услуги при наличии оснований, предусмотренных настоящим административным регламентом.</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2.15.7. МФЦ может осуществлять выдачу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 органом, а также выдачу документов, включая составление на бумажном носителе и заверение выписок на основе выписок, полученных в электронном виде из информационных систем уполномоченного органа, заверенных печатью МФЦ.</w:t>
      </w:r>
    </w:p>
    <w:p w:rsidR="00B537AA" w:rsidRDefault="00B537AA" w:rsidP="002E7D98">
      <w:pPr>
        <w:spacing w:after="0" w:line="240" w:lineRule="auto"/>
        <w:rPr>
          <w:sz w:val="28"/>
          <w:szCs w:val="28"/>
          <w:lang w:val="ru-RU"/>
        </w:rPr>
      </w:pPr>
    </w:p>
    <w:p w:rsidR="0077411A" w:rsidRPr="002E7D98" w:rsidRDefault="008B2948" w:rsidP="00B537AA">
      <w:pPr>
        <w:spacing w:after="0" w:line="240" w:lineRule="auto"/>
        <w:ind w:firstLine="709"/>
        <w:jc w:val="both"/>
        <w:rPr>
          <w:sz w:val="28"/>
          <w:szCs w:val="28"/>
          <w:lang w:val="ru-RU"/>
        </w:rPr>
      </w:pPr>
      <w:r w:rsidRPr="002E7D98">
        <w:rPr>
          <w:sz w:val="28"/>
          <w:szCs w:val="28"/>
          <w:lang w:val="ru-RU"/>
        </w:rPr>
        <w:t>Подраздел 2.16. Особенности предоставления муниципальных услуг в электронной форме</w:t>
      </w:r>
    </w:p>
    <w:p w:rsidR="00B537AA" w:rsidRDefault="00B537AA" w:rsidP="002E7D98">
      <w:pPr>
        <w:spacing w:after="0" w:line="240" w:lineRule="auto"/>
        <w:rPr>
          <w:sz w:val="28"/>
          <w:szCs w:val="28"/>
          <w:lang w:val="ru-RU"/>
        </w:rPr>
      </w:pPr>
    </w:p>
    <w:p w:rsidR="0077411A" w:rsidRPr="002E7D98" w:rsidRDefault="008B2948" w:rsidP="00B537AA">
      <w:pPr>
        <w:spacing w:after="0" w:line="240" w:lineRule="auto"/>
        <w:ind w:firstLine="709"/>
        <w:jc w:val="both"/>
        <w:rPr>
          <w:sz w:val="28"/>
          <w:szCs w:val="28"/>
          <w:lang w:val="ru-RU"/>
        </w:rPr>
      </w:pPr>
      <w:r w:rsidRPr="002E7D98">
        <w:rPr>
          <w:sz w:val="28"/>
          <w:szCs w:val="28"/>
          <w:lang w:val="ru-RU"/>
        </w:rPr>
        <w:t>Заявитель имеет право получения муниципальной услуги в форме электронного документа (использование программно-технических средств проводится при наличии технической возможности):</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 xml:space="preserve">через </w:t>
      </w:r>
      <w:r w:rsidR="00B537AA">
        <w:rPr>
          <w:sz w:val="28"/>
          <w:szCs w:val="28"/>
          <w:lang w:val="ru-RU"/>
        </w:rPr>
        <w:t>«</w:t>
      </w:r>
      <w:r w:rsidRPr="002E7D98">
        <w:rPr>
          <w:sz w:val="28"/>
          <w:szCs w:val="28"/>
          <w:lang w:val="ru-RU"/>
        </w:rPr>
        <w:t>Личный кабинет</w:t>
      </w:r>
      <w:r w:rsidR="00B537AA">
        <w:rPr>
          <w:sz w:val="28"/>
          <w:szCs w:val="28"/>
          <w:lang w:val="ru-RU"/>
        </w:rPr>
        <w:t>»</w:t>
      </w:r>
      <w:r w:rsidRPr="002E7D98">
        <w:rPr>
          <w:sz w:val="28"/>
          <w:szCs w:val="28"/>
          <w:lang w:val="ru-RU"/>
        </w:rPr>
        <w:t xml:space="preserve"> заявителя на ЕПГУ, РПГУ, и других средств информационно-телекоммуникационных технологий в случаях и порядке, установленных законодательством Российской Федерации.</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Электронные документы могут быть направлены:</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 xml:space="preserve">через МФЦ, в котором обеспечен доступ к Единому порталу, Региональному порталу в соответствии с постановлением Правительства Российской Федерации от 22 декабря 2012 года № 1376 </w:t>
      </w:r>
      <w:r w:rsidR="00B537AA">
        <w:rPr>
          <w:sz w:val="28"/>
          <w:szCs w:val="28"/>
          <w:lang w:val="ru-RU"/>
        </w:rPr>
        <w:t>«</w:t>
      </w:r>
      <w:r w:rsidRPr="002E7D98">
        <w:rPr>
          <w:sz w:val="28"/>
          <w:szCs w:val="28"/>
          <w:lang w:val="ru-RU"/>
        </w:rPr>
        <w:t>Об утверждении Правил организации деятельности многофункциональных центров предоставления государственных и муниципальных услуг</w:t>
      </w:r>
      <w:r w:rsidR="00B537AA">
        <w:rPr>
          <w:sz w:val="28"/>
          <w:szCs w:val="28"/>
          <w:lang w:val="ru-RU"/>
        </w:rPr>
        <w:t>»</w:t>
      </w:r>
      <w:r w:rsidRPr="002E7D98">
        <w:rPr>
          <w:sz w:val="28"/>
          <w:szCs w:val="28"/>
          <w:lang w:val="ru-RU"/>
        </w:rPr>
        <w:t xml:space="preserve"> (далее - постановление Правительства № 1376);</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путем направления электронного документа на официальную электронную почту (</w:t>
      </w:r>
      <w:r w:rsidRPr="002E7D98">
        <w:rPr>
          <w:sz w:val="28"/>
          <w:szCs w:val="28"/>
        </w:rPr>
        <w:t>e</w:t>
      </w:r>
      <w:r w:rsidRPr="002E7D98">
        <w:rPr>
          <w:sz w:val="28"/>
          <w:szCs w:val="28"/>
          <w:lang w:val="ru-RU"/>
        </w:rPr>
        <w:t>-</w:t>
      </w:r>
      <w:r w:rsidRPr="002E7D98">
        <w:rPr>
          <w:sz w:val="28"/>
          <w:szCs w:val="28"/>
        </w:rPr>
        <w:t>mail</w:t>
      </w:r>
      <w:r w:rsidRPr="002E7D98">
        <w:rPr>
          <w:sz w:val="28"/>
          <w:szCs w:val="28"/>
          <w:lang w:val="ru-RU"/>
        </w:rPr>
        <w:t>) уполномоченного органа.</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В случае направления заявления посредством Единого портала, Регионального портала сведения из документа, удостоверяющего личность заявителя (его представителя) автоматически формируются при подтверждении учетной записи в ФГИС ЕСИА.</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Формирование заявления посредством ЕПГУ, РПГУ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без необходимости дополнительной подачи заявления в какой-либо иной форме и документов, необходимых для предоставления Услуги, в форме электронных документов.</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lastRenderedPageBreak/>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При направлении заявления и документов в электронной форме с использованием Единого портала, Регионального портала заявителем - юридическим лицом (руководитель организации или представитель юридического лица, имеющий право действовать от имени организации без доверенности) заявление и документы подписывает усиленной квалифицированной электронной подписью, полученной в одном из сертифицированных удостоверяющих центров, заявитель, являющийся физическим лицом, вправе использовать простую электронную подпись в соответствии с требованиями Федерального закона от 6</w:t>
      </w:r>
      <w:r w:rsidR="00B537AA">
        <w:rPr>
          <w:sz w:val="28"/>
          <w:szCs w:val="28"/>
          <w:lang w:val="ru-RU"/>
        </w:rPr>
        <w:t> </w:t>
      </w:r>
      <w:r w:rsidRPr="002E7D98">
        <w:rPr>
          <w:sz w:val="28"/>
          <w:szCs w:val="28"/>
          <w:lang w:val="ru-RU"/>
        </w:rPr>
        <w:t xml:space="preserve">апреля 2011 года № 63-ФЗ </w:t>
      </w:r>
      <w:r w:rsidR="00B537AA">
        <w:rPr>
          <w:sz w:val="28"/>
          <w:szCs w:val="28"/>
          <w:lang w:val="ru-RU"/>
        </w:rPr>
        <w:t>«</w:t>
      </w:r>
      <w:r w:rsidRPr="002E7D98">
        <w:rPr>
          <w:sz w:val="28"/>
          <w:szCs w:val="28"/>
          <w:lang w:val="ru-RU"/>
        </w:rPr>
        <w:t>Об электронной подписи</w:t>
      </w:r>
      <w:r w:rsidR="00B537AA">
        <w:rPr>
          <w:sz w:val="28"/>
          <w:szCs w:val="28"/>
          <w:lang w:val="ru-RU"/>
        </w:rPr>
        <w:t>»</w:t>
      </w:r>
      <w:r w:rsidRPr="002E7D98">
        <w:rPr>
          <w:sz w:val="28"/>
          <w:szCs w:val="28"/>
          <w:lang w:val="ru-RU"/>
        </w:rPr>
        <w:t xml:space="preserve"> (далее - Федеральный закон № 63-ФЗ) и постановления Правительства от 25 июня 2012 года № 634 </w:t>
      </w:r>
      <w:r w:rsidR="00B537AA">
        <w:rPr>
          <w:sz w:val="28"/>
          <w:szCs w:val="28"/>
          <w:lang w:val="ru-RU"/>
        </w:rPr>
        <w:t>«</w:t>
      </w:r>
      <w:r w:rsidRPr="002E7D98">
        <w:rPr>
          <w:sz w:val="28"/>
          <w:szCs w:val="28"/>
          <w:lang w:val="ru-RU"/>
        </w:rPr>
        <w:t>О видах электронной подписи, использование которых допускается при обращении за получением государственных и муниципальных услуг</w:t>
      </w:r>
      <w:r w:rsidR="00B537AA">
        <w:rPr>
          <w:sz w:val="28"/>
          <w:szCs w:val="28"/>
          <w:lang w:val="ru-RU"/>
        </w:rPr>
        <w:t>»</w:t>
      </w:r>
      <w:r w:rsidRPr="002E7D98">
        <w:rPr>
          <w:sz w:val="28"/>
          <w:szCs w:val="28"/>
          <w:lang w:val="ru-RU"/>
        </w:rPr>
        <w:t xml:space="preserve"> (далее - постановление Правительства № 634).</w:t>
      </w:r>
    </w:p>
    <w:p w:rsidR="0077411A" w:rsidRPr="002E7D98" w:rsidRDefault="008B2948" w:rsidP="00B537AA">
      <w:pPr>
        <w:spacing w:after="0" w:line="240" w:lineRule="auto"/>
        <w:ind w:firstLine="709"/>
        <w:jc w:val="both"/>
        <w:rPr>
          <w:sz w:val="28"/>
          <w:szCs w:val="28"/>
          <w:lang w:val="ru-RU"/>
        </w:rPr>
      </w:pPr>
      <w:r w:rsidRPr="002E7D98">
        <w:rPr>
          <w:sz w:val="28"/>
          <w:szCs w:val="28"/>
          <w:lang w:val="ru-RU"/>
        </w:rPr>
        <w:t>Электронные документы принимаются к передаче при условии, что квалифицированная электронная подпись лица, от которого исходят электронные документы, проверена и подтверждена принадлежность данной подписи этому лицу в соответствии с Федеральным законом № 63-ФЗ, вид которой должен соответствовать требованиям постановления Правительства № 634.</w:t>
      </w:r>
    </w:p>
    <w:p w:rsidR="00B537AA" w:rsidRDefault="00B537AA" w:rsidP="002E7D98">
      <w:pPr>
        <w:spacing w:after="0" w:line="240" w:lineRule="auto"/>
        <w:rPr>
          <w:sz w:val="28"/>
          <w:szCs w:val="28"/>
          <w:lang w:val="ru-RU"/>
        </w:rPr>
      </w:pPr>
    </w:p>
    <w:p w:rsidR="0077411A" w:rsidRPr="002E7D98" w:rsidRDefault="008B2948" w:rsidP="00A00A66">
      <w:pPr>
        <w:spacing w:after="0" w:line="240" w:lineRule="auto"/>
        <w:ind w:firstLine="709"/>
        <w:jc w:val="both"/>
        <w:rPr>
          <w:sz w:val="28"/>
          <w:szCs w:val="28"/>
          <w:lang w:val="ru-RU"/>
        </w:rPr>
      </w:pPr>
      <w:r w:rsidRPr="002E7D98">
        <w:rPr>
          <w:sz w:val="28"/>
          <w:szCs w:val="28"/>
          <w:lang w:val="ru-RU"/>
        </w:rPr>
        <w:t>Подраздел 2.17. Исчерпывающий перечень документов, необходимых для предоставления муниципальной услуги</w:t>
      </w:r>
    </w:p>
    <w:p w:rsidR="00B537AA" w:rsidRDefault="00B537AA" w:rsidP="002E7D98">
      <w:pPr>
        <w:spacing w:after="0" w:line="240" w:lineRule="auto"/>
        <w:rPr>
          <w:sz w:val="28"/>
          <w:szCs w:val="28"/>
          <w:lang w:val="ru-RU"/>
        </w:rPr>
      </w:pPr>
    </w:p>
    <w:p w:rsidR="0077411A" w:rsidRPr="002E7D98" w:rsidRDefault="008B2948" w:rsidP="00D25DCA">
      <w:pPr>
        <w:spacing w:after="0" w:line="240" w:lineRule="auto"/>
        <w:ind w:firstLine="709"/>
        <w:jc w:val="both"/>
        <w:rPr>
          <w:sz w:val="28"/>
          <w:szCs w:val="28"/>
          <w:lang w:val="ru-RU"/>
        </w:rPr>
      </w:pPr>
      <w:r w:rsidRPr="002E7D98">
        <w:rPr>
          <w:sz w:val="28"/>
          <w:szCs w:val="28"/>
          <w:lang w:val="ru-RU"/>
        </w:rPr>
        <w:t xml:space="preserve">2.17.1. Исчерпывающий перечень документов и информации, необходимых для предоставления муниципальной услуги, которые заявитель должен представить самостоятельно, приведен в таблице № 1 приложения </w:t>
      </w:r>
      <w:r w:rsidR="00D25DCA">
        <w:rPr>
          <w:sz w:val="28"/>
          <w:szCs w:val="28"/>
          <w:lang w:val="ru-RU"/>
        </w:rPr>
        <w:t xml:space="preserve">№ </w:t>
      </w:r>
      <w:r w:rsidRPr="002E7D98">
        <w:rPr>
          <w:sz w:val="28"/>
          <w:szCs w:val="28"/>
          <w:lang w:val="ru-RU"/>
        </w:rPr>
        <w:t>3 к настоящему административному регламенту.</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2.17.2. Исчерпывающий перечень документов и информации, необходимых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 2 приложения 3 к настоящему административному регламенту.</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 xml:space="preserve">2.17.3. Исчерпывающий перечень документов и информации, которые заявитель должен представить самостоятельно при подаче заявления об исправлении допущенных опечаток и ошибок в выданных документах в результате предоставления муниципальной услуги, приведен в таблице № 3 приложения </w:t>
      </w:r>
      <w:r w:rsidR="00D25DCA">
        <w:rPr>
          <w:sz w:val="28"/>
          <w:szCs w:val="28"/>
          <w:lang w:val="ru-RU"/>
        </w:rPr>
        <w:t xml:space="preserve">№ </w:t>
      </w:r>
      <w:r w:rsidRPr="002E7D98">
        <w:rPr>
          <w:sz w:val="28"/>
          <w:szCs w:val="28"/>
          <w:lang w:val="ru-RU"/>
        </w:rPr>
        <w:t>3 к настоящему административному регламенту.</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 xml:space="preserve">2.17.4. Исчерпывающий перечень документов и информации, которые заявитель должен представить самостоятельно при подаче заявления о выдаче </w:t>
      </w:r>
      <w:r w:rsidRPr="002E7D98">
        <w:rPr>
          <w:sz w:val="28"/>
          <w:szCs w:val="28"/>
          <w:lang w:val="ru-RU"/>
        </w:rPr>
        <w:lastRenderedPageBreak/>
        <w:t xml:space="preserve">дубликата документа, выданного по результатам предоставления муниципальной услуги, приведен в таблице № 4 приложения </w:t>
      </w:r>
      <w:r w:rsidR="00D25DCA">
        <w:rPr>
          <w:sz w:val="28"/>
          <w:szCs w:val="28"/>
          <w:lang w:val="ru-RU"/>
        </w:rPr>
        <w:t xml:space="preserve">№ </w:t>
      </w:r>
      <w:r w:rsidRPr="002E7D98">
        <w:rPr>
          <w:sz w:val="28"/>
          <w:szCs w:val="28"/>
          <w:lang w:val="ru-RU"/>
        </w:rPr>
        <w:t>3 к настоящему административному регламенту.</w:t>
      </w:r>
    </w:p>
    <w:p w:rsidR="00B537AA" w:rsidRDefault="00B537AA" w:rsidP="002E7D98">
      <w:pPr>
        <w:spacing w:after="0" w:line="240" w:lineRule="auto"/>
        <w:rPr>
          <w:sz w:val="28"/>
          <w:szCs w:val="28"/>
          <w:lang w:val="ru-RU"/>
        </w:rPr>
      </w:pP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Подраздел 2.18. Перечень способов подачи запроса о предоставлении муниципальной услуги и документов, необходимых для предоставления муниципальной услуги</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 xml:space="preserve">Перечень способов подачи заявления о предоставлении муниципальной услуги и документов, необходимых для предоставления муниципальной услуги приведен в таблице № 5 приложения </w:t>
      </w:r>
      <w:r w:rsidR="00D25DCA">
        <w:rPr>
          <w:sz w:val="28"/>
          <w:szCs w:val="28"/>
          <w:lang w:val="ru-RU"/>
        </w:rPr>
        <w:t xml:space="preserve">№ </w:t>
      </w:r>
      <w:r w:rsidRPr="002E7D98">
        <w:rPr>
          <w:sz w:val="28"/>
          <w:szCs w:val="28"/>
          <w:lang w:val="ru-RU"/>
        </w:rPr>
        <w:t>3 к настоящему административному регламенту.</w:t>
      </w:r>
    </w:p>
    <w:p w:rsidR="005A62DA" w:rsidRDefault="005A62DA" w:rsidP="002E7D98">
      <w:pPr>
        <w:spacing w:after="0" w:line="240" w:lineRule="auto"/>
        <w:rPr>
          <w:sz w:val="28"/>
          <w:szCs w:val="28"/>
          <w:lang w:val="ru-RU"/>
        </w:rPr>
      </w:pPr>
    </w:p>
    <w:p w:rsidR="0077411A" w:rsidRPr="002E7D98" w:rsidRDefault="008B2948" w:rsidP="00D25DCA">
      <w:pPr>
        <w:spacing w:after="0" w:line="240" w:lineRule="auto"/>
        <w:jc w:val="center"/>
        <w:rPr>
          <w:sz w:val="28"/>
          <w:szCs w:val="28"/>
          <w:lang w:val="ru-RU"/>
        </w:rPr>
      </w:pPr>
      <w:r w:rsidRPr="002E7D98">
        <w:rPr>
          <w:sz w:val="28"/>
          <w:szCs w:val="28"/>
          <w:lang w:val="ru-RU"/>
        </w:rPr>
        <w:t>Раздел 3. Состав, последовательность и сроки выполнения административных процедур</w:t>
      </w:r>
    </w:p>
    <w:p w:rsidR="00D25DCA" w:rsidRDefault="00D25DCA" w:rsidP="002E7D98">
      <w:pPr>
        <w:spacing w:after="0" w:line="240" w:lineRule="auto"/>
        <w:rPr>
          <w:sz w:val="28"/>
          <w:szCs w:val="28"/>
          <w:lang w:val="ru-RU"/>
        </w:rPr>
      </w:pP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Подраздел 3.1. Перечень административных процедур, осуществляемых при предоставлении муниципальной услуги</w:t>
      </w:r>
    </w:p>
    <w:p w:rsidR="00D25DCA" w:rsidRDefault="00D25DCA" w:rsidP="002E7D98">
      <w:pPr>
        <w:spacing w:after="0" w:line="240" w:lineRule="auto"/>
        <w:rPr>
          <w:sz w:val="28"/>
          <w:szCs w:val="28"/>
          <w:lang w:val="ru-RU"/>
        </w:rPr>
      </w:pPr>
    </w:p>
    <w:p w:rsidR="0077411A" w:rsidRPr="002E7D98" w:rsidRDefault="008B2948" w:rsidP="00D25DCA">
      <w:pPr>
        <w:spacing w:after="0" w:line="240" w:lineRule="auto"/>
        <w:ind w:firstLine="709"/>
        <w:jc w:val="both"/>
        <w:rPr>
          <w:sz w:val="28"/>
          <w:szCs w:val="28"/>
          <w:lang w:val="ru-RU"/>
        </w:rPr>
      </w:pPr>
      <w:r w:rsidRPr="002E7D98">
        <w:rPr>
          <w:sz w:val="28"/>
          <w:szCs w:val="28"/>
          <w:lang w:val="ru-RU"/>
        </w:rPr>
        <w:t>3.1.1. Перечень административных процедур предоставления муниципальной услуги при обращении заявителя в уполномоченный орган:</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прием, рассмотрение заявления и пакета документов, необходимых для предоставления муниципальной услуги, регистрация заявления и прилагаемых документов или принятие решения об отказе в приёме заявления и документов и (или) информации;</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формирование и направление межведомственных запросов;</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принятие решения о предоставлении (отказе в предоставлении) муниципальной услуги, формирование и подписание результата предоставления муниципальной услуги;</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выдача результата муниципальной услуги - передача результата предоставления муниципальной услуги в МФЦ для выдачи заявителю (в случае обращения за получением муниципальной услуги через МФЦ)</w:t>
      </w:r>
      <w:r w:rsidR="00D25DCA">
        <w:rPr>
          <w:sz w:val="28"/>
          <w:szCs w:val="28"/>
          <w:lang w:val="ru-RU"/>
        </w:rPr>
        <w:t>;</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или направление заявителю сканированной копии результата предоставления муниципальной услуги (в случае обращения за получением</w:t>
      </w:r>
      <w:r w:rsidR="00D25DCA">
        <w:rPr>
          <w:sz w:val="28"/>
          <w:szCs w:val="28"/>
          <w:lang w:val="ru-RU"/>
        </w:rPr>
        <w:t xml:space="preserve"> </w:t>
      </w:r>
      <w:r w:rsidRPr="002E7D98">
        <w:rPr>
          <w:sz w:val="28"/>
          <w:szCs w:val="28"/>
          <w:lang w:val="ru-RU"/>
        </w:rPr>
        <w:t>муниципальной услуги посредством ЕПГУ, РПГУ).</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3.1.2. Перечень административных процедур предоставления муниципальной услуги при обращении заявителя в МФЦ:</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прием заявления и пакета документов, необходимых для предоставления муниципальной услуги;</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передача запроса и документов, необходимых для предоставления муниципальной услуги в уполномоченный орган;</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lastRenderedPageBreak/>
        <w:t>прием от уполномоченного органа результата предоставления муниципальной услуги</w:t>
      </w:r>
      <w:r w:rsidR="00D25DCA">
        <w:rPr>
          <w:sz w:val="28"/>
          <w:szCs w:val="28"/>
          <w:lang w:val="ru-RU"/>
        </w:rPr>
        <w:t>;</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выдача заявителю результата предоставления муниципальной услуги.</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3.1.3. Перечень административных процедур предоставления муниципальной услуги при обращении заявителя за предоставлением муниципальной услуги в электронной форме (при условии технической реализации):</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прием и регистрацию органом, предоставляющим муниципальную услугу, заполненного в электронной форме, заявления и пакета электронных документов, необходимых для предоставления услуги;</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 xml:space="preserve">уведомление заявителя на </w:t>
      </w:r>
      <w:r w:rsidRPr="002E7D98">
        <w:rPr>
          <w:sz w:val="28"/>
          <w:szCs w:val="28"/>
        </w:rPr>
        <w:t>e</w:t>
      </w:r>
      <w:r w:rsidRPr="002E7D98">
        <w:rPr>
          <w:sz w:val="28"/>
          <w:szCs w:val="28"/>
          <w:lang w:val="ru-RU"/>
        </w:rPr>
        <w:t>-</w:t>
      </w:r>
      <w:r w:rsidRPr="002E7D98">
        <w:rPr>
          <w:sz w:val="28"/>
          <w:szCs w:val="28"/>
        </w:rPr>
        <w:t>mail</w:t>
      </w:r>
      <w:r w:rsidRPr="002E7D98">
        <w:rPr>
          <w:sz w:val="28"/>
          <w:szCs w:val="28"/>
          <w:lang w:val="ru-RU"/>
        </w:rPr>
        <w:t xml:space="preserve"> электронной почты или в </w:t>
      </w:r>
      <w:r w:rsidR="00D25DCA">
        <w:rPr>
          <w:sz w:val="28"/>
          <w:szCs w:val="28"/>
          <w:lang w:val="ru-RU"/>
        </w:rPr>
        <w:t>«</w:t>
      </w:r>
      <w:r w:rsidRPr="002E7D98">
        <w:rPr>
          <w:sz w:val="28"/>
          <w:szCs w:val="28"/>
          <w:lang w:val="ru-RU"/>
        </w:rPr>
        <w:t>Личный кабинет</w:t>
      </w:r>
      <w:r w:rsidR="00D25DCA">
        <w:rPr>
          <w:sz w:val="28"/>
          <w:szCs w:val="28"/>
          <w:lang w:val="ru-RU"/>
        </w:rPr>
        <w:t>»</w:t>
      </w:r>
      <w:r w:rsidRPr="002E7D98">
        <w:rPr>
          <w:sz w:val="28"/>
          <w:szCs w:val="28"/>
          <w:lang w:val="ru-RU"/>
        </w:rPr>
        <w:t xml:space="preserve"> заявителя ЕПГУ, РПГУ о ходе выполнения запроса о предоставлении муниципальной услуги;</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 xml:space="preserve">направление заявителю результата предоставления муниципальной услуги в электронной форме на </w:t>
      </w:r>
      <w:r w:rsidRPr="002E7D98">
        <w:rPr>
          <w:sz w:val="28"/>
          <w:szCs w:val="28"/>
        </w:rPr>
        <w:t>e</w:t>
      </w:r>
      <w:r w:rsidRPr="002E7D98">
        <w:rPr>
          <w:sz w:val="28"/>
          <w:szCs w:val="28"/>
          <w:lang w:val="ru-RU"/>
        </w:rPr>
        <w:t>-</w:t>
      </w:r>
      <w:r w:rsidRPr="002E7D98">
        <w:rPr>
          <w:sz w:val="28"/>
          <w:szCs w:val="28"/>
        </w:rPr>
        <w:t>mail</w:t>
      </w:r>
      <w:r w:rsidRPr="002E7D98">
        <w:rPr>
          <w:sz w:val="28"/>
          <w:szCs w:val="28"/>
          <w:lang w:val="ru-RU"/>
        </w:rPr>
        <w:t xml:space="preserve"> электронной почты или в </w:t>
      </w:r>
      <w:r w:rsidR="00D25DCA">
        <w:rPr>
          <w:sz w:val="28"/>
          <w:szCs w:val="28"/>
          <w:lang w:val="ru-RU"/>
        </w:rPr>
        <w:t>«</w:t>
      </w:r>
      <w:r w:rsidRPr="002E7D98">
        <w:rPr>
          <w:sz w:val="28"/>
          <w:szCs w:val="28"/>
          <w:lang w:val="ru-RU"/>
        </w:rPr>
        <w:t>Личный кабинет</w:t>
      </w:r>
      <w:r w:rsidR="00D25DCA">
        <w:rPr>
          <w:sz w:val="28"/>
          <w:szCs w:val="28"/>
          <w:lang w:val="ru-RU"/>
        </w:rPr>
        <w:t>»</w:t>
      </w:r>
      <w:r w:rsidRPr="002E7D98">
        <w:rPr>
          <w:sz w:val="28"/>
          <w:szCs w:val="28"/>
          <w:lang w:val="ru-RU"/>
        </w:rPr>
        <w:t xml:space="preserve"> заявителя ЕПГУ, РПГУ.</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3.1.4. В настоящем административном регламенте законодательством Российской Федерации не предусмотрены административные процедуры:</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3.1.4.1.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3.1.4.2. получения дополнительных сведений и дополнительных документов и (или) информации в процессе предоставления муниципальной услуги от заявителя;</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3.1.4.3. проведения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3.1.4.4. распределения в отношении заявителя ограниченного ресурса (в том числе земельных участков, радиочастот, квот), осуществляемого уполномоченным органом, после принятия решения о предоставлении муниципальной услуги.</w:t>
      </w:r>
    </w:p>
    <w:p w:rsidR="00D25DCA" w:rsidRDefault="00D25DCA" w:rsidP="002E7D98">
      <w:pPr>
        <w:spacing w:after="0" w:line="240" w:lineRule="auto"/>
        <w:rPr>
          <w:sz w:val="28"/>
          <w:szCs w:val="28"/>
          <w:lang w:val="ru-RU"/>
        </w:rPr>
      </w:pP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Подраздел 3.2. Предоставление муниципальной услуги в упреждающем (проактивном) режиме</w:t>
      </w:r>
    </w:p>
    <w:p w:rsidR="00D25DCA" w:rsidRDefault="00D25DCA" w:rsidP="002E7D98">
      <w:pPr>
        <w:spacing w:after="0" w:line="240" w:lineRule="auto"/>
        <w:rPr>
          <w:sz w:val="28"/>
          <w:szCs w:val="28"/>
          <w:lang w:val="ru-RU"/>
        </w:rPr>
      </w:pPr>
    </w:p>
    <w:p w:rsidR="0077411A" w:rsidRPr="002E7D98" w:rsidRDefault="008B2948" w:rsidP="00D25DCA">
      <w:pPr>
        <w:spacing w:after="0" w:line="240" w:lineRule="auto"/>
        <w:ind w:firstLine="709"/>
        <w:jc w:val="both"/>
        <w:rPr>
          <w:sz w:val="28"/>
          <w:szCs w:val="28"/>
          <w:lang w:val="ru-RU"/>
        </w:rPr>
      </w:pPr>
      <w:r w:rsidRPr="002E7D98">
        <w:rPr>
          <w:sz w:val="28"/>
          <w:szCs w:val="28"/>
          <w:lang w:val="ru-RU"/>
        </w:rPr>
        <w:t xml:space="preserve">Присвоение объекту адресации адреса и (или) аннулирование такого адреса осуществляются уполномоченными органами в упреждающем (проактивном) режиме предоставление муниципальной услуги без участия заявителя в случаях, </w:t>
      </w:r>
      <w:r w:rsidRPr="002E7D98">
        <w:rPr>
          <w:sz w:val="28"/>
          <w:szCs w:val="28"/>
          <w:lang w:val="ru-RU"/>
        </w:rPr>
        <w:lastRenderedPageBreak/>
        <w:t>предусмотренных пунктами 8, 14 и 141 Правил № 1221, с соблюдением требований пункта 21 указанных Правил № 1221.</w:t>
      </w:r>
    </w:p>
    <w:p w:rsidR="00D25DCA" w:rsidRDefault="00D25DCA" w:rsidP="002E7D98">
      <w:pPr>
        <w:spacing w:after="0" w:line="240" w:lineRule="auto"/>
        <w:rPr>
          <w:sz w:val="28"/>
          <w:szCs w:val="28"/>
          <w:lang w:val="ru-RU"/>
        </w:rPr>
      </w:pPr>
    </w:p>
    <w:p w:rsidR="0077411A" w:rsidRPr="002E7D98" w:rsidRDefault="008B2948" w:rsidP="00D25DCA">
      <w:pPr>
        <w:spacing w:after="0" w:line="240" w:lineRule="auto"/>
        <w:ind w:firstLine="709"/>
        <w:rPr>
          <w:sz w:val="28"/>
          <w:szCs w:val="28"/>
          <w:lang w:val="ru-RU"/>
        </w:rPr>
      </w:pPr>
      <w:r w:rsidRPr="002E7D98">
        <w:rPr>
          <w:sz w:val="28"/>
          <w:szCs w:val="28"/>
          <w:lang w:val="ru-RU"/>
        </w:rPr>
        <w:t>Подраздел 3.3. Профилирование заявителя</w:t>
      </w:r>
    </w:p>
    <w:p w:rsidR="00D25DCA" w:rsidRDefault="00D25DCA" w:rsidP="002E7D98">
      <w:pPr>
        <w:spacing w:after="0" w:line="240" w:lineRule="auto"/>
        <w:rPr>
          <w:sz w:val="28"/>
          <w:szCs w:val="28"/>
          <w:lang w:val="ru-RU"/>
        </w:rPr>
      </w:pPr>
    </w:p>
    <w:p w:rsidR="0077411A" w:rsidRPr="002E7D98" w:rsidRDefault="008B2948" w:rsidP="00D25DCA">
      <w:pPr>
        <w:spacing w:after="0" w:line="240" w:lineRule="auto"/>
        <w:ind w:firstLine="709"/>
        <w:jc w:val="both"/>
        <w:rPr>
          <w:sz w:val="28"/>
          <w:szCs w:val="28"/>
          <w:lang w:val="ru-RU"/>
        </w:rPr>
      </w:pPr>
      <w:r w:rsidRPr="002E7D98">
        <w:rPr>
          <w:sz w:val="28"/>
          <w:szCs w:val="28"/>
          <w:lang w:val="ru-RU"/>
        </w:rPr>
        <w:t>3.3.1. Профилирование служит для формирования из перечня ответов на вопросы формы заявления для конкретной категории заявителя и его случая обращения, индивидуального пакета документов, межведомственных запросов.</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По результатам получения ответов от заявителя на вопросы профилирования, а также анализа содержания запроса заявителя уполномоченный орган определяет результат муниципальной услуги, за которым обратился заявитель, а также признаки заявителя.</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Профилирование осуществляется при обращении заявителя за предоставлением муниципальной услуги в личном кабинете на Едином портале, Региональном портале. Использование вышеуказанных технологий проводится при наличии технической возможности.</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По результатам получения ответов от заявителя на Едином портале, Региональном портале автоматически подбирается под конкретного заявителя результат муниципальной услуги с четким перечнем необходимых документов, сроками предоставления услуги.</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Установленные по результатам профилирования сведения доводится до заявителя в электронной форме (при подаче заявителем заявления (запроса) о предоставлении муниципальной услуги посредством Единого или Регионального портала).</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При обращении заявителя путем направления почтового (курьерского) отправления профилирование не осуществляется.</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 xml:space="preserve">3.3.2. Результаты профилирования отображаются в таблице № 1 и таблице № 2 приложения </w:t>
      </w:r>
      <w:r w:rsidR="00D25DCA">
        <w:rPr>
          <w:sz w:val="28"/>
          <w:szCs w:val="28"/>
          <w:lang w:val="ru-RU"/>
        </w:rPr>
        <w:t xml:space="preserve">№ </w:t>
      </w:r>
      <w:r w:rsidRPr="002E7D98">
        <w:rPr>
          <w:sz w:val="28"/>
          <w:szCs w:val="28"/>
          <w:lang w:val="ru-RU"/>
        </w:rPr>
        <w:t>2 к настоящему административному регламенту.</w:t>
      </w:r>
    </w:p>
    <w:p w:rsidR="00D25DCA" w:rsidRDefault="00D25DCA" w:rsidP="002E7D98">
      <w:pPr>
        <w:spacing w:after="0" w:line="240" w:lineRule="auto"/>
        <w:rPr>
          <w:sz w:val="28"/>
          <w:szCs w:val="28"/>
          <w:lang w:val="ru-RU"/>
        </w:rPr>
      </w:pPr>
    </w:p>
    <w:p w:rsidR="0077411A" w:rsidRPr="002E7D98" w:rsidRDefault="008B2948" w:rsidP="00D25DCA">
      <w:pPr>
        <w:spacing w:after="0" w:line="240" w:lineRule="auto"/>
        <w:ind w:firstLine="709"/>
        <w:jc w:val="both"/>
        <w:rPr>
          <w:sz w:val="28"/>
          <w:szCs w:val="28"/>
          <w:lang w:val="ru-RU"/>
        </w:rPr>
      </w:pPr>
      <w:r w:rsidRPr="002E7D98">
        <w:rPr>
          <w:sz w:val="28"/>
          <w:szCs w:val="28"/>
          <w:lang w:val="ru-RU"/>
        </w:rPr>
        <w:t>Подраздел 3.4. Приём заявления и документов и (или) информации, необходимых для предоставления муниципальной услуги</w:t>
      </w:r>
    </w:p>
    <w:p w:rsidR="00D25DCA" w:rsidRDefault="00D25DCA" w:rsidP="002E7D98">
      <w:pPr>
        <w:spacing w:after="0" w:line="240" w:lineRule="auto"/>
        <w:rPr>
          <w:sz w:val="28"/>
          <w:szCs w:val="28"/>
          <w:lang w:val="ru-RU"/>
        </w:rPr>
      </w:pPr>
    </w:p>
    <w:p w:rsidR="0077411A" w:rsidRPr="002E7D98" w:rsidRDefault="008B2948" w:rsidP="00D25DCA">
      <w:pPr>
        <w:spacing w:after="0" w:line="240" w:lineRule="auto"/>
        <w:ind w:firstLine="709"/>
        <w:jc w:val="both"/>
        <w:rPr>
          <w:sz w:val="28"/>
          <w:szCs w:val="28"/>
          <w:lang w:val="ru-RU"/>
        </w:rPr>
      </w:pPr>
      <w:r w:rsidRPr="002E7D98">
        <w:rPr>
          <w:sz w:val="28"/>
          <w:szCs w:val="28"/>
          <w:lang w:val="ru-RU"/>
        </w:rPr>
        <w:t>3.4.1. Подача заявления и документов в уполномоченный орган или МФЦ заявителем (представителем заявителя) осуществляется при личном приеме в порядке общей очереди в приемные часы или по предварительной записи.</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 xml:space="preserve">3.4.2.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запроса, документов и (или) информации приведены в приложении </w:t>
      </w:r>
      <w:r w:rsidR="00D25DCA">
        <w:rPr>
          <w:sz w:val="28"/>
          <w:szCs w:val="28"/>
          <w:lang w:val="ru-RU"/>
        </w:rPr>
        <w:t xml:space="preserve">№ </w:t>
      </w:r>
      <w:r w:rsidRPr="002E7D98">
        <w:rPr>
          <w:sz w:val="28"/>
          <w:szCs w:val="28"/>
          <w:lang w:val="ru-RU"/>
        </w:rPr>
        <w:t>3 к настоящему административному регламенту.</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lastRenderedPageBreak/>
        <w:t xml:space="preserve">3.4.3. Формы и состав заявлений (запросов) о предоставлении муниципальной услуги приведены в приложениях </w:t>
      </w:r>
      <w:r w:rsidR="00D25DCA">
        <w:rPr>
          <w:sz w:val="28"/>
          <w:szCs w:val="28"/>
          <w:lang w:val="ru-RU"/>
        </w:rPr>
        <w:t xml:space="preserve">№ </w:t>
      </w:r>
      <w:r w:rsidRPr="002E7D98">
        <w:rPr>
          <w:sz w:val="28"/>
          <w:szCs w:val="28"/>
          <w:lang w:val="ru-RU"/>
        </w:rPr>
        <w:t xml:space="preserve">6 - </w:t>
      </w:r>
      <w:r w:rsidR="00D25DCA">
        <w:rPr>
          <w:sz w:val="28"/>
          <w:szCs w:val="28"/>
          <w:lang w:val="ru-RU"/>
        </w:rPr>
        <w:t xml:space="preserve">№ </w:t>
      </w:r>
      <w:r w:rsidRPr="002E7D98">
        <w:rPr>
          <w:sz w:val="28"/>
          <w:szCs w:val="28"/>
          <w:lang w:val="ru-RU"/>
        </w:rPr>
        <w:t>8 к настоящему административному регламенту.</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3.4.4. При подаче заявления в уполномоченный орган или МФЦ установление личности заявителя, его представителя в ходе личного приема производится на основании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77411A" w:rsidRPr="002E7D98" w:rsidRDefault="008B2948" w:rsidP="00D25DCA">
      <w:pPr>
        <w:spacing w:after="0" w:line="240" w:lineRule="auto"/>
        <w:ind w:firstLine="709"/>
        <w:jc w:val="both"/>
        <w:rPr>
          <w:sz w:val="28"/>
          <w:szCs w:val="28"/>
          <w:lang w:val="ru-RU"/>
        </w:rPr>
      </w:pPr>
      <w:r w:rsidRPr="002E7D98">
        <w:rPr>
          <w:sz w:val="28"/>
          <w:szCs w:val="28"/>
          <w:lang w:val="ru-RU"/>
        </w:rPr>
        <w:t>Установление личности заявителя, в случае направления заявления посредством почтовой связи производится на основании копии документа, удостоверяющего личность гражданина, заверенного в установленном законодательством порядке.</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3.4.5. МФЦ для установления личности заявителя, его представителя, (при наличии технической возможности) использует:</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1) единую систему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 xml:space="preserve">2) информационные технологии или специальные технические и программно-технические средства, предусмотренные статьями 9, 10 и 14 федерального закона от 29 декабря 2022 года № 572-ФЗ </w:t>
      </w:r>
      <w:r w:rsidR="00D25DCA">
        <w:rPr>
          <w:sz w:val="28"/>
          <w:szCs w:val="28"/>
          <w:lang w:val="ru-RU"/>
        </w:rPr>
        <w:t>«</w:t>
      </w:r>
      <w:r w:rsidRPr="002E7D98">
        <w:rPr>
          <w:sz w:val="28"/>
          <w:szCs w:val="28"/>
          <w:lang w:val="ru-RU"/>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940241">
        <w:rPr>
          <w:sz w:val="28"/>
          <w:szCs w:val="28"/>
          <w:lang w:val="ru-RU"/>
        </w:rPr>
        <w:t>»</w:t>
      </w:r>
      <w:r w:rsidRPr="002E7D98">
        <w:rPr>
          <w:sz w:val="28"/>
          <w:szCs w:val="28"/>
          <w:lang w:val="ru-RU"/>
        </w:rPr>
        <w:t>.</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3.4.6. При предоставлении муниципальных услуг в электронной форме идентификация и аутентификация может осуществляться посредством:</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 xml:space="preserve">2) информационных технологий, предусмотренных статьями 9, 10 и 14 Федерального закона от 29 декабря 2022 года № 572-ФЗ </w:t>
      </w:r>
      <w:r w:rsidR="00940241">
        <w:rPr>
          <w:sz w:val="28"/>
          <w:szCs w:val="28"/>
          <w:lang w:val="ru-RU"/>
        </w:rPr>
        <w:t>«</w:t>
      </w:r>
      <w:r w:rsidRPr="002E7D98">
        <w:rPr>
          <w:sz w:val="28"/>
          <w:szCs w:val="28"/>
          <w:lang w:val="ru-RU"/>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940241">
        <w:rPr>
          <w:sz w:val="28"/>
          <w:szCs w:val="28"/>
          <w:lang w:val="ru-RU"/>
        </w:rPr>
        <w:t>»</w:t>
      </w:r>
      <w:r w:rsidRPr="002E7D98">
        <w:rPr>
          <w:sz w:val="28"/>
          <w:szCs w:val="28"/>
          <w:lang w:val="ru-RU"/>
        </w:rPr>
        <w:t xml:space="preserve"> </w:t>
      </w:r>
      <w:r w:rsidRPr="002E7D98">
        <w:rPr>
          <w:sz w:val="28"/>
          <w:szCs w:val="28"/>
          <w:lang w:val="ru-RU"/>
        </w:rPr>
        <w:lastRenderedPageBreak/>
        <w:t>(использование вышеуказанных технологий проводится при наличии технической возможности).</w:t>
      </w:r>
    </w:p>
    <w:p w:rsidR="0077411A" w:rsidRPr="002E7D98" w:rsidRDefault="008B2948" w:rsidP="00A00A66">
      <w:pPr>
        <w:spacing w:after="0" w:line="240" w:lineRule="auto"/>
        <w:ind w:firstLine="709"/>
        <w:jc w:val="both"/>
        <w:rPr>
          <w:sz w:val="28"/>
          <w:szCs w:val="28"/>
          <w:lang w:val="ru-RU"/>
        </w:rPr>
      </w:pPr>
      <w:r w:rsidRPr="002E7D98">
        <w:rPr>
          <w:sz w:val="28"/>
          <w:szCs w:val="28"/>
          <w:lang w:val="ru-RU"/>
        </w:rPr>
        <w:t>3.4.7. В уполномоченном органе или МФЦ при приеме заявления и документов проверяется полнота комплекта представленных документов (в случае необходимости осуществляет копирование необходимых документов).</w:t>
      </w:r>
    </w:p>
    <w:p w:rsidR="0077411A" w:rsidRPr="002E7D98" w:rsidRDefault="008B2948" w:rsidP="00A00A66">
      <w:pPr>
        <w:spacing w:after="0" w:line="240" w:lineRule="auto"/>
        <w:ind w:firstLine="709"/>
        <w:jc w:val="both"/>
        <w:rPr>
          <w:sz w:val="28"/>
          <w:szCs w:val="28"/>
          <w:lang w:val="ru-RU"/>
        </w:rPr>
      </w:pPr>
      <w:r w:rsidRPr="002E7D98">
        <w:rPr>
          <w:sz w:val="28"/>
          <w:szCs w:val="28"/>
          <w:lang w:val="ru-RU"/>
        </w:rPr>
        <w:t>3.4.8. При наличии оснований для отказа в приеме документов, принимается решение об отказе в приеме документов и уведомление заявителя об отказе в приеме документов с указанием причин отказа;</w:t>
      </w:r>
    </w:p>
    <w:p w:rsidR="0077411A" w:rsidRPr="002E7D98" w:rsidRDefault="008B2948" w:rsidP="00A00A66">
      <w:pPr>
        <w:spacing w:after="0" w:line="240" w:lineRule="auto"/>
        <w:ind w:firstLine="709"/>
        <w:jc w:val="both"/>
        <w:rPr>
          <w:sz w:val="28"/>
          <w:szCs w:val="28"/>
          <w:lang w:val="ru-RU"/>
        </w:rPr>
      </w:pPr>
      <w:r w:rsidRPr="002E7D98">
        <w:rPr>
          <w:sz w:val="28"/>
          <w:szCs w:val="28"/>
          <w:lang w:val="ru-RU"/>
        </w:rPr>
        <w:t xml:space="preserve">Перечень оснований для принятия решения об отказе в приеме заявления и документов для предоставления муниципальной услуги </w:t>
      </w:r>
      <w:r w:rsidR="00AC4A0D">
        <w:rPr>
          <w:sz w:val="28"/>
          <w:szCs w:val="28"/>
          <w:lang w:val="ru-RU"/>
        </w:rPr>
        <w:t xml:space="preserve">приведен </w:t>
      </w:r>
      <w:r w:rsidRPr="002E7D98">
        <w:rPr>
          <w:sz w:val="28"/>
          <w:szCs w:val="28"/>
          <w:lang w:val="ru-RU"/>
        </w:rPr>
        <w:t xml:space="preserve">в приложении </w:t>
      </w:r>
      <w:r w:rsidR="00940241">
        <w:rPr>
          <w:sz w:val="28"/>
          <w:szCs w:val="28"/>
          <w:lang w:val="ru-RU"/>
        </w:rPr>
        <w:t xml:space="preserve">№ </w:t>
      </w:r>
      <w:r w:rsidRPr="002E7D98">
        <w:rPr>
          <w:sz w:val="28"/>
          <w:szCs w:val="28"/>
          <w:lang w:val="ru-RU"/>
        </w:rPr>
        <w:t>4 к настоящему административному регламенту.</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При отсутствии оснований для отказа в приеме документов, формируется и регистрируется заявление и пакет документов.</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3.4.9. Передача заявления и документов в уполномоченный орган по месту нахождения МФЦ осуществляется посредством реестра приема-передачи составленного в 2-х экземплярах на бумажных носителях.</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3.4.10. Заявителю (представителю заявителя) предоставляется возможность приема уполномоченным органом, предоставляющим муниципальную услугу, или МФЦ заявления и документов и (или) информации, необходимых для предоставления муниципальной услуги,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Условием предоставления муниципальной услуги по экстерриториальному принципу является регистрация заявителя в ФГИС ЕСИА.</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Принцип экстерриториальности при предоставлении муниципальной услуги распространяется на заявления, принятые при личном обращении заявителя (представителя заявителя) в уполномоченный орган или МФЦ, а также и представленные в форме электронного документа с использованием ЕПГУ, РПГУ.</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 xml:space="preserve">МФЦ передает в уполномоченный орган сканированные электронные образы заявления и документов по защищенным каналам связи </w:t>
      </w:r>
      <w:r w:rsidRPr="002E7D98">
        <w:rPr>
          <w:sz w:val="28"/>
          <w:szCs w:val="28"/>
        </w:rPr>
        <w:t>VIPNET</w:t>
      </w:r>
      <w:r w:rsidRPr="002E7D98">
        <w:rPr>
          <w:sz w:val="28"/>
          <w:szCs w:val="28"/>
          <w:lang w:val="ru-RU"/>
        </w:rPr>
        <w:t xml:space="preserve"> </w:t>
      </w:r>
      <w:r w:rsidRPr="002E7D98">
        <w:rPr>
          <w:sz w:val="28"/>
          <w:szCs w:val="28"/>
        </w:rPr>
        <w:t>Client</w:t>
      </w:r>
      <w:r w:rsidRPr="002E7D98">
        <w:rPr>
          <w:sz w:val="28"/>
          <w:szCs w:val="28"/>
          <w:lang w:val="ru-RU"/>
        </w:rPr>
        <w:t xml:space="preserve"> заверенные электронной подписью, с досылкой на бумажном варианте посредством почтового отправления (использование вышеуказанных технологий проводится при наличии технической возможности).</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 xml:space="preserve">3.4.11. Срок регистрации заявления и прилагаемых документов, необходимых для предоставления муниципальной услуги в уполномоченном органе или МФЦ не может превышать </w:t>
      </w:r>
      <w:r w:rsidR="00940241">
        <w:rPr>
          <w:sz w:val="28"/>
          <w:szCs w:val="28"/>
          <w:lang w:val="ru-RU"/>
        </w:rPr>
        <w:t>15</w:t>
      </w:r>
      <w:r w:rsidRPr="002E7D98">
        <w:rPr>
          <w:sz w:val="28"/>
          <w:szCs w:val="28"/>
          <w:lang w:val="ru-RU"/>
        </w:rPr>
        <w:t xml:space="preserve"> минут. Заявление регистрируется в присутствии заявителя, которому выдается расписка с регистрационным номером.</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При поступлении заявления в уполномоченный орган по почте, заявление регистрируется в течение 1 рабочего дня.</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lastRenderedPageBreak/>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rsidR="00940241" w:rsidRDefault="00940241" w:rsidP="002E7D98">
      <w:pPr>
        <w:spacing w:after="0" w:line="240" w:lineRule="auto"/>
        <w:rPr>
          <w:sz w:val="28"/>
          <w:szCs w:val="28"/>
          <w:lang w:val="ru-RU"/>
        </w:rPr>
      </w:pPr>
    </w:p>
    <w:p w:rsidR="0077411A" w:rsidRPr="002E7D98" w:rsidRDefault="008B2948" w:rsidP="00A00A66">
      <w:pPr>
        <w:spacing w:after="0" w:line="240" w:lineRule="auto"/>
        <w:ind w:firstLine="709"/>
        <w:rPr>
          <w:sz w:val="28"/>
          <w:szCs w:val="28"/>
          <w:lang w:val="ru-RU"/>
        </w:rPr>
      </w:pPr>
      <w:r w:rsidRPr="002E7D98">
        <w:rPr>
          <w:sz w:val="28"/>
          <w:szCs w:val="28"/>
          <w:lang w:val="ru-RU"/>
        </w:rPr>
        <w:t>Подраздел 3.5. Межведомственное информационное взаимодействие</w:t>
      </w:r>
    </w:p>
    <w:p w:rsidR="00940241" w:rsidRDefault="00940241" w:rsidP="002E7D98">
      <w:pPr>
        <w:spacing w:after="0" w:line="240" w:lineRule="auto"/>
        <w:rPr>
          <w:sz w:val="28"/>
          <w:szCs w:val="28"/>
          <w:lang w:val="ru-RU"/>
        </w:rPr>
      </w:pPr>
    </w:p>
    <w:p w:rsidR="0077411A" w:rsidRPr="002E7D98" w:rsidRDefault="008B2948" w:rsidP="00940241">
      <w:pPr>
        <w:spacing w:after="0" w:line="240" w:lineRule="auto"/>
        <w:ind w:firstLine="709"/>
        <w:jc w:val="both"/>
        <w:rPr>
          <w:sz w:val="28"/>
          <w:szCs w:val="28"/>
          <w:lang w:val="ru-RU"/>
        </w:rPr>
      </w:pPr>
      <w:r w:rsidRPr="002E7D98">
        <w:rPr>
          <w:sz w:val="28"/>
          <w:szCs w:val="28"/>
          <w:lang w:val="ru-RU"/>
        </w:rPr>
        <w:t xml:space="preserve">3.5.1. В случае если заявитель (представитель заявителя) не представил документы, предусмотренные таблицей № 2 приложения </w:t>
      </w:r>
      <w:r w:rsidR="00A00A66">
        <w:rPr>
          <w:sz w:val="28"/>
          <w:szCs w:val="28"/>
          <w:lang w:val="ru-RU"/>
        </w:rPr>
        <w:t xml:space="preserve">№ </w:t>
      </w:r>
      <w:r w:rsidRPr="002E7D98">
        <w:rPr>
          <w:sz w:val="28"/>
          <w:szCs w:val="28"/>
          <w:lang w:val="ru-RU"/>
        </w:rPr>
        <w:t>3 к настоящему административному регламенту самостоятельно, уполномоченный орган запрашивает их в рамках межведомственного электронного взаимодействия.</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3.5.2. При предоставлении муниципальной услуги в рамках межведомственного электронного взаимодействия запросы направляются:</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в Управление Федеральной службы государственной регистрации, кадастра и картографии по Краснодарскому краю:</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запрос о предоставлении выписки из Единого государственного реестра недвижимости об объекте недвижимости или уведомления об отсутствии в Едином государственном реестре недвижимости запрашиваемых сведений о зарегистрированных правах.</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3.5.3. Межведомственное информационное взаимодействие может осуществляться на бумажном носителе по почте, факсу, посредством курьера при невозможности осуществления межведомственного информационного взаимодействия в связи с отсутствием запрашиваемых сведений в электронной форме или при необходимости представления оригиналов документов на бумажном носителе при направлении межведомственного запроса.</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3.5.4. При осуществлении межведомственного информационного взаимодействия без использования межведомственного электронного взаимодействия запросы направляются:</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в администрацию Новоджерелиевского сельского поселения Брюховецкого муниципального района Краснодарского края о предоставлении следующих документов:</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разрешение на строительство объекта адресации (в случае присвоения адреса строящимся объектам адресации);</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разрешение на ввод объекта адресации в эксплуатацию (в случае присвоения адреса строящимся объектам адресации);</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lastRenderedPageBreak/>
        <w:t>схема расположения объекта адресации на кадастровом плане или кадастровой карте соответствующей территории</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решение органа местного самоуправления о переводе жилого помещения в нежилое помещение или нежилого помещения в жилое помещение</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акт приемочной комиссии при переустройстве и (или) перепланировке помещения, приводящих к образованию одного и более новых объектов адресации.</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 xml:space="preserve">Срок направления межведомственного запроса в государственные органы, органы местного самоуправления и иные органы, участвующие в предоставлении муниципальной услуги, </w:t>
      </w:r>
      <w:r w:rsidR="00876D58">
        <w:rPr>
          <w:sz w:val="28"/>
          <w:szCs w:val="28"/>
          <w:lang w:val="ru-RU"/>
        </w:rPr>
        <w:t>ответственным специалистом</w:t>
      </w:r>
      <w:r w:rsidRPr="002E7D98">
        <w:rPr>
          <w:sz w:val="28"/>
          <w:szCs w:val="28"/>
          <w:lang w:val="ru-RU"/>
        </w:rPr>
        <w:t xml:space="preserve"> уполномоченного органа - в течение одного рабочего дня со дня получения заявления и пакета документов от заявителя.</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При поступлении заявления в электронном виде посредством ЕПГУ, РПГУ, ФИАС, срок направления межведомственного запроса в государственные органы, органы местного самоуправления и иные органы, участвующие в предоставлении муниципальной услуги - в день поступления и регистрации заявления.</w:t>
      </w:r>
    </w:p>
    <w:p w:rsidR="0077411A" w:rsidRPr="002E7D98" w:rsidRDefault="008B2948" w:rsidP="00940241">
      <w:pPr>
        <w:spacing w:after="0" w:line="240" w:lineRule="auto"/>
        <w:ind w:firstLine="709"/>
        <w:jc w:val="both"/>
        <w:rPr>
          <w:sz w:val="28"/>
          <w:szCs w:val="28"/>
          <w:lang w:val="ru-RU"/>
        </w:rPr>
      </w:pPr>
      <w:r w:rsidRPr="002E7D98">
        <w:rPr>
          <w:sz w:val="28"/>
          <w:szCs w:val="28"/>
          <w:lang w:val="ru-RU"/>
        </w:rPr>
        <w:t>3.5.5. Срок получения ответа на информационный запрос - при осуществлении межведомственного информационного взаимодействия без использования электронного межведомственного взаимодействия составляет не более 5 рабочих дней со дня его поступления в орган (организацию), предоставляющий соответствующие сведения.</w:t>
      </w:r>
    </w:p>
    <w:p w:rsidR="00940241" w:rsidRDefault="00940241" w:rsidP="002E7D98">
      <w:pPr>
        <w:spacing w:after="0" w:line="240" w:lineRule="auto"/>
        <w:rPr>
          <w:sz w:val="28"/>
          <w:szCs w:val="28"/>
          <w:lang w:val="ru-RU"/>
        </w:rPr>
      </w:pPr>
    </w:p>
    <w:p w:rsidR="0077411A" w:rsidRPr="002E7D98" w:rsidRDefault="008B2948" w:rsidP="00940241">
      <w:pPr>
        <w:spacing w:after="0" w:line="240" w:lineRule="auto"/>
        <w:ind w:firstLine="709"/>
        <w:jc w:val="both"/>
        <w:rPr>
          <w:sz w:val="28"/>
          <w:szCs w:val="28"/>
          <w:lang w:val="ru-RU"/>
        </w:rPr>
      </w:pPr>
      <w:r w:rsidRPr="002E7D98">
        <w:rPr>
          <w:sz w:val="28"/>
          <w:szCs w:val="28"/>
          <w:lang w:val="ru-RU"/>
        </w:rPr>
        <w:t>Подраздел 3.6. Принятие решения о предоставлении (об отказе в предоставлении) муниципальной услуги</w:t>
      </w:r>
    </w:p>
    <w:p w:rsidR="00940241" w:rsidRDefault="00940241" w:rsidP="002E7D98">
      <w:pPr>
        <w:spacing w:after="0" w:line="240" w:lineRule="auto"/>
        <w:rPr>
          <w:sz w:val="28"/>
          <w:szCs w:val="28"/>
          <w:lang w:val="ru-RU"/>
        </w:rPr>
      </w:pPr>
    </w:p>
    <w:p w:rsidR="0077411A" w:rsidRPr="002E7D98" w:rsidRDefault="008B2948" w:rsidP="00832189">
      <w:pPr>
        <w:spacing w:after="0" w:line="240" w:lineRule="auto"/>
        <w:ind w:firstLine="709"/>
        <w:jc w:val="both"/>
        <w:rPr>
          <w:sz w:val="28"/>
          <w:szCs w:val="28"/>
          <w:lang w:val="ru-RU"/>
        </w:rPr>
      </w:pPr>
      <w:r w:rsidRPr="002E7D98">
        <w:rPr>
          <w:sz w:val="28"/>
          <w:szCs w:val="28"/>
          <w:lang w:val="ru-RU"/>
        </w:rPr>
        <w:t xml:space="preserve">3.6.1. </w:t>
      </w:r>
      <w:r w:rsidR="00876D58">
        <w:rPr>
          <w:sz w:val="28"/>
          <w:szCs w:val="28"/>
          <w:lang w:val="ru-RU"/>
        </w:rPr>
        <w:t>Ответственный с</w:t>
      </w:r>
      <w:r w:rsidR="00940241">
        <w:rPr>
          <w:sz w:val="28"/>
          <w:szCs w:val="28"/>
          <w:lang w:val="ru-RU"/>
        </w:rPr>
        <w:t>пециалист администрации Новоджерелиевского сельского поселения Брюховецкого муниципального района Краснодарского края</w:t>
      </w:r>
      <w:r w:rsidRPr="002E7D98">
        <w:rPr>
          <w:sz w:val="28"/>
          <w:szCs w:val="28"/>
          <w:lang w:val="ru-RU"/>
        </w:rPr>
        <w:t>, ответственн</w:t>
      </w:r>
      <w:r w:rsidR="00940241">
        <w:rPr>
          <w:sz w:val="28"/>
          <w:szCs w:val="28"/>
          <w:lang w:val="ru-RU"/>
        </w:rPr>
        <w:t>ый</w:t>
      </w:r>
      <w:r w:rsidRPr="002E7D98">
        <w:rPr>
          <w:sz w:val="28"/>
          <w:szCs w:val="28"/>
          <w:lang w:val="ru-RU"/>
        </w:rPr>
        <w:t xml:space="preserve"> за предоставление муниципальной услуги (далее - должностное лицо), на основании документов, поступивших от заявителя, а также документов (сведений), поступивших посредством межведомственного взаимодействия в течение 2 рабочих дней, исчисляемых с даты получения уполномоченным органом, предоставляющим муниципальную услугу, всех сведений, необходимых для принятия решения, готовит постановление о присвоении адреса и согласовывает с </w:t>
      </w:r>
      <w:r w:rsidR="00832189">
        <w:rPr>
          <w:sz w:val="28"/>
          <w:szCs w:val="28"/>
          <w:lang w:val="ru-RU"/>
        </w:rPr>
        <w:t>со специалистами администрации Новоджерелиевского сельского поселения Брюховецкого муниципального района Краснодарского края</w:t>
      </w:r>
      <w:r w:rsidRPr="002E7D98">
        <w:rPr>
          <w:sz w:val="28"/>
          <w:szCs w:val="28"/>
          <w:lang w:val="ru-RU"/>
        </w:rPr>
        <w:t xml:space="preserve"> и подписывает </w:t>
      </w:r>
      <w:r w:rsidR="00832189">
        <w:rPr>
          <w:sz w:val="28"/>
          <w:szCs w:val="28"/>
          <w:lang w:val="ru-RU"/>
        </w:rPr>
        <w:t>главой Новоджерелиевского сельского поселения Брюховецкого муниципального района Краснодарского края</w:t>
      </w:r>
      <w:r w:rsidRPr="002E7D98">
        <w:rPr>
          <w:sz w:val="28"/>
          <w:szCs w:val="28"/>
          <w:lang w:val="ru-RU"/>
        </w:rPr>
        <w:t xml:space="preserve"> </w:t>
      </w:r>
      <w:r w:rsidR="00832189">
        <w:rPr>
          <w:sz w:val="28"/>
          <w:szCs w:val="28"/>
          <w:lang w:val="ru-RU"/>
        </w:rPr>
        <w:t xml:space="preserve"> или его </w:t>
      </w:r>
      <w:r w:rsidRPr="002E7D98">
        <w:rPr>
          <w:sz w:val="28"/>
          <w:szCs w:val="28"/>
          <w:lang w:val="ru-RU"/>
        </w:rPr>
        <w:t>заместителем с последующей регистрацией в установленном порядке.</w:t>
      </w:r>
    </w:p>
    <w:p w:rsidR="00832189" w:rsidRDefault="008B2948" w:rsidP="00A00A66">
      <w:pPr>
        <w:spacing w:after="0" w:line="240" w:lineRule="auto"/>
        <w:ind w:firstLine="709"/>
        <w:jc w:val="both"/>
        <w:rPr>
          <w:sz w:val="28"/>
          <w:szCs w:val="28"/>
          <w:lang w:val="ru-RU"/>
        </w:rPr>
      </w:pPr>
      <w:r w:rsidRPr="002E7D98">
        <w:rPr>
          <w:sz w:val="28"/>
          <w:szCs w:val="28"/>
          <w:lang w:val="ru-RU"/>
        </w:rPr>
        <w:t xml:space="preserve">Постановление о присвоении адреса в электронной форме подписывается УКЭП </w:t>
      </w:r>
      <w:r w:rsidR="00832189">
        <w:rPr>
          <w:sz w:val="28"/>
          <w:szCs w:val="28"/>
          <w:lang w:val="ru-RU"/>
        </w:rPr>
        <w:t>главы Новоджерелиевского сельского поселения Брюховецкого муниципального района Краснодарского края</w:t>
      </w:r>
      <w:r w:rsidR="00832189" w:rsidRPr="002E7D98">
        <w:rPr>
          <w:sz w:val="28"/>
          <w:szCs w:val="28"/>
          <w:lang w:val="ru-RU"/>
        </w:rPr>
        <w:t xml:space="preserve"> </w:t>
      </w:r>
      <w:r w:rsidR="00832189">
        <w:rPr>
          <w:sz w:val="28"/>
          <w:szCs w:val="28"/>
          <w:lang w:val="ru-RU"/>
        </w:rPr>
        <w:t xml:space="preserve">или его </w:t>
      </w:r>
      <w:r w:rsidR="00832189" w:rsidRPr="002E7D98">
        <w:rPr>
          <w:sz w:val="28"/>
          <w:szCs w:val="28"/>
          <w:lang w:val="ru-RU"/>
        </w:rPr>
        <w:t>заместителем</w:t>
      </w:r>
      <w:r w:rsidR="00832189">
        <w:rPr>
          <w:sz w:val="28"/>
          <w:szCs w:val="28"/>
          <w:lang w:val="ru-RU"/>
        </w:rPr>
        <w:t>.</w:t>
      </w:r>
      <w:r w:rsidR="00832189" w:rsidRPr="002E7D98">
        <w:rPr>
          <w:sz w:val="28"/>
          <w:szCs w:val="28"/>
          <w:lang w:val="ru-RU"/>
        </w:rPr>
        <w:t xml:space="preserve"> </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lastRenderedPageBreak/>
        <w:t>3.6.2. При наличии хотя бы одного из оснований для отказа в предоставлении муниципальной услуги, должностное лицо, в течение 1 рабочего дня подготавливает проект письменного отказа.</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t xml:space="preserve">3.6.3. Перечень оснований для отказа в предоставлении муниципальной услуги </w:t>
      </w:r>
      <w:r w:rsidR="00AC4A0D">
        <w:rPr>
          <w:sz w:val="28"/>
          <w:szCs w:val="28"/>
          <w:lang w:val="ru-RU"/>
        </w:rPr>
        <w:t>приведен</w:t>
      </w:r>
      <w:r w:rsidRPr="002E7D98">
        <w:rPr>
          <w:sz w:val="28"/>
          <w:szCs w:val="28"/>
          <w:lang w:val="ru-RU"/>
        </w:rPr>
        <w:t xml:space="preserve"> в таблице № 1 приложения </w:t>
      </w:r>
      <w:r w:rsidR="00832189">
        <w:rPr>
          <w:sz w:val="28"/>
          <w:szCs w:val="28"/>
          <w:lang w:val="ru-RU"/>
        </w:rPr>
        <w:t xml:space="preserve">№ </w:t>
      </w:r>
      <w:r w:rsidRPr="002E7D98">
        <w:rPr>
          <w:sz w:val="28"/>
          <w:szCs w:val="28"/>
          <w:lang w:val="ru-RU"/>
        </w:rPr>
        <w:t>5 к настоящему административному регламенту.</w:t>
      </w:r>
    </w:p>
    <w:p w:rsidR="0077411A" w:rsidRPr="002E7D98" w:rsidRDefault="00832189" w:rsidP="00832189">
      <w:pPr>
        <w:spacing w:after="0" w:line="240" w:lineRule="auto"/>
        <w:ind w:firstLine="709"/>
        <w:jc w:val="both"/>
        <w:rPr>
          <w:sz w:val="28"/>
          <w:szCs w:val="28"/>
          <w:lang w:val="ru-RU"/>
        </w:rPr>
      </w:pPr>
      <w:r>
        <w:rPr>
          <w:sz w:val="28"/>
          <w:szCs w:val="28"/>
          <w:lang w:val="ru-RU"/>
        </w:rPr>
        <w:t xml:space="preserve">3.6.4. </w:t>
      </w:r>
      <w:r w:rsidR="008B2948" w:rsidRPr="002E7D98">
        <w:rPr>
          <w:sz w:val="28"/>
          <w:szCs w:val="28"/>
          <w:lang w:val="ru-RU"/>
        </w:rPr>
        <w:t xml:space="preserve">Письменный отказ в предоставлении муниципальной услуги в электронной форме оформляется в виде электронного письма администрации Новоджерелиевского сельского поселения Брюховецкого муниципального района Краснодарского края и направляется </w:t>
      </w:r>
      <w:r w:rsidRPr="002E7D98">
        <w:rPr>
          <w:sz w:val="28"/>
          <w:szCs w:val="28"/>
          <w:lang w:val="ru-RU"/>
        </w:rPr>
        <w:t xml:space="preserve">в </w:t>
      </w:r>
      <w:r>
        <w:rPr>
          <w:sz w:val="28"/>
          <w:szCs w:val="28"/>
          <w:lang w:val="ru-RU"/>
        </w:rPr>
        <w:t>«</w:t>
      </w:r>
      <w:r w:rsidR="008B2948" w:rsidRPr="002E7D98">
        <w:rPr>
          <w:sz w:val="28"/>
          <w:szCs w:val="28"/>
          <w:lang w:val="ru-RU"/>
        </w:rPr>
        <w:t>Личный кабинет</w:t>
      </w:r>
      <w:r>
        <w:rPr>
          <w:sz w:val="28"/>
          <w:szCs w:val="28"/>
          <w:lang w:val="ru-RU"/>
        </w:rPr>
        <w:t>»</w:t>
      </w:r>
      <w:r w:rsidR="008B2948" w:rsidRPr="002E7D98">
        <w:rPr>
          <w:sz w:val="28"/>
          <w:szCs w:val="28"/>
          <w:lang w:val="ru-RU"/>
        </w:rPr>
        <w:t xml:space="preserve"> заявителя ЕПГУ, РПГУ не позднее первого рабочего дня, следующего за днем подачи заявления.</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t>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832189" w:rsidRDefault="00832189" w:rsidP="002E7D98">
      <w:pPr>
        <w:spacing w:after="0" w:line="240" w:lineRule="auto"/>
        <w:rPr>
          <w:sz w:val="28"/>
          <w:szCs w:val="28"/>
          <w:lang w:val="ru-RU"/>
        </w:rPr>
      </w:pPr>
    </w:p>
    <w:p w:rsidR="0077411A" w:rsidRPr="002E7D98" w:rsidRDefault="008B2948" w:rsidP="00832189">
      <w:pPr>
        <w:spacing w:after="0" w:line="240" w:lineRule="auto"/>
        <w:ind w:firstLine="709"/>
        <w:rPr>
          <w:sz w:val="28"/>
          <w:szCs w:val="28"/>
          <w:lang w:val="ru-RU"/>
        </w:rPr>
      </w:pPr>
      <w:r w:rsidRPr="002E7D98">
        <w:rPr>
          <w:sz w:val="28"/>
          <w:szCs w:val="28"/>
          <w:lang w:val="ru-RU"/>
        </w:rPr>
        <w:t>Подраздел 3.7. Предоставление результата муниципальной услуги</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t>3.7.1 Срок предоставления заявителю результата муниципальной услуги для различных способов предоставления результата муниципальной услуги: не более 1 рабочего дня.</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t>В случае подачи документов в МФЦ, через ЕПГУ, РПГУ срок выдачи документов осуществляется в соответствии с настоящим пунктом.</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t>Срок выполнения указанной административной процедуры входит в общий срок предоставления муниципальной услуги.</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t>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предоставлении муниципальной услуги.</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t>Заявителю обеспечена возможность получения результата в любом МФЦ Краснодарского края в форме экземпляра электронного документа на бумажном носителе, подписанного электронной подписью должностного лица уполномоченного органа и заверенного подписью и печатью МФЦ.</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t xml:space="preserve">По экстерриториальному принципу направление результата предоставления услуги в МФЦ осуществляется по защищенным каналам связи </w:t>
      </w:r>
      <w:r w:rsidRPr="002E7D98">
        <w:rPr>
          <w:sz w:val="28"/>
          <w:szCs w:val="28"/>
        </w:rPr>
        <w:t>VIPNET</w:t>
      </w:r>
      <w:r w:rsidRPr="002E7D98">
        <w:rPr>
          <w:sz w:val="28"/>
          <w:szCs w:val="28"/>
          <w:lang w:val="ru-RU"/>
        </w:rPr>
        <w:t xml:space="preserve"> </w:t>
      </w:r>
      <w:r w:rsidRPr="002E7D98">
        <w:rPr>
          <w:sz w:val="28"/>
          <w:szCs w:val="28"/>
        </w:rPr>
        <w:t>Client</w:t>
      </w:r>
      <w:r w:rsidRPr="002E7D98">
        <w:rPr>
          <w:sz w:val="28"/>
          <w:szCs w:val="28"/>
          <w:lang w:val="ru-RU"/>
        </w:rPr>
        <w:t>, заверенного электронной подписью, с досылкой на бумажном варианте посредством почтового отправления (использование вышеуказанных технологий проводится при наличии технической возможности).</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t xml:space="preserve">При направлении заявителю результата предоставления муниципальной услуги на бумажном носителе из уполномоченного органа посредством почтового </w:t>
      </w:r>
      <w:r w:rsidR="00832189" w:rsidRPr="002E7D98">
        <w:rPr>
          <w:sz w:val="28"/>
          <w:szCs w:val="28"/>
          <w:lang w:val="ru-RU"/>
        </w:rPr>
        <w:t>отправления</w:t>
      </w:r>
      <w:r w:rsidR="00832189">
        <w:rPr>
          <w:sz w:val="28"/>
          <w:szCs w:val="28"/>
          <w:lang w:val="ru-RU"/>
        </w:rPr>
        <w:t xml:space="preserve"> </w:t>
      </w:r>
      <w:r w:rsidR="00832189" w:rsidRPr="002E7D98">
        <w:rPr>
          <w:sz w:val="28"/>
          <w:szCs w:val="28"/>
          <w:lang w:val="ru-RU"/>
        </w:rPr>
        <w:t>-</w:t>
      </w:r>
      <w:r w:rsidRPr="002E7D98">
        <w:rPr>
          <w:sz w:val="28"/>
          <w:szCs w:val="28"/>
          <w:lang w:val="ru-RU"/>
        </w:rPr>
        <w:t xml:space="preserve"> срок выдачи результата увеличивается на 4 рабочих дня.</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lastRenderedPageBreak/>
        <w:t>3.7.2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 по экстерриториальному принципу.</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t>Результат предоставления муниципальной услуги направляется заявителю по его выбору:</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t>на бумажном носителе через МФЦ, посредством почтового отправления с уведомлением;</w:t>
      </w:r>
    </w:p>
    <w:p w:rsidR="0077411A" w:rsidRPr="002E7D98" w:rsidRDefault="008B2948" w:rsidP="00832189">
      <w:pPr>
        <w:spacing w:after="0" w:line="240" w:lineRule="auto"/>
        <w:ind w:firstLine="709"/>
        <w:jc w:val="both"/>
        <w:rPr>
          <w:sz w:val="28"/>
          <w:szCs w:val="28"/>
          <w:lang w:val="ru-RU"/>
        </w:rPr>
      </w:pPr>
      <w:r w:rsidRPr="002E7D98">
        <w:rPr>
          <w:sz w:val="28"/>
          <w:szCs w:val="28"/>
          <w:lang w:val="ru-RU"/>
        </w:rPr>
        <w:t xml:space="preserve">в виде электронных документов и (или) электронных образов документов, являющихся результатом предоставления муниципальной услуги через МФЦ, через </w:t>
      </w:r>
      <w:r w:rsidR="00832189">
        <w:rPr>
          <w:sz w:val="28"/>
          <w:szCs w:val="28"/>
          <w:lang w:val="ru-RU"/>
        </w:rPr>
        <w:t>«</w:t>
      </w:r>
      <w:r w:rsidRPr="002E7D98">
        <w:rPr>
          <w:sz w:val="28"/>
          <w:szCs w:val="28"/>
          <w:lang w:val="ru-RU"/>
        </w:rPr>
        <w:t>Личный кабинет</w:t>
      </w:r>
      <w:r w:rsidR="00832189">
        <w:rPr>
          <w:sz w:val="28"/>
          <w:szCs w:val="28"/>
          <w:lang w:val="ru-RU"/>
        </w:rPr>
        <w:t>»</w:t>
      </w:r>
      <w:r w:rsidRPr="002E7D98">
        <w:rPr>
          <w:sz w:val="28"/>
          <w:szCs w:val="28"/>
          <w:lang w:val="ru-RU"/>
        </w:rPr>
        <w:t xml:space="preserve"> заявителя ЕПГУ, РПГУ или на </w:t>
      </w:r>
      <w:r w:rsidRPr="002E7D98">
        <w:rPr>
          <w:sz w:val="28"/>
          <w:szCs w:val="28"/>
        </w:rPr>
        <w:t>e</w:t>
      </w:r>
      <w:r w:rsidRPr="002E7D98">
        <w:rPr>
          <w:sz w:val="28"/>
          <w:szCs w:val="28"/>
          <w:lang w:val="ru-RU"/>
        </w:rPr>
        <w:t>-</w:t>
      </w:r>
      <w:r w:rsidRPr="002E7D98">
        <w:rPr>
          <w:sz w:val="28"/>
          <w:szCs w:val="28"/>
        </w:rPr>
        <w:t>mail</w:t>
      </w:r>
      <w:r w:rsidRPr="002E7D98">
        <w:rPr>
          <w:sz w:val="28"/>
          <w:szCs w:val="28"/>
          <w:lang w:val="ru-RU"/>
        </w:rPr>
        <w:t xml:space="preserve"> электронной почты заявителя либо направления уведомления о необходимости явиться для подписания и/или получения документов, являющихся результатом предоставления муниципальной услуги.</w:t>
      </w:r>
    </w:p>
    <w:p w:rsidR="00832189" w:rsidRDefault="00832189" w:rsidP="002E7D98">
      <w:pPr>
        <w:spacing w:after="0" w:line="240" w:lineRule="auto"/>
        <w:rPr>
          <w:sz w:val="28"/>
          <w:szCs w:val="28"/>
          <w:lang w:val="ru-RU"/>
        </w:rPr>
      </w:pPr>
    </w:p>
    <w:p w:rsidR="0077411A" w:rsidRPr="002E7D98" w:rsidRDefault="008B2948" w:rsidP="00832189">
      <w:pPr>
        <w:spacing w:after="0" w:line="240" w:lineRule="auto"/>
        <w:jc w:val="center"/>
        <w:rPr>
          <w:sz w:val="28"/>
          <w:szCs w:val="28"/>
          <w:lang w:val="ru-RU"/>
        </w:rPr>
      </w:pPr>
      <w:r w:rsidRPr="002E7D98">
        <w:rPr>
          <w:sz w:val="28"/>
          <w:szCs w:val="28"/>
          <w:lang w:val="ru-RU"/>
        </w:rPr>
        <w:t>Раздел 4. Способы информирования заявителя об изменении статуса рассмотрения запроса о предоставлении муниципальной услуги</w:t>
      </w:r>
    </w:p>
    <w:p w:rsidR="00832189" w:rsidRDefault="00832189" w:rsidP="002E7D98">
      <w:pPr>
        <w:spacing w:after="0" w:line="240" w:lineRule="auto"/>
        <w:rPr>
          <w:sz w:val="28"/>
          <w:szCs w:val="28"/>
          <w:lang w:val="ru-RU"/>
        </w:rPr>
      </w:pPr>
    </w:p>
    <w:p w:rsidR="0077411A" w:rsidRPr="002E7D98" w:rsidRDefault="008B2948" w:rsidP="001E5FF6">
      <w:pPr>
        <w:spacing w:after="0" w:line="240" w:lineRule="auto"/>
        <w:ind w:firstLine="709"/>
        <w:jc w:val="both"/>
        <w:rPr>
          <w:sz w:val="28"/>
          <w:szCs w:val="28"/>
          <w:lang w:val="ru-RU"/>
        </w:rPr>
      </w:pPr>
      <w:r w:rsidRPr="002E7D98">
        <w:rPr>
          <w:sz w:val="28"/>
          <w:szCs w:val="28"/>
          <w:lang w:val="ru-RU"/>
        </w:rPr>
        <w:t>4.1.1 Заявитель имеет право на получение информации о ходе рассмотрения его заявления о предоставления муниципальной услуги.</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4.1.2 Предоставление сведений о ходе рассмотрения его заявления о предоставления муниципальной услуги осуществляется:</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1) непосредственно при личном приеме Заявителя в уполномоченном органе или МФЦ;</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2) по телефону в уполномоченном органе или МФЦ;</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3) в письменном виде (ответ направляется Заявителю в соответствии со способом, указанным в обращении):</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по почтовому адресу, указанному в обращении;</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посредством электронной почты (в случае, если в запросе был указан адрес электронной почты);</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по факсимильной связи (в случае, если в запросе был указан номер факса);</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4) посредством размещения в открытой и доступной форме информации через личный кабинет заявителя на ЕПГУ, РПГУ.</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4.1.3. Срок предоставления информации по письменным обращениям заявителей - не позднее 5 календарных дней с момента регистрации обращения.</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4.1.4. Заявителю направляется:</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сведения о ходе рассмотрения заявления о предоставлении муниципальной услуги;</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 xml:space="preserve">уведомление о приеме и регистрации заявления и иных документов, необходимых для предоставления муниципальной услуги и начале процедуры </w:t>
      </w:r>
      <w:r w:rsidRPr="002E7D98">
        <w:rPr>
          <w:sz w:val="28"/>
          <w:szCs w:val="28"/>
          <w:lang w:val="ru-RU"/>
        </w:rPr>
        <w:lastRenderedPageBreak/>
        <w:t>предоставления муниципальной услуги, а также единый номер заявления, поступившего в уполномоченный орган;</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сведения о дате и времени окончания предоставления муниципальной услуги, либо мотивированный отказ в приеме заявления и иных документов, необходимых для предоставления муниципальной услуги;</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уведомление о результатах рассмотрения муниципальной предоставления услуги, содержащее сведения о принятии положительного решения о предоставлении муниципальной услуги либо мотивированный отказ в предоставлении услуги.</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4.1.5. Узнать о статусе рассмотрения заявления в МФЦ можно несколькими способами:</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 xml:space="preserve">через портал </w:t>
      </w:r>
      <w:r w:rsidR="001E5FF6">
        <w:rPr>
          <w:sz w:val="28"/>
          <w:szCs w:val="28"/>
          <w:lang w:val="ru-RU"/>
        </w:rPr>
        <w:t>«</w:t>
      </w:r>
      <w:r w:rsidRPr="002E7D98">
        <w:rPr>
          <w:sz w:val="28"/>
          <w:szCs w:val="28"/>
          <w:lang w:val="ru-RU"/>
        </w:rPr>
        <w:t>ЕПГУ</w:t>
      </w:r>
      <w:r w:rsidR="001E5FF6">
        <w:rPr>
          <w:sz w:val="28"/>
          <w:szCs w:val="28"/>
          <w:lang w:val="ru-RU"/>
        </w:rPr>
        <w:t>»</w:t>
      </w:r>
      <w:r w:rsidRPr="002E7D98">
        <w:rPr>
          <w:sz w:val="28"/>
          <w:szCs w:val="28"/>
          <w:lang w:val="ru-RU"/>
        </w:rPr>
        <w:t xml:space="preserve">, портал </w:t>
      </w:r>
      <w:r w:rsidR="001E5FF6">
        <w:rPr>
          <w:sz w:val="28"/>
          <w:szCs w:val="28"/>
          <w:lang w:val="ru-RU"/>
        </w:rPr>
        <w:t>«</w:t>
      </w:r>
      <w:r w:rsidRPr="002E7D98">
        <w:rPr>
          <w:sz w:val="28"/>
          <w:szCs w:val="28"/>
          <w:lang w:val="ru-RU"/>
        </w:rPr>
        <w:t>РПГУ</w:t>
      </w:r>
      <w:r w:rsidR="001E5FF6">
        <w:rPr>
          <w:sz w:val="28"/>
          <w:szCs w:val="28"/>
          <w:lang w:val="ru-RU"/>
        </w:rPr>
        <w:t>»</w:t>
      </w:r>
      <w:r w:rsidRPr="002E7D98">
        <w:rPr>
          <w:sz w:val="28"/>
          <w:szCs w:val="28"/>
          <w:lang w:val="ru-RU"/>
        </w:rPr>
        <w:t xml:space="preserve">. в личном кабинете по логину с паролем в разделе </w:t>
      </w:r>
      <w:r w:rsidR="001E5FF6">
        <w:rPr>
          <w:sz w:val="28"/>
          <w:szCs w:val="28"/>
          <w:lang w:val="ru-RU"/>
        </w:rPr>
        <w:t>«</w:t>
      </w:r>
      <w:r w:rsidRPr="002E7D98">
        <w:rPr>
          <w:sz w:val="28"/>
          <w:szCs w:val="28"/>
          <w:lang w:val="ru-RU"/>
        </w:rPr>
        <w:t>Заявления</w:t>
      </w:r>
      <w:r w:rsidR="001E5FF6">
        <w:rPr>
          <w:sz w:val="28"/>
          <w:szCs w:val="28"/>
          <w:lang w:val="ru-RU"/>
        </w:rPr>
        <w:t>»</w:t>
      </w:r>
      <w:r w:rsidRPr="002E7D98">
        <w:rPr>
          <w:sz w:val="28"/>
          <w:szCs w:val="28"/>
          <w:lang w:val="ru-RU"/>
        </w:rPr>
        <w:t>;</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 xml:space="preserve"> на сайте МФЦ. С главной страницы сайта в разделе </w:t>
      </w:r>
      <w:r w:rsidR="001E5FF6">
        <w:rPr>
          <w:sz w:val="28"/>
          <w:szCs w:val="28"/>
          <w:lang w:val="ru-RU"/>
        </w:rPr>
        <w:t>«</w:t>
      </w:r>
      <w:r w:rsidRPr="002E7D98">
        <w:rPr>
          <w:sz w:val="28"/>
          <w:szCs w:val="28"/>
          <w:lang w:val="ru-RU"/>
        </w:rPr>
        <w:t>Проверить статус дела</w:t>
      </w:r>
      <w:r w:rsidR="001E5FF6">
        <w:rPr>
          <w:sz w:val="28"/>
          <w:szCs w:val="28"/>
          <w:lang w:val="ru-RU"/>
        </w:rPr>
        <w:t>»</w:t>
      </w:r>
      <w:r w:rsidRPr="002E7D98">
        <w:rPr>
          <w:sz w:val="28"/>
          <w:szCs w:val="28"/>
          <w:lang w:val="ru-RU"/>
        </w:rPr>
        <w:t xml:space="preserve"> или </w:t>
      </w:r>
      <w:r w:rsidR="001E5FF6">
        <w:rPr>
          <w:sz w:val="28"/>
          <w:szCs w:val="28"/>
          <w:lang w:val="ru-RU"/>
        </w:rPr>
        <w:t>«</w:t>
      </w:r>
      <w:r w:rsidRPr="002E7D98">
        <w:rPr>
          <w:sz w:val="28"/>
          <w:szCs w:val="28"/>
          <w:lang w:val="ru-RU"/>
        </w:rPr>
        <w:t>Проверка статуса заявления</w:t>
      </w:r>
      <w:r w:rsidR="001E5FF6">
        <w:rPr>
          <w:sz w:val="28"/>
          <w:szCs w:val="28"/>
          <w:lang w:val="ru-RU"/>
        </w:rPr>
        <w:t>»</w:t>
      </w:r>
      <w:r w:rsidRPr="002E7D98">
        <w:rPr>
          <w:sz w:val="28"/>
          <w:szCs w:val="28"/>
          <w:lang w:val="ru-RU"/>
        </w:rPr>
        <w:t>;</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по телефону горячей линии МФЦ, указанному на официальном сайте МФЦ;</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лично в МФЦ по документу, удостоверяющему личность заявителя;</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 xml:space="preserve">в мобильном приложении на главном экране в разделе </w:t>
      </w:r>
      <w:r w:rsidR="001E5FF6">
        <w:rPr>
          <w:sz w:val="28"/>
          <w:szCs w:val="28"/>
          <w:lang w:val="ru-RU"/>
        </w:rPr>
        <w:t>«</w:t>
      </w:r>
      <w:r w:rsidRPr="002E7D98">
        <w:rPr>
          <w:sz w:val="28"/>
          <w:szCs w:val="28"/>
          <w:lang w:val="ru-RU"/>
        </w:rPr>
        <w:t>Уведомления</w:t>
      </w:r>
      <w:r w:rsidR="001E5FF6">
        <w:rPr>
          <w:sz w:val="28"/>
          <w:szCs w:val="28"/>
          <w:lang w:val="ru-RU"/>
        </w:rPr>
        <w:t>»</w:t>
      </w:r>
      <w:r w:rsidRPr="002E7D98">
        <w:rPr>
          <w:sz w:val="28"/>
          <w:szCs w:val="28"/>
          <w:lang w:val="ru-RU"/>
        </w:rPr>
        <w:t xml:space="preserve">, и вкладку </w:t>
      </w:r>
      <w:r w:rsidR="001E5FF6">
        <w:rPr>
          <w:sz w:val="28"/>
          <w:szCs w:val="28"/>
          <w:lang w:val="ru-RU"/>
        </w:rPr>
        <w:t>«Заявления»</w:t>
      </w:r>
      <w:r w:rsidRPr="002E7D98">
        <w:rPr>
          <w:sz w:val="28"/>
          <w:szCs w:val="28"/>
          <w:lang w:val="ru-RU"/>
        </w:rPr>
        <w:t xml:space="preserve"> можно посмотреть историю всех промежуточных статусов.</w:t>
      </w:r>
    </w:p>
    <w:p w:rsidR="0077411A" w:rsidRPr="002E7D98" w:rsidRDefault="008B2948" w:rsidP="001E5FF6">
      <w:pPr>
        <w:spacing w:after="0" w:line="240" w:lineRule="auto"/>
        <w:ind w:firstLine="709"/>
        <w:jc w:val="both"/>
        <w:rPr>
          <w:sz w:val="28"/>
          <w:szCs w:val="28"/>
          <w:lang w:val="ru-RU"/>
        </w:rPr>
      </w:pPr>
      <w:r w:rsidRPr="002E7D98">
        <w:rPr>
          <w:sz w:val="28"/>
          <w:szCs w:val="28"/>
          <w:lang w:val="ru-RU"/>
        </w:rPr>
        <w:t xml:space="preserve">4.1.6. Проверить статус рассмотрения заявления может осуществить самостоятельно через портал ЕПГУ, портал РПГУ с любой страницы в верхнем меню через вкладку </w:t>
      </w:r>
      <w:r w:rsidR="001E5FF6">
        <w:rPr>
          <w:sz w:val="28"/>
          <w:szCs w:val="28"/>
          <w:lang w:val="ru-RU"/>
        </w:rPr>
        <w:t>«</w:t>
      </w:r>
      <w:r w:rsidRPr="002E7D98">
        <w:rPr>
          <w:sz w:val="28"/>
          <w:szCs w:val="28"/>
          <w:lang w:val="ru-RU"/>
        </w:rPr>
        <w:t>Заявления</w:t>
      </w:r>
      <w:r w:rsidR="001E5FF6">
        <w:rPr>
          <w:sz w:val="28"/>
          <w:szCs w:val="28"/>
          <w:lang w:val="ru-RU"/>
        </w:rPr>
        <w:t>»</w:t>
      </w:r>
      <w:r w:rsidRPr="002E7D98">
        <w:rPr>
          <w:sz w:val="28"/>
          <w:szCs w:val="28"/>
          <w:lang w:val="ru-RU"/>
        </w:rPr>
        <w:t>, внутри которой видны все статусы:</w:t>
      </w:r>
    </w:p>
    <w:p w:rsidR="0077411A" w:rsidRPr="002E7D98" w:rsidRDefault="001E5FF6" w:rsidP="001E5FF6">
      <w:pPr>
        <w:spacing w:after="0" w:line="240" w:lineRule="auto"/>
        <w:ind w:firstLine="709"/>
        <w:jc w:val="both"/>
        <w:rPr>
          <w:sz w:val="28"/>
          <w:szCs w:val="28"/>
          <w:lang w:val="ru-RU"/>
        </w:rPr>
      </w:pPr>
      <w:r>
        <w:rPr>
          <w:sz w:val="28"/>
          <w:szCs w:val="28"/>
          <w:lang w:val="ru-RU"/>
        </w:rPr>
        <w:t>«</w:t>
      </w:r>
      <w:r w:rsidR="008B2948" w:rsidRPr="002E7D98">
        <w:rPr>
          <w:sz w:val="28"/>
          <w:szCs w:val="28"/>
          <w:lang w:val="ru-RU"/>
        </w:rPr>
        <w:t>Черновик заявления</w:t>
      </w:r>
      <w:r>
        <w:rPr>
          <w:sz w:val="28"/>
          <w:szCs w:val="28"/>
          <w:lang w:val="ru-RU"/>
        </w:rPr>
        <w:t>»</w:t>
      </w:r>
      <w:r w:rsidR="008B2948" w:rsidRPr="002E7D98">
        <w:rPr>
          <w:sz w:val="28"/>
          <w:szCs w:val="28"/>
          <w:lang w:val="ru-RU"/>
        </w:rPr>
        <w:t>. Заявление создано и сохранено на портале, но не отправлено заявителем. Если черновик долго остаётся невостребованным,</w:t>
      </w:r>
      <w:r>
        <w:rPr>
          <w:sz w:val="28"/>
          <w:szCs w:val="28"/>
          <w:lang w:val="ru-RU"/>
        </w:rPr>
        <w:t xml:space="preserve"> </w:t>
      </w:r>
      <w:r w:rsidR="008B2948" w:rsidRPr="002E7D98">
        <w:rPr>
          <w:sz w:val="28"/>
          <w:szCs w:val="28"/>
          <w:lang w:val="ru-RU"/>
        </w:rPr>
        <w:t>система его автоматически удаляет.</w:t>
      </w:r>
    </w:p>
    <w:p w:rsidR="0077411A" w:rsidRPr="002E7D98" w:rsidRDefault="001E5FF6" w:rsidP="001E5FF6">
      <w:pPr>
        <w:spacing w:after="0" w:line="240" w:lineRule="auto"/>
        <w:ind w:firstLine="709"/>
        <w:jc w:val="both"/>
        <w:rPr>
          <w:sz w:val="28"/>
          <w:szCs w:val="28"/>
          <w:lang w:val="ru-RU"/>
        </w:rPr>
      </w:pPr>
      <w:r>
        <w:rPr>
          <w:sz w:val="28"/>
          <w:szCs w:val="28"/>
          <w:lang w:val="ru-RU"/>
        </w:rPr>
        <w:t>«</w:t>
      </w:r>
      <w:r w:rsidR="008B2948" w:rsidRPr="002E7D98">
        <w:rPr>
          <w:sz w:val="28"/>
          <w:szCs w:val="28"/>
          <w:lang w:val="ru-RU"/>
        </w:rPr>
        <w:t>В очереди на отправку</w:t>
      </w:r>
      <w:r>
        <w:rPr>
          <w:sz w:val="28"/>
          <w:szCs w:val="28"/>
          <w:lang w:val="ru-RU"/>
        </w:rPr>
        <w:t>»</w:t>
      </w:r>
      <w:r w:rsidR="008B2948" w:rsidRPr="002E7D98">
        <w:rPr>
          <w:sz w:val="28"/>
          <w:szCs w:val="28"/>
          <w:lang w:val="ru-RU"/>
        </w:rPr>
        <w:t>. Пользователь уже не вправе редактировать документ, он ждёт отправки в уполномоченный орган.</w:t>
      </w:r>
    </w:p>
    <w:p w:rsidR="0077411A" w:rsidRPr="002E7D98" w:rsidRDefault="001E5FF6" w:rsidP="001E5FF6">
      <w:pPr>
        <w:spacing w:after="0" w:line="240" w:lineRule="auto"/>
        <w:ind w:firstLine="709"/>
        <w:jc w:val="both"/>
        <w:rPr>
          <w:sz w:val="28"/>
          <w:szCs w:val="28"/>
          <w:lang w:val="ru-RU"/>
        </w:rPr>
      </w:pPr>
      <w:r>
        <w:rPr>
          <w:sz w:val="28"/>
          <w:szCs w:val="28"/>
          <w:lang w:val="ru-RU"/>
        </w:rPr>
        <w:t>«</w:t>
      </w:r>
      <w:r w:rsidR="008B2948" w:rsidRPr="002E7D98">
        <w:rPr>
          <w:sz w:val="28"/>
          <w:szCs w:val="28"/>
          <w:lang w:val="ru-RU"/>
        </w:rPr>
        <w:t>Зарегистрировано на портале</w:t>
      </w:r>
      <w:r>
        <w:rPr>
          <w:sz w:val="28"/>
          <w:szCs w:val="28"/>
          <w:lang w:val="ru-RU"/>
        </w:rPr>
        <w:t>»</w:t>
      </w:r>
      <w:r w:rsidR="008B2948" w:rsidRPr="002E7D98">
        <w:rPr>
          <w:sz w:val="28"/>
          <w:szCs w:val="28"/>
          <w:lang w:val="ru-RU"/>
        </w:rPr>
        <w:t>. Автоматическая система проверила, что обращение составлено по всем правилам сайта, то есть документы готовы к отправке в уполномоченный орган.</w:t>
      </w:r>
    </w:p>
    <w:p w:rsidR="0077411A" w:rsidRPr="002E7D98" w:rsidRDefault="001E5FF6" w:rsidP="001E5FF6">
      <w:pPr>
        <w:spacing w:after="0" w:line="240" w:lineRule="auto"/>
        <w:ind w:firstLine="709"/>
        <w:jc w:val="both"/>
        <w:rPr>
          <w:sz w:val="28"/>
          <w:szCs w:val="28"/>
          <w:lang w:val="ru-RU"/>
        </w:rPr>
      </w:pPr>
      <w:r>
        <w:rPr>
          <w:sz w:val="28"/>
          <w:szCs w:val="28"/>
          <w:lang w:val="ru-RU"/>
        </w:rPr>
        <w:t>«</w:t>
      </w:r>
      <w:r w:rsidR="008B2948" w:rsidRPr="002E7D98">
        <w:rPr>
          <w:sz w:val="28"/>
          <w:szCs w:val="28"/>
          <w:lang w:val="ru-RU"/>
        </w:rPr>
        <w:t>Отправлено в ведомство</w:t>
      </w:r>
      <w:r>
        <w:rPr>
          <w:sz w:val="28"/>
          <w:szCs w:val="28"/>
          <w:lang w:val="ru-RU"/>
        </w:rPr>
        <w:t>»</w:t>
      </w:r>
      <w:r w:rsidR="008B2948" w:rsidRPr="002E7D98">
        <w:rPr>
          <w:sz w:val="28"/>
          <w:szCs w:val="28"/>
          <w:lang w:val="ru-RU"/>
        </w:rPr>
        <w:t xml:space="preserve">. Обращение </w:t>
      </w:r>
      <w:r>
        <w:rPr>
          <w:sz w:val="28"/>
          <w:szCs w:val="28"/>
          <w:lang w:val="ru-RU"/>
        </w:rPr>
        <w:t>поступило</w:t>
      </w:r>
      <w:r w:rsidR="008B2948" w:rsidRPr="002E7D98">
        <w:rPr>
          <w:sz w:val="28"/>
          <w:szCs w:val="28"/>
          <w:lang w:val="ru-RU"/>
        </w:rPr>
        <w:t xml:space="preserve"> на рассмотрение в уполномоченный орган.</w:t>
      </w:r>
    </w:p>
    <w:p w:rsidR="0077411A" w:rsidRPr="002E7D98" w:rsidRDefault="001E5FF6" w:rsidP="001E5FF6">
      <w:pPr>
        <w:spacing w:after="0" w:line="240" w:lineRule="auto"/>
        <w:ind w:firstLine="709"/>
        <w:jc w:val="both"/>
        <w:rPr>
          <w:sz w:val="28"/>
          <w:szCs w:val="28"/>
          <w:lang w:val="ru-RU"/>
        </w:rPr>
      </w:pPr>
      <w:r>
        <w:rPr>
          <w:sz w:val="28"/>
          <w:szCs w:val="28"/>
          <w:lang w:val="ru-RU"/>
        </w:rPr>
        <w:t>«</w:t>
      </w:r>
      <w:r w:rsidR="008B2948" w:rsidRPr="002E7D98">
        <w:rPr>
          <w:sz w:val="28"/>
          <w:szCs w:val="28"/>
          <w:lang w:val="ru-RU"/>
        </w:rPr>
        <w:t>Зарегистрировано ведомством</w:t>
      </w:r>
      <w:r>
        <w:rPr>
          <w:sz w:val="28"/>
          <w:szCs w:val="28"/>
          <w:lang w:val="ru-RU"/>
        </w:rPr>
        <w:t>»</w:t>
      </w:r>
      <w:r w:rsidR="008B2948" w:rsidRPr="002E7D98">
        <w:rPr>
          <w:sz w:val="28"/>
          <w:szCs w:val="28"/>
          <w:lang w:val="ru-RU"/>
        </w:rPr>
        <w:t>. Документы приняты в уполномоченном органе, заявлению присвоен входящий номер, назначено должностное лицо для предметного рассмотрения.</w:t>
      </w:r>
    </w:p>
    <w:p w:rsidR="0077411A" w:rsidRPr="002E7D98" w:rsidRDefault="001E5FF6" w:rsidP="001E5FF6">
      <w:pPr>
        <w:spacing w:after="0" w:line="240" w:lineRule="auto"/>
        <w:ind w:firstLine="709"/>
        <w:jc w:val="both"/>
        <w:rPr>
          <w:sz w:val="28"/>
          <w:szCs w:val="28"/>
          <w:lang w:val="ru-RU"/>
        </w:rPr>
      </w:pPr>
      <w:r>
        <w:rPr>
          <w:sz w:val="28"/>
          <w:szCs w:val="28"/>
          <w:lang w:val="ru-RU"/>
        </w:rPr>
        <w:t>«</w:t>
      </w:r>
      <w:r w:rsidR="008B2948" w:rsidRPr="002E7D98">
        <w:rPr>
          <w:sz w:val="28"/>
          <w:szCs w:val="28"/>
          <w:lang w:val="ru-RU"/>
        </w:rPr>
        <w:t>Принято к рассмотрению</w:t>
      </w:r>
      <w:r>
        <w:rPr>
          <w:sz w:val="28"/>
          <w:szCs w:val="28"/>
          <w:lang w:val="ru-RU"/>
        </w:rPr>
        <w:t>»</w:t>
      </w:r>
      <w:r w:rsidR="008B2948" w:rsidRPr="002E7D98">
        <w:rPr>
          <w:sz w:val="28"/>
          <w:szCs w:val="28"/>
          <w:lang w:val="ru-RU"/>
        </w:rPr>
        <w:t>. Должностное лицо приступило к предметному рассмотрению запроса.</w:t>
      </w:r>
    </w:p>
    <w:p w:rsidR="0077411A" w:rsidRPr="002E7D98" w:rsidRDefault="001E5FF6" w:rsidP="001E5FF6">
      <w:pPr>
        <w:spacing w:after="0" w:line="240" w:lineRule="auto"/>
        <w:ind w:firstLine="709"/>
        <w:jc w:val="both"/>
        <w:rPr>
          <w:sz w:val="28"/>
          <w:szCs w:val="28"/>
          <w:lang w:val="ru-RU"/>
        </w:rPr>
      </w:pPr>
      <w:r>
        <w:rPr>
          <w:sz w:val="28"/>
          <w:szCs w:val="28"/>
          <w:lang w:val="ru-RU"/>
        </w:rPr>
        <w:t>«</w:t>
      </w:r>
      <w:r w:rsidR="008B2948" w:rsidRPr="002E7D98">
        <w:rPr>
          <w:sz w:val="28"/>
          <w:szCs w:val="28"/>
          <w:lang w:val="ru-RU"/>
        </w:rPr>
        <w:t>Ожидание дополнительной информации</w:t>
      </w:r>
      <w:r>
        <w:rPr>
          <w:sz w:val="28"/>
          <w:szCs w:val="28"/>
          <w:lang w:val="ru-RU"/>
        </w:rPr>
        <w:t>»</w:t>
      </w:r>
      <w:r w:rsidR="008B2948" w:rsidRPr="002E7D98">
        <w:rPr>
          <w:sz w:val="28"/>
          <w:szCs w:val="28"/>
          <w:lang w:val="ru-RU"/>
        </w:rPr>
        <w:t>. Этот статус не является обязательным, он присваивается, когда для вынесения решения по заявке уполномоченному органу нужны уточняющие данные или дополнительные документы, которые обязан предоставить заявитель.</w:t>
      </w:r>
    </w:p>
    <w:p w:rsidR="0077411A" w:rsidRPr="002E7D98" w:rsidRDefault="001E5FF6" w:rsidP="001E5FF6">
      <w:pPr>
        <w:spacing w:after="0" w:line="240" w:lineRule="auto"/>
        <w:ind w:firstLine="709"/>
        <w:jc w:val="both"/>
        <w:rPr>
          <w:sz w:val="28"/>
          <w:szCs w:val="28"/>
          <w:lang w:val="ru-RU"/>
        </w:rPr>
      </w:pPr>
      <w:r>
        <w:rPr>
          <w:sz w:val="28"/>
          <w:szCs w:val="28"/>
          <w:lang w:val="ru-RU"/>
        </w:rPr>
        <w:lastRenderedPageBreak/>
        <w:t>«</w:t>
      </w:r>
      <w:r w:rsidR="008B2948" w:rsidRPr="002E7D98">
        <w:rPr>
          <w:sz w:val="28"/>
          <w:szCs w:val="28"/>
          <w:lang w:val="ru-RU"/>
        </w:rPr>
        <w:t>Приглашение на приём</w:t>
      </w:r>
      <w:r>
        <w:rPr>
          <w:sz w:val="28"/>
          <w:szCs w:val="28"/>
          <w:lang w:val="ru-RU"/>
        </w:rPr>
        <w:t>»</w:t>
      </w:r>
      <w:r w:rsidR="008B2948" w:rsidRPr="002E7D98">
        <w:rPr>
          <w:sz w:val="28"/>
          <w:szCs w:val="28"/>
          <w:lang w:val="ru-RU"/>
        </w:rPr>
        <w:t>. Статус появляется в случае, если окончание оказания конкретной услуги требует личной явки заявителя.</w:t>
      </w:r>
    </w:p>
    <w:p w:rsidR="0077411A" w:rsidRPr="002E7D98" w:rsidRDefault="001E5FF6" w:rsidP="001E5FF6">
      <w:pPr>
        <w:spacing w:after="0" w:line="240" w:lineRule="auto"/>
        <w:ind w:firstLine="709"/>
        <w:jc w:val="both"/>
        <w:rPr>
          <w:sz w:val="28"/>
          <w:szCs w:val="28"/>
          <w:lang w:val="ru-RU"/>
        </w:rPr>
      </w:pPr>
      <w:r>
        <w:rPr>
          <w:sz w:val="28"/>
          <w:szCs w:val="28"/>
          <w:lang w:val="ru-RU"/>
        </w:rPr>
        <w:t>«</w:t>
      </w:r>
      <w:r w:rsidR="008B2948" w:rsidRPr="002E7D98">
        <w:rPr>
          <w:sz w:val="28"/>
          <w:szCs w:val="28"/>
          <w:lang w:val="ru-RU"/>
        </w:rPr>
        <w:t>Заявление отменяется</w:t>
      </w:r>
      <w:r>
        <w:rPr>
          <w:sz w:val="28"/>
          <w:szCs w:val="28"/>
          <w:lang w:val="ru-RU"/>
        </w:rPr>
        <w:t>»</w:t>
      </w:r>
      <w:r w:rsidR="008B2948" w:rsidRPr="002E7D98">
        <w:rPr>
          <w:sz w:val="28"/>
          <w:szCs w:val="28"/>
          <w:lang w:val="ru-RU"/>
        </w:rPr>
        <w:t>. Статус появляется в случае, если заявитель отменил запрос.</w:t>
      </w:r>
    </w:p>
    <w:p w:rsidR="0077411A" w:rsidRPr="002E7D98" w:rsidRDefault="001E5FF6" w:rsidP="001E5FF6">
      <w:pPr>
        <w:spacing w:after="0" w:line="240" w:lineRule="auto"/>
        <w:ind w:firstLine="709"/>
        <w:jc w:val="both"/>
        <w:rPr>
          <w:sz w:val="28"/>
          <w:szCs w:val="28"/>
          <w:lang w:val="ru-RU"/>
        </w:rPr>
      </w:pPr>
      <w:r>
        <w:rPr>
          <w:sz w:val="28"/>
          <w:szCs w:val="28"/>
          <w:lang w:val="ru-RU"/>
        </w:rPr>
        <w:t>«</w:t>
      </w:r>
      <w:r w:rsidR="008B2948" w:rsidRPr="002E7D98">
        <w:rPr>
          <w:sz w:val="28"/>
          <w:szCs w:val="28"/>
          <w:lang w:val="ru-RU"/>
        </w:rPr>
        <w:t>Отказано в предоставлении услуги</w:t>
      </w:r>
      <w:r>
        <w:rPr>
          <w:sz w:val="28"/>
          <w:szCs w:val="28"/>
          <w:lang w:val="ru-RU"/>
        </w:rPr>
        <w:t>»</w:t>
      </w:r>
      <w:r w:rsidR="008B2948" w:rsidRPr="002E7D98">
        <w:rPr>
          <w:sz w:val="28"/>
          <w:szCs w:val="28"/>
          <w:lang w:val="ru-RU"/>
        </w:rPr>
        <w:t>. Статус появляется в случае, если уполномоченный орган отказывает в предоставлении услуги.</w:t>
      </w:r>
    </w:p>
    <w:p w:rsidR="0077411A" w:rsidRPr="002E7D98" w:rsidRDefault="001E5FF6" w:rsidP="001E5FF6">
      <w:pPr>
        <w:spacing w:after="0" w:line="240" w:lineRule="auto"/>
        <w:ind w:firstLine="709"/>
        <w:jc w:val="both"/>
        <w:rPr>
          <w:sz w:val="28"/>
          <w:szCs w:val="28"/>
          <w:lang w:val="ru-RU"/>
        </w:rPr>
      </w:pPr>
      <w:r>
        <w:rPr>
          <w:sz w:val="28"/>
          <w:szCs w:val="28"/>
          <w:lang w:val="ru-RU"/>
        </w:rPr>
        <w:t>«Услуга оказана»</w:t>
      </w:r>
      <w:r w:rsidR="008B2948" w:rsidRPr="002E7D98">
        <w:rPr>
          <w:sz w:val="28"/>
          <w:szCs w:val="28"/>
          <w:lang w:val="ru-RU"/>
        </w:rPr>
        <w:t>. Документы рассмотрены и по ним вынесено положительное решение.</w:t>
      </w:r>
    </w:p>
    <w:p w:rsidR="001E5FF6" w:rsidRDefault="001E5FF6" w:rsidP="002E7D98">
      <w:pPr>
        <w:spacing w:after="0" w:line="240" w:lineRule="auto"/>
        <w:rPr>
          <w:sz w:val="28"/>
          <w:szCs w:val="28"/>
          <w:lang w:val="ru-RU"/>
        </w:rPr>
      </w:pPr>
    </w:p>
    <w:p w:rsidR="001E5FF6" w:rsidRDefault="001E5FF6" w:rsidP="002E7D98">
      <w:pPr>
        <w:spacing w:after="0" w:line="240" w:lineRule="auto"/>
        <w:rPr>
          <w:sz w:val="28"/>
          <w:szCs w:val="28"/>
          <w:lang w:val="ru-RU"/>
        </w:rPr>
      </w:pPr>
    </w:p>
    <w:p w:rsidR="001E5FF6" w:rsidRDefault="001E5FF6" w:rsidP="002E7D98">
      <w:pPr>
        <w:spacing w:after="0" w:line="240" w:lineRule="auto"/>
        <w:rPr>
          <w:sz w:val="28"/>
          <w:szCs w:val="28"/>
          <w:lang w:val="ru-RU"/>
        </w:rPr>
      </w:pPr>
    </w:p>
    <w:p w:rsidR="009E18D7" w:rsidRPr="009E18D7" w:rsidRDefault="009E18D7" w:rsidP="009E18D7">
      <w:pPr>
        <w:spacing w:after="0" w:line="240" w:lineRule="auto"/>
        <w:rPr>
          <w:rFonts w:cs="Times New Roman"/>
          <w:sz w:val="28"/>
          <w:szCs w:val="28"/>
          <w:lang w:val="ru-RU"/>
        </w:rPr>
      </w:pPr>
      <w:r w:rsidRPr="009E18D7">
        <w:rPr>
          <w:rFonts w:cs="Times New Roman"/>
          <w:sz w:val="28"/>
          <w:szCs w:val="28"/>
          <w:lang w:val="ru-RU"/>
        </w:rPr>
        <w:t>Глава Новоджерелиевского сельского поселения</w:t>
      </w:r>
    </w:p>
    <w:p w:rsidR="009E18D7" w:rsidRPr="009E18D7" w:rsidRDefault="009E18D7" w:rsidP="009E18D7">
      <w:pPr>
        <w:spacing w:after="0" w:line="240" w:lineRule="auto"/>
        <w:rPr>
          <w:rFonts w:cs="Times New Roman"/>
          <w:sz w:val="28"/>
          <w:szCs w:val="28"/>
          <w:lang w:val="ru-RU" w:eastAsia="ar-SA"/>
        </w:rPr>
      </w:pPr>
      <w:r w:rsidRPr="009E18D7">
        <w:rPr>
          <w:rFonts w:cs="Times New Roman"/>
          <w:sz w:val="28"/>
          <w:szCs w:val="28"/>
          <w:lang w:val="ru-RU"/>
        </w:rPr>
        <w:t>Брюховецкого муниципального района</w:t>
      </w:r>
      <w:r w:rsidRPr="009E18D7">
        <w:rPr>
          <w:rFonts w:cs="Times New Roman"/>
          <w:sz w:val="28"/>
          <w:szCs w:val="28"/>
          <w:lang w:val="ru-RU"/>
        </w:rPr>
        <w:tab/>
      </w:r>
      <w:r w:rsidRPr="009E18D7">
        <w:rPr>
          <w:rFonts w:cs="Times New Roman"/>
          <w:sz w:val="28"/>
          <w:szCs w:val="28"/>
          <w:lang w:val="ru-RU"/>
        </w:rPr>
        <w:tab/>
      </w:r>
      <w:r w:rsidRPr="009E18D7">
        <w:rPr>
          <w:rFonts w:cs="Times New Roman"/>
          <w:sz w:val="28"/>
          <w:szCs w:val="28"/>
          <w:lang w:val="ru-RU"/>
        </w:rPr>
        <w:tab/>
      </w:r>
      <w:r w:rsidRPr="009E18D7">
        <w:rPr>
          <w:rFonts w:cs="Times New Roman"/>
          <w:sz w:val="28"/>
          <w:szCs w:val="28"/>
          <w:lang w:val="ru-RU"/>
        </w:rPr>
        <w:tab/>
      </w:r>
      <w:r w:rsidRPr="009E18D7">
        <w:rPr>
          <w:rFonts w:cs="Times New Roman"/>
          <w:sz w:val="28"/>
          <w:szCs w:val="28"/>
          <w:lang w:val="ru-RU"/>
        </w:rPr>
        <w:tab/>
      </w:r>
      <w:r w:rsidRPr="009E18D7">
        <w:rPr>
          <w:rFonts w:cs="Times New Roman"/>
          <w:sz w:val="28"/>
          <w:szCs w:val="28"/>
          <w:lang w:val="ru-RU"/>
        </w:rPr>
        <w:tab/>
        <w:t xml:space="preserve">                    Краснодарского края                                                       </w:t>
      </w:r>
      <w:r w:rsidR="00E03B65">
        <w:rPr>
          <w:rFonts w:cs="Times New Roman"/>
          <w:sz w:val="28"/>
          <w:szCs w:val="28"/>
          <w:lang w:val="ru-RU"/>
        </w:rPr>
        <w:t xml:space="preserve">     </w:t>
      </w:r>
      <w:r w:rsidRPr="009E18D7">
        <w:rPr>
          <w:rFonts w:cs="Times New Roman"/>
          <w:sz w:val="28"/>
          <w:szCs w:val="28"/>
          <w:lang w:val="ru-RU"/>
        </w:rPr>
        <w:t xml:space="preserve">                     О.В. Ткаченко</w:t>
      </w:r>
    </w:p>
    <w:p w:rsidR="009E18D7" w:rsidRDefault="009E18D7" w:rsidP="002E7D98">
      <w:pPr>
        <w:spacing w:after="0" w:line="240" w:lineRule="auto"/>
        <w:rPr>
          <w:sz w:val="28"/>
          <w:szCs w:val="28"/>
          <w:lang w:val="ru-RU"/>
        </w:rPr>
      </w:pPr>
    </w:p>
    <w:p w:rsidR="009E18D7" w:rsidRDefault="009E18D7" w:rsidP="002E7D98">
      <w:pPr>
        <w:spacing w:after="0" w:line="240" w:lineRule="auto"/>
        <w:rPr>
          <w:sz w:val="28"/>
          <w:szCs w:val="28"/>
          <w:lang w:val="ru-RU"/>
        </w:rPr>
      </w:pPr>
    </w:p>
    <w:p w:rsidR="0065057D" w:rsidRDefault="0065057D"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pPr>
    </w:p>
    <w:p w:rsidR="00AA41FC" w:rsidRDefault="00AA41FC" w:rsidP="002E7D98">
      <w:pPr>
        <w:spacing w:after="0" w:line="240" w:lineRule="auto"/>
        <w:rPr>
          <w:sz w:val="28"/>
          <w:szCs w:val="28"/>
          <w:lang w:val="ru-RU"/>
        </w:rPr>
        <w:sectPr w:rsidR="00AA41FC" w:rsidSect="00AA41FC">
          <w:pgSz w:w="12240" w:h="15840"/>
          <w:pgMar w:top="1134" w:right="567" w:bottom="1134" w:left="1701" w:header="709" w:footer="709" w:gutter="0"/>
          <w:pgNumType w:start="1"/>
          <w:cols w:space="720"/>
          <w:titlePg/>
          <w:docGrid w:linePitch="360"/>
        </w:sectPr>
      </w:pPr>
    </w:p>
    <w:p w:rsidR="0077411A" w:rsidRPr="002E7D98" w:rsidRDefault="009E18D7" w:rsidP="009E18D7">
      <w:pPr>
        <w:spacing w:after="0" w:line="240" w:lineRule="auto"/>
        <w:ind w:firstLine="5103"/>
        <w:rPr>
          <w:sz w:val="28"/>
          <w:szCs w:val="28"/>
          <w:lang w:val="ru-RU"/>
        </w:rPr>
      </w:pPr>
      <w:r w:rsidRPr="002E7D98">
        <w:rPr>
          <w:sz w:val="28"/>
          <w:szCs w:val="28"/>
          <w:lang w:val="ru-RU"/>
        </w:rPr>
        <w:lastRenderedPageBreak/>
        <w:t xml:space="preserve">ПРИЛОЖЕНИЕ </w:t>
      </w:r>
      <w:r>
        <w:rPr>
          <w:sz w:val="28"/>
          <w:szCs w:val="28"/>
          <w:lang w:val="ru-RU"/>
        </w:rPr>
        <w:t xml:space="preserve">№ </w:t>
      </w:r>
      <w:r w:rsidRPr="002E7D98">
        <w:rPr>
          <w:sz w:val="28"/>
          <w:szCs w:val="28"/>
          <w:lang w:val="ru-RU"/>
        </w:rPr>
        <w:t>1</w:t>
      </w:r>
    </w:p>
    <w:p w:rsidR="0077411A" w:rsidRPr="002E7D98" w:rsidRDefault="008B2948" w:rsidP="009E18D7">
      <w:pPr>
        <w:spacing w:after="0" w:line="240" w:lineRule="auto"/>
        <w:ind w:firstLine="5103"/>
        <w:rPr>
          <w:sz w:val="28"/>
          <w:szCs w:val="28"/>
          <w:lang w:val="ru-RU"/>
        </w:rPr>
      </w:pPr>
      <w:r w:rsidRPr="002E7D98">
        <w:rPr>
          <w:sz w:val="28"/>
          <w:szCs w:val="28"/>
          <w:lang w:val="ru-RU"/>
        </w:rPr>
        <w:t>к административному регламенту</w:t>
      </w:r>
    </w:p>
    <w:p w:rsidR="0077411A" w:rsidRPr="002E7D98" w:rsidRDefault="008B2948" w:rsidP="009E18D7">
      <w:pPr>
        <w:spacing w:after="0" w:line="240" w:lineRule="auto"/>
        <w:ind w:firstLine="5103"/>
        <w:rPr>
          <w:sz w:val="28"/>
          <w:szCs w:val="28"/>
          <w:lang w:val="ru-RU"/>
        </w:rPr>
      </w:pPr>
      <w:r w:rsidRPr="002E7D98">
        <w:rPr>
          <w:sz w:val="28"/>
          <w:szCs w:val="28"/>
          <w:lang w:val="ru-RU"/>
        </w:rPr>
        <w:t>предоставления администрацией</w:t>
      </w:r>
    </w:p>
    <w:p w:rsidR="009E18D7" w:rsidRDefault="008B2948" w:rsidP="009E18D7">
      <w:pPr>
        <w:spacing w:after="0" w:line="240" w:lineRule="auto"/>
        <w:ind w:firstLine="5103"/>
        <w:rPr>
          <w:sz w:val="28"/>
          <w:szCs w:val="28"/>
          <w:lang w:val="ru-RU"/>
        </w:rPr>
      </w:pPr>
      <w:r w:rsidRPr="002E7D98">
        <w:rPr>
          <w:sz w:val="28"/>
          <w:szCs w:val="28"/>
          <w:lang w:val="ru-RU"/>
        </w:rPr>
        <w:t>Новоджерелиевского сельского</w:t>
      </w:r>
    </w:p>
    <w:p w:rsidR="009E18D7" w:rsidRDefault="009E18D7" w:rsidP="009E18D7">
      <w:pPr>
        <w:spacing w:after="0" w:line="240" w:lineRule="auto"/>
        <w:ind w:firstLine="5103"/>
        <w:rPr>
          <w:sz w:val="28"/>
          <w:szCs w:val="28"/>
          <w:lang w:val="ru-RU"/>
        </w:rPr>
      </w:pPr>
      <w:r>
        <w:rPr>
          <w:sz w:val="28"/>
          <w:szCs w:val="28"/>
          <w:lang w:val="ru-RU"/>
        </w:rPr>
        <w:t>п</w:t>
      </w:r>
      <w:r w:rsidR="008B2948" w:rsidRPr="002E7D98">
        <w:rPr>
          <w:sz w:val="28"/>
          <w:szCs w:val="28"/>
          <w:lang w:val="ru-RU"/>
        </w:rPr>
        <w:t>оселения</w:t>
      </w:r>
      <w:r>
        <w:rPr>
          <w:sz w:val="28"/>
          <w:szCs w:val="28"/>
          <w:lang w:val="ru-RU"/>
        </w:rPr>
        <w:t xml:space="preserve"> Брюховецкого</w:t>
      </w:r>
    </w:p>
    <w:p w:rsidR="0077411A" w:rsidRPr="002E7D98" w:rsidRDefault="008B2948" w:rsidP="009E18D7">
      <w:pPr>
        <w:spacing w:after="0" w:line="240" w:lineRule="auto"/>
        <w:ind w:firstLine="5103"/>
        <w:rPr>
          <w:sz w:val="28"/>
          <w:szCs w:val="28"/>
          <w:lang w:val="ru-RU"/>
        </w:rPr>
      </w:pPr>
      <w:r w:rsidRPr="002E7D98">
        <w:rPr>
          <w:sz w:val="28"/>
          <w:szCs w:val="28"/>
          <w:lang w:val="ru-RU"/>
        </w:rPr>
        <w:t>муниципального района</w:t>
      </w:r>
    </w:p>
    <w:p w:rsidR="0077411A" w:rsidRPr="002E7D98" w:rsidRDefault="008B2948" w:rsidP="009E18D7">
      <w:pPr>
        <w:spacing w:after="0" w:line="240" w:lineRule="auto"/>
        <w:ind w:firstLine="5103"/>
        <w:rPr>
          <w:sz w:val="28"/>
          <w:szCs w:val="28"/>
          <w:lang w:val="ru-RU"/>
        </w:rPr>
      </w:pPr>
      <w:r w:rsidRPr="002E7D98">
        <w:rPr>
          <w:sz w:val="28"/>
          <w:szCs w:val="28"/>
          <w:lang w:val="ru-RU"/>
        </w:rPr>
        <w:t>Краснодарского края муниципальной</w:t>
      </w:r>
    </w:p>
    <w:p w:rsidR="001A55FF" w:rsidRDefault="008B2948" w:rsidP="001A55FF">
      <w:pPr>
        <w:spacing w:after="0" w:line="240" w:lineRule="auto"/>
        <w:ind w:firstLine="5103"/>
        <w:rPr>
          <w:sz w:val="28"/>
          <w:szCs w:val="28"/>
          <w:lang w:val="ru-RU"/>
        </w:rPr>
      </w:pPr>
      <w:r w:rsidRPr="002E7D98">
        <w:rPr>
          <w:sz w:val="28"/>
          <w:szCs w:val="28"/>
          <w:lang w:val="ru-RU"/>
        </w:rPr>
        <w:t xml:space="preserve">услуги </w:t>
      </w:r>
      <w:r w:rsidR="009E18D7">
        <w:rPr>
          <w:sz w:val="28"/>
          <w:szCs w:val="28"/>
          <w:lang w:val="ru-RU"/>
        </w:rPr>
        <w:t>«</w:t>
      </w:r>
      <w:r w:rsidR="001A55FF">
        <w:rPr>
          <w:sz w:val="28"/>
          <w:szCs w:val="28"/>
          <w:lang w:val="ru-RU"/>
        </w:rPr>
        <w:t>«</w:t>
      </w:r>
      <w:r w:rsidR="001A55FF" w:rsidRPr="002E7D98">
        <w:rPr>
          <w:sz w:val="28"/>
          <w:szCs w:val="28"/>
          <w:lang w:val="ru-RU"/>
        </w:rPr>
        <w:t>Присвоение, изменение и</w:t>
      </w:r>
    </w:p>
    <w:p w:rsidR="001A55FF" w:rsidRPr="002E7D98" w:rsidRDefault="001A55FF" w:rsidP="001A55FF">
      <w:pPr>
        <w:spacing w:after="0" w:line="240" w:lineRule="auto"/>
        <w:ind w:firstLine="5103"/>
        <w:rPr>
          <w:sz w:val="28"/>
          <w:szCs w:val="28"/>
          <w:lang w:val="ru-RU"/>
        </w:rPr>
      </w:pPr>
      <w:r w:rsidRPr="002E7D98">
        <w:rPr>
          <w:sz w:val="28"/>
          <w:szCs w:val="28"/>
          <w:lang w:val="ru-RU"/>
        </w:rPr>
        <w:t>аннулирование</w:t>
      </w:r>
      <w:r>
        <w:rPr>
          <w:sz w:val="28"/>
          <w:szCs w:val="28"/>
          <w:lang w:val="ru-RU"/>
        </w:rPr>
        <w:t xml:space="preserve"> адресов»</w:t>
      </w:r>
    </w:p>
    <w:p w:rsidR="009E18D7" w:rsidRDefault="009E18D7" w:rsidP="002E7D98">
      <w:pPr>
        <w:spacing w:after="0" w:line="240" w:lineRule="auto"/>
        <w:rPr>
          <w:sz w:val="28"/>
          <w:szCs w:val="28"/>
          <w:lang w:val="ru-RU"/>
        </w:rPr>
      </w:pPr>
    </w:p>
    <w:p w:rsidR="009E18D7" w:rsidRDefault="009E18D7" w:rsidP="002E7D98">
      <w:pPr>
        <w:spacing w:after="0" w:line="240" w:lineRule="auto"/>
        <w:rPr>
          <w:sz w:val="28"/>
          <w:szCs w:val="28"/>
          <w:lang w:val="ru-RU"/>
        </w:rPr>
      </w:pPr>
    </w:p>
    <w:p w:rsidR="0077411A" w:rsidRPr="009E18D7" w:rsidRDefault="008B2948" w:rsidP="009E18D7">
      <w:pPr>
        <w:spacing w:after="0" w:line="240" w:lineRule="auto"/>
        <w:jc w:val="center"/>
        <w:rPr>
          <w:b/>
          <w:sz w:val="28"/>
          <w:szCs w:val="28"/>
          <w:lang w:val="ru-RU"/>
        </w:rPr>
      </w:pPr>
      <w:r w:rsidRPr="009E18D7">
        <w:rPr>
          <w:b/>
          <w:sz w:val="28"/>
          <w:szCs w:val="28"/>
          <w:lang w:val="ru-RU"/>
        </w:rPr>
        <w:t>Перечень условных обозначений и сокращений</w:t>
      </w:r>
    </w:p>
    <w:p w:rsidR="009E18D7" w:rsidRDefault="009E18D7" w:rsidP="002E7D98">
      <w:pPr>
        <w:spacing w:after="0" w:line="240" w:lineRule="auto"/>
        <w:rPr>
          <w:sz w:val="28"/>
          <w:szCs w:val="28"/>
          <w:lang w:val="ru-RU"/>
        </w:rPr>
      </w:pPr>
    </w:p>
    <w:p w:rsidR="0077411A" w:rsidRPr="002E7D98" w:rsidRDefault="009E18D7" w:rsidP="009E18D7">
      <w:pPr>
        <w:spacing w:after="0" w:line="240" w:lineRule="auto"/>
        <w:ind w:firstLine="709"/>
        <w:jc w:val="both"/>
        <w:rPr>
          <w:sz w:val="28"/>
          <w:szCs w:val="28"/>
          <w:lang w:val="ru-RU"/>
        </w:rPr>
      </w:pPr>
      <w:r>
        <w:rPr>
          <w:sz w:val="28"/>
          <w:szCs w:val="28"/>
          <w:lang w:val="ru-RU"/>
        </w:rPr>
        <w:t xml:space="preserve">1) </w:t>
      </w:r>
      <w:r w:rsidR="008B2948" w:rsidRPr="002E7D98">
        <w:rPr>
          <w:sz w:val="28"/>
          <w:szCs w:val="28"/>
          <w:lang w:val="ru-RU"/>
        </w:rPr>
        <w:t>АР или административный регламент</w:t>
      </w:r>
      <w:r>
        <w:rPr>
          <w:sz w:val="28"/>
          <w:szCs w:val="28"/>
          <w:lang w:val="ru-RU"/>
        </w:rPr>
        <w:t>-</w:t>
      </w:r>
      <w:r w:rsidR="008B2948" w:rsidRPr="002E7D98">
        <w:rPr>
          <w:sz w:val="28"/>
          <w:szCs w:val="28"/>
          <w:lang w:val="ru-RU"/>
        </w:rPr>
        <w:t>Административный регламент предоставления муниципальной услуги</w:t>
      </w:r>
      <w:r>
        <w:rPr>
          <w:sz w:val="28"/>
          <w:szCs w:val="28"/>
          <w:lang w:val="ru-RU"/>
        </w:rPr>
        <w:t>;</w:t>
      </w:r>
    </w:p>
    <w:p w:rsidR="0077411A" w:rsidRPr="002E7D98" w:rsidRDefault="009E18D7" w:rsidP="009E18D7">
      <w:pPr>
        <w:spacing w:after="0" w:line="240" w:lineRule="auto"/>
        <w:ind w:firstLine="709"/>
        <w:jc w:val="both"/>
        <w:rPr>
          <w:sz w:val="28"/>
          <w:szCs w:val="28"/>
          <w:lang w:val="ru-RU"/>
        </w:rPr>
      </w:pPr>
      <w:r>
        <w:rPr>
          <w:sz w:val="28"/>
          <w:szCs w:val="28"/>
          <w:lang w:val="ru-RU"/>
        </w:rPr>
        <w:t xml:space="preserve">2) </w:t>
      </w:r>
      <w:r w:rsidR="008B2948" w:rsidRPr="002E7D98">
        <w:rPr>
          <w:sz w:val="28"/>
          <w:szCs w:val="28"/>
          <w:lang w:val="ru-RU"/>
        </w:rPr>
        <w:t>Уполномоченный орган</w:t>
      </w:r>
      <w:r>
        <w:rPr>
          <w:sz w:val="28"/>
          <w:szCs w:val="28"/>
          <w:lang w:val="ru-RU"/>
        </w:rPr>
        <w:t xml:space="preserve">- </w:t>
      </w:r>
      <w:r w:rsidR="008B2948" w:rsidRPr="002E7D98">
        <w:rPr>
          <w:sz w:val="28"/>
          <w:szCs w:val="28"/>
          <w:lang w:val="ru-RU"/>
        </w:rPr>
        <w:t>Администрация Новоджерелиевского сельского поселения Брюховецкого муниципального района Краснодарского края</w:t>
      </w:r>
    </w:p>
    <w:p w:rsidR="0077411A" w:rsidRPr="002E7D98" w:rsidRDefault="00693990" w:rsidP="009E18D7">
      <w:pPr>
        <w:spacing w:after="0" w:line="240" w:lineRule="auto"/>
        <w:ind w:firstLine="709"/>
        <w:jc w:val="both"/>
        <w:rPr>
          <w:sz w:val="28"/>
          <w:szCs w:val="28"/>
          <w:lang w:val="ru-RU"/>
        </w:rPr>
      </w:pPr>
      <w:r>
        <w:rPr>
          <w:sz w:val="28"/>
          <w:szCs w:val="28"/>
          <w:lang w:val="ru-RU"/>
        </w:rPr>
        <w:t xml:space="preserve">3) </w:t>
      </w:r>
      <w:r w:rsidR="008B2948" w:rsidRPr="002E7D98">
        <w:rPr>
          <w:sz w:val="28"/>
          <w:szCs w:val="28"/>
          <w:lang w:val="ru-RU"/>
        </w:rPr>
        <w:t>Управление или отдел уполномоченного органа</w:t>
      </w:r>
      <w:r>
        <w:rPr>
          <w:sz w:val="28"/>
          <w:szCs w:val="28"/>
          <w:lang w:val="ru-RU"/>
        </w:rPr>
        <w:t xml:space="preserve"> - </w:t>
      </w:r>
      <w:r w:rsidR="008B2948" w:rsidRPr="002E7D98">
        <w:rPr>
          <w:sz w:val="28"/>
          <w:szCs w:val="28"/>
          <w:lang w:val="ru-RU"/>
        </w:rPr>
        <w:t xml:space="preserve">Орган, предоставляющий муниципальную услугу, </w:t>
      </w:r>
      <w:r w:rsidR="005C7C30">
        <w:rPr>
          <w:sz w:val="28"/>
          <w:szCs w:val="28"/>
          <w:lang w:val="ru-RU"/>
        </w:rPr>
        <w:t xml:space="preserve">ответственный </w:t>
      </w:r>
      <w:r w:rsidR="009E18D7">
        <w:rPr>
          <w:sz w:val="28"/>
          <w:szCs w:val="28"/>
          <w:lang w:val="ru-RU"/>
        </w:rPr>
        <w:t>специалист</w:t>
      </w:r>
      <w:r w:rsidR="008B2948" w:rsidRPr="002E7D98">
        <w:rPr>
          <w:sz w:val="28"/>
          <w:szCs w:val="28"/>
          <w:lang w:val="ru-RU"/>
        </w:rPr>
        <w:t xml:space="preserve"> администрации Новоджерелиевского сельского поселения Брюховецкого муниципального района Краснодарского края</w:t>
      </w:r>
      <w:r w:rsidR="009E18D7">
        <w:rPr>
          <w:sz w:val="28"/>
          <w:szCs w:val="28"/>
          <w:lang w:val="ru-RU"/>
        </w:rPr>
        <w:t>;</w:t>
      </w:r>
    </w:p>
    <w:p w:rsidR="0077411A" w:rsidRPr="002E7D98" w:rsidRDefault="00693990" w:rsidP="00752C36">
      <w:pPr>
        <w:spacing w:after="0" w:line="240" w:lineRule="auto"/>
        <w:ind w:firstLine="709"/>
        <w:jc w:val="both"/>
        <w:rPr>
          <w:sz w:val="28"/>
          <w:szCs w:val="28"/>
          <w:lang w:val="ru-RU"/>
        </w:rPr>
      </w:pPr>
      <w:r>
        <w:rPr>
          <w:sz w:val="28"/>
          <w:szCs w:val="28"/>
          <w:lang w:val="ru-RU"/>
        </w:rPr>
        <w:t xml:space="preserve">4) </w:t>
      </w:r>
      <w:r w:rsidR="008B2948" w:rsidRPr="002E7D98">
        <w:rPr>
          <w:sz w:val="28"/>
          <w:szCs w:val="28"/>
          <w:lang w:val="ru-RU"/>
        </w:rPr>
        <w:t>УФНС</w:t>
      </w:r>
      <w:r>
        <w:rPr>
          <w:sz w:val="28"/>
          <w:szCs w:val="28"/>
          <w:lang w:val="ru-RU"/>
        </w:rPr>
        <w:t xml:space="preserve">-  </w:t>
      </w:r>
      <w:r w:rsidR="008B2948" w:rsidRPr="002E7D98">
        <w:rPr>
          <w:sz w:val="28"/>
          <w:szCs w:val="28"/>
          <w:lang w:val="ru-RU"/>
        </w:rPr>
        <w:t>Федеральная налоговая служба Российской Федерации</w:t>
      </w:r>
      <w:r>
        <w:rPr>
          <w:sz w:val="28"/>
          <w:szCs w:val="28"/>
          <w:lang w:val="ru-RU"/>
        </w:rPr>
        <w:t>;</w:t>
      </w:r>
    </w:p>
    <w:p w:rsidR="00693990" w:rsidRDefault="00693990" w:rsidP="00752C36">
      <w:pPr>
        <w:spacing w:after="0" w:line="240" w:lineRule="auto"/>
        <w:ind w:firstLine="709"/>
        <w:jc w:val="both"/>
        <w:rPr>
          <w:sz w:val="28"/>
          <w:szCs w:val="28"/>
          <w:lang w:val="ru-RU"/>
        </w:rPr>
      </w:pPr>
      <w:r>
        <w:rPr>
          <w:sz w:val="28"/>
          <w:szCs w:val="28"/>
          <w:lang w:val="ru-RU"/>
        </w:rPr>
        <w:t xml:space="preserve">5) </w:t>
      </w:r>
      <w:r w:rsidR="008B2948" w:rsidRPr="002E7D98">
        <w:rPr>
          <w:sz w:val="28"/>
          <w:szCs w:val="28"/>
          <w:lang w:val="ru-RU"/>
        </w:rPr>
        <w:t>ЕГРИП</w:t>
      </w:r>
      <w:r>
        <w:rPr>
          <w:sz w:val="28"/>
          <w:szCs w:val="28"/>
          <w:lang w:val="ru-RU"/>
        </w:rPr>
        <w:t xml:space="preserve"> -</w:t>
      </w:r>
      <w:r w:rsidR="008B2948" w:rsidRPr="002E7D98">
        <w:rPr>
          <w:sz w:val="28"/>
          <w:szCs w:val="28"/>
          <w:lang w:val="ru-RU"/>
        </w:rPr>
        <w:t>Единый государственный реестр индивидуальных предпринимателей</w:t>
      </w:r>
      <w:r>
        <w:rPr>
          <w:sz w:val="28"/>
          <w:szCs w:val="28"/>
          <w:lang w:val="ru-RU"/>
        </w:rPr>
        <w:t>;</w:t>
      </w:r>
    </w:p>
    <w:p w:rsidR="0077411A" w:rsidRPr="002E7D98" w:rsidRDefault="00693990" w:rsidP="00752C36">
      <w:pPr>
        <w:spacing w:after="0" w:line="240" w:lineRule="auto"/>
        <w:ind w:firstLine="709"/>
        <w:jc w:val="both"/>
        <w:rPr>
          <w:sz w:val="28"/>
          <w:szCs w:val="28"/>
          <w:lang w:val="ru-RU"/>
        </w:rPr>
      </w:pPr>
      <w:r>
        <w:rPr>
          <w:sz w:val="28"/>
          <w:szCs w:val="28"/>
          <w:lang w:val="ru-RU"/>
        </w:rPr>
        <w:t xml:space="preserve">6) </w:t>
      </w:r>
      <w:r w:rsidR="008B2948" w:rsidRPr="002E7D98">
        <w:rPr>
          <w:sz w:val="28"/>
          <w:szCs w:val="28"/>
          <w:lang w:val="ru-RU"/>
        </w:rPr>
        <w:t>ЕГРН</w:t>
      </w:r>
      <w:r>
        <w:rPr>
          <w:sz w:val="28"/>
          <w:szCs w:val="28"/>
          <w:lang w:val="ru-RU"/>
        </w:rPr>
        <w:t xml:space="preserve">-  </w:t>
      </w:r>
      <w:r w:rsidR="008B2948" w:rsidRPr="002E7D98">
        <w:rPr>
          <w:sz w:val="28"/>
          <w:szCs w:val="28"/>
          <w:lang w:val="ru-RU"/>
        </w:rPr>
        <w:t>Единый государственный реестр недвижимости</w:t>
      </w:r>
      <w:r>
        <w:rPr>
          <w:sz w:val="28"/>
          <w:szCs w:val="28"/>
          <w:lang w:val="ru-RU"/>
        </w:rPr>
        <w:t>;</w:t>
      </w:r>
    </w:p>
    <w:p w:rsidR="0077411A" w:rsidRPr="002E7D98" w:rsidRDefault="00693990" w:rsidP="00752C36">
      <w:pPr>
        <w:spacing w:after="0" w:line="240" w:lineRule="auto"/>
        <w:ind w:firstLine="709"/>
        <w:jc w:val="both"/>
        <w:rPr>
          <w:sz w:val="28"/>
          <w:szCs w:val="28"/>
          <w:lang w:val="ru-RU"/>
        </w:rPr>
      </w:pPr>
      <w:r>
        <w:rPr>
          <w:sz w:val="28"/>
          <w:szCs w:val="28"/>
          <w:lang w:val="ru-RU"/>
        </w:rPr>
        <w:t xml:space="preserve">7) </w:t>
      </w:r>
      <w:r w:rsidR="008B2948" w:rsidRPr="002E7D98">
        <w:rPr>
          <w:sz w:val="28"/>
          <w:szCs w:val="28"/>
          <w:lang w:val="ru-RU"/>
        </w:rPr>
        <w:t>ЕГРЮЛ</w:t>
      </w:r>
      <w:r>
        <w:rPr>
          <w:sz w:val="28"/>
          <w:szCs w:val="28"/>
          <w:lang w:val="ru-RU"/>
        </w:rPr>
        <w:t xml:space="preserve"> - </w:t>
      </w:r>
      <w:r w:rsidR="008B2948" w:rsidRPr="002E7D98">
        <w:rPr>
          <w:sz w:val="28"/>
          <w:szCs w:val="28"/>
          <w:lang w:val="ru-RU"/>
        </w:rPr>
        <w:t>Единый государственный реестр юридических лиц</w:t>
      </w:r>
      <w:r>
        <w:rPr>
          <w:sz w:val="28"/>
          <w:szCs w:val="28"/>
          <w:lang w:val="ru-RU"/>
        </w:rPr>
        <w:t>;</w:t>
      </w:r>
    </w:p>
    <w:p w:rsidR="0077411A" w:rsidRPr="002E7D98" w:rsidRDefault="00693990" w:rsidP="00752C36">
      <w:pPr>
        <w:spacing w:after="0" w:line="240" w:lineRule="auto"/>
        <w:ind w:firstLine="709"/>
        <w:jc w:val="both"/>
        <w:rPr>
          <w:sz w:val="28"/>
          <w:szCs w:val="28"/>
          <w:lang w:val="ru-RU"/>
        </w:rPr>
      </w:pPr>
      <w:r>
        <w:rPr>
          <w:sz w:val="28"/>
          <w:szCs w:val="28"/>
          <w:lang w:val="ru-RU"/>
        </w:rPr>
        <w:t xml:space="preserve">8) </w:t>
      </w:r>
      <w:r w:rsidR="008B2948" w:rsidRPr="002E7D98">
        <w:rPr>
          <w:sz w:val="28"/>
          <w:szCs w:val="28"/>
          <w:lang w:val="ru-RU"/>
        </w:rPr>
        <w:t>ИНН</w:t>
      </w:r>
      <w:r>
        <w:rPr>
          <w:sz w:val="28"/>
          <w:szCs w:val="28"/>
          <w:lang w:val="ru-RU"/>
        </w:rPr>
        <w:t xml:space="preserve">- </w:t>
      </w:r>
      <w:r w:rsidR="008B2948" w:rsidRPr="002E7D98">
        <w:rPr>
          <w:sz w:val="28"/>
          <w:szCs w:val="28"/>
          <w:lang w:val="ru-RU"/>
        </w:rPr>
        <w:t>Идентификационный номер налогоплательщика</w:t>
      </w:r>
      <w:r>
        <w:rPr>
          <w:sz w:val="28"/>
          <w:szCs w:val="28"/>
          <w:lang w:val="ru-RU"/>
        </w:rPr>
        <w:t>;</w:t>
      </w:r>
    </w:p>
    <w:p w:rsidR="0077411A" w:rsidRPr="002E7D98" w:rsidRDefault="00693990" w:rsidP="00752C36">
      <w:pPr>
        <w:spacing w:after="0" w:line="240" w:lineRule="auto"/>
        <w:ind w:firstLine="709"/>
        <w:jc w:val="both"/>
        <w:rPr>
          <w:sz w:val="28"/>
          <w:szCs w:val="28"/>
          <w:lang w:val="ru-RU"/>
        </w:rPr>
      </w:pPr>
      <w:r>
        <w:rPr>
          <w:sz w:val="28"/>
          <w:szCs w:val="28"/>
          <w:lang w:val="ru-RU"/>
        </w:rPr>
        <w:t xml:space="preserve">9) </w:t>
      </w:r>
      <w:r w:rsidR="008B2948" w:rsidRPr="002E7D98">
        <w:rPr>
          <w:sz w:val="28"/>
          <w:szCs w:val="28"/>
          <w:lang w:val="ru-RU"/>
        </w:rPr>
        <w:t>ИП</w:t>
      </w:r>
      <w:r>
        <w:rPr>
          <w:sz w:val="28"/>
          <w:szCs w:val="28"/>
          <w:lang w:val="ru-RU"/>
        </w:rPr>
        <w:t xml:space="preserve"> - </w:t>
      </w:r>
      <w:r w:rsidR="008B2948" w:rsidRPr="002E7D98">
        <w:rPr>
          <w:sz w:val="28"/>
          <w:szCs w:val="28"/>
          <w:lang w:val="ru-RU"/>
        </w:rPr>
        <w:t>Индивидуальный предприниматель</w:t>
      </w:r>
      <w:r>
        <w:rPr>
          <w:sz w:val="28"/>
          <w:szCs w:val="28"/>
          <w:lang w:val="ru-RU"/>
        </w:rPr>
        <w:t>;</w:t>
      </w:r>
    </w:p>
    <w:p w:rsidR="0077411A" w:rsidRPr="002E7D98" w:rsidRDefault="00693990" w:rsidP="00752C36">
      <w:pPr>
        <w:spacing w:after="0" w:line="240" w:lineRule="auto"/>
        <w:ind w:firstLine="709"/>
        <w:jc w:val="both"/>
        <w:rPr>
          <w:sz w:val="28"/>
          <w:szCs w:val="28"/>
          <w:lang w:val="ru-RU"/>
        </w:rPr>
      </w:pPr>
      <w:r>
        <w:rPr>
          <w:sz w:val="28"/>
          <w:szCs w:val="28"/>
          <w:lang w:val="ru-RU"/>
        </w:rPr>
        <w:t xml:space="preserve">10) </w:t>
      </w:r>
      <w:r w:rsidR="008B2948" w:rsidRPr="002E7D98">
        <w:rPr>
          <w:sz w:val="28"/>
          <w:szCs w:val="28"/>
          <w:lang w:val="ru-RU"/>
        </w:rPr>
        <w:t>СНИЛС</w:t>
      </w:r>
      <w:r>
        <w:rPr>
          <w:sz w:val="28"/>
          <w:szCs w:val="28"/>
          <w:lang w:val="ru-RU"/>
        </w:rPr>
        <w:t xml:space="preserve"> - </w:t>
      </w:r>
      <w:r w:rsidR="008B2948" w:rsidRPr="002E7D98">
        <w:rPr>
          <w:sz w:val="28"/>
          <w:szCs w:val="28"/>
          <w:lang w:val="ru-RU"/>
        </w:rPr>
        <w:t>Страховой номер индивидуального лицевого счета</w:t>
      </w:r>
      <w:r>
        <w:rPr>
          <w:sz w:val="28"/>
          <w:szCs w:val="28"/>
          <w:lang w:val="ru-RU"/>
        </w:rPr>
        <w:t>;</w:t>
      </w:r>
    </w:p>
    <w:p w:rsidR="0077411A" w:rsidRPr="002E7D98" w:rsidRDefault="00693990" w:rsidP="00752C36">
      <w:pPr>
        <w:spacing w:after="0" w:line="240" w:lineRule="auto"/>
        <w:ind w:firstLine="709"/>
        <w:jc w:val="both"/>
        <w:rPr>
          <w:sz w:val="28"/>
          <w:szCs w:val="28"/>
          <w:lang w:val="ru-RU"/>
        </w:rPr>
      </w:pPr>
      <w:r>
        <w:rPr>
          <w:sz w:val="28"/>
          <w:szCs w:val="28"/>
          <w:lang w:val="ru-RU"/>
        </w:rPr>
        <w:t xml:space="preserve">11) </w:t>
      </w:r>
      <w:r w:rsidR="008B2948" w:rsidRPr="002E7D98">
        <w:rPr>
          <w:sz w:val="28"/>
          <w:szCs w:val="28"/>
          <w:lang w:val="ru-RU"/>
        </w:rPr>
        <w:t>ФИАС</w:t>
      </w:r>
      <w:r>
        <w:rPr>
          <w:sz w:val="28"/>
          <w:szCs w:val="28"/>
          <w:lang w:val="ru-RU"/>
        </w:rPr>
        <w:t xml:space="preserve">- </w:t>
      </w:r>
      <w:r w:rsidR="008B2948" w:rsidRPr="002E7D98">
        <w:rPr>
          <w:sz w:val="28"/>
          <w:szCs w:val="28"/>
          <w:lang w:val="ru-RU"/>
        </w:rPr>
        <w:t>Федеральная информационная адресная система</w:t>
      </w:r>
      <w:r>
        <w:rPr>
          <w:sz w:val="28"/>
          <w:szCs w:val="28"/>
          <w:lang w:val="ru-RU"/>
        </w:rPr>
        <w:t>;</w:t>
      </w:r>
    </w:p>
    <w:p w:rsidR="0077411A" w:rsidRPr="002E7D98" w:rsidRDefault="00693990" w:rsidP="00752C36">
      <w:pPr>
        <w:spacing w:after="0" w:line="240" w:lineRule="auto"/>
        <w:ind w:firstLine="709"/>
        <w:jc w:val="both"/>
        <w:rPr>
          <w:sz w:val="28"/>
          <w:szCs w:val="28"/>
          <w:lang w:val="ru-RU"/>
        </w:rPr>
      </w:pPr>
      <w:r>
        <w:rPr>
          <w:sz w:val="28"/>
          <w:szCs w:val="28"/>
          <w:lang w:val="ru-RU"/>
        </w:rPr>
        <w:t xml:space="preserve">12) </w:t>
      </w:r>
      <w:r w:rsidR="008B2948" w:rsidRPr="002E7D98">
        <w:rPr>
          <w:sz w:val="28"/>
          <w:szCs w:val="28"/>
          <w:lang w:val="ru-RU"/>
        </w:rPr>
        <w:t>ФИО</w:t>
      </w:r>
      <w:r>
        <w:rPr>
          <w:sz w:val="28"/>
          <w:szCs w:val="28"/>
          <w:lang w:val="ru-RU"/>
        </w:rPr>
        <w:t xml:space="preserve">- </w:t>
      </w:r>
      <w:r w:rsidR="008B2948" w:rsidRPr="002E7D98">
        <w:rPr>
          <w:sz w:val="28"/>
          <w:szCs w:val="28"/>
          <w:lang w:val="ru-RU"/>
        </w:rPr>
        <w:t>Фамилия, имя, отчество</w:t>
      </w:r>
      <w:r>
        <w:rPr>
          <w:sz w:val="28"/>
          <w:szCs w:val="28"/>
          <w:lang w:val="ru-RU"/>
        </w:rPr>
        <w:t>;</w:t>
      </w:r>
    </w:p>
    <w:p w:rsidR="0077411A" w:rsidRPr="002E7D98" w:rsidRDefault="00752C36" w:rsidP="00752C36">
      <w:pPr>
        <w:spacing w:after="0" w:line="240" w:lineRule="auto"/>
        <w:ind w:firstLine="709"/>
        <w:jc w:val="both"/>
        <w:rPr>
          <w:sz w:val="28"/>
          <w:szCs w:val="28"/>
          <w:lang w:val="ru-RU"/>
        </w:rPr>
      </w:pPr>
      <w:r>
        <w:rPr>
          <w:sz w:val="28"/>
          <w:szCs w:val="28"/>
          <w:lang w:val="ru-RU"/>
        </w:rPr>
        <w:t xml:space="preserve">13) </w:t>
      </w:r>
      <w:r w:rsidR="008B2948" w:rsidRPr="002E7D98">
        <w:rPr>
          <w:sz w:val="28"/>
          <w:szCs w:val="28"/>
          <w:lang w:val="ru-RU"/>
        </w:rPr>
        <w:t>ФЛ</w:t>
      </w:r>
      <w:r>
        <w:rPr>
          <w:sz w:val="28"/>
          <w:szCs w:val="28"/>
          <w:lang w:val="ru-RU"/>
        </w:rPr>
        <w:t xml:space="preserve"> - </w:t>
      </w:r>
      <w:r w:rsidR="008B2948" w:rsidRPr="002E7D98">
        <w:rPr>
          <w:sz w:val="28"/>
          <w:szCs w:val="28"/>
          <w:lang w:val="ru-RU"/>
        </w:rPr>
        <w:t>Физическое лицо</w:t>
      </w:r>
      <w:r>
        <w:rPr>
          <w:sz w:val="28"/>
          <w:szCs w:val="28"/>
          <w:lang w:val="ru-RU"/>
        </w:rPr>
        <w:t>;</w:t>
      </w:r>
    </w:p>
    <w:p w:rsidR="0077411A" w:rsidRPr="002E7D98" w:rsidRDefault="00752C36" w:rsidP="00752C36">
      <w:pPr>
        <w:spacing w:after="0" w:line="240" w:lineRule="auto"/>
        <w:ind w:firstLine="709"/>
        <w:jc w:val="both"/>
        <w:rPr>
          <w:sz w:val="28"/>
          <w:szCs w:val="28"/>
          <w:lang w:val="ru-RU"/>
        </w:rPr>
      </w:pPr>
      <w:r>
        <w:rPr>
          <w:sz w:val="28"/>
          <w:szCs w:val="28"/>
          <w:lang w:val="ru-RU"/>
        </w:rPr>
        <w:t xml:space="preserve">14) </w:t>
      </w:r>
      <w:r w:rsidR="008B2948" w:rsidRPr="002E7D98">
        <w:rPr>
          <w:sz w:val="28"/>
          <w:szCs w:val="28"/>
          <w:lang w:val="ru-RU"/>
        </w:rPr>
        <w:t>ЮЛ</w:t>
      </w:r>
      <w:r>
        <w:rPr>
          <w:sz w:val="28"/>
          <w:szCs w:val="28"/>
          <w:lang w:val="ru-RU"/>
        </w:rPr>
        <w:t xml:space="preserve"> - </w:t>
      </w:r>
      <w:r w:rsidR="008B2948" w:rsidRPr="002E7D98">
        <w:rPr>
          <w:sz w:val="28"/>
          <w:szCs w:val="28"/>
          <w:lang w:val="ru-RU"/>
        </w:rPr>
        <w:t>Юридическое лицо</w:t>
      </w:r>
      <w:r>
        <w:rPr>
          <w:sz w:val="28"/>
          <w:szCs w:val="28"/>
          <w:lang w:val="ru-RU"/>
        </w:rPr>
        <w:t>;</w:t>
      </w:r>
    </w:p>
    <w:p w:rsidR="0077411A" w:rsidRPr="002E7D98" w:rsidRDefault="00752C36" w:rsidP="00752C36">
      <w:pPr>
        <w:spacing w:after="0" w:line="240" w:lineRule="auto"/>
        <w:ind w:firstLine="709"/>
        <w:jc w:val="both"/>
        <w:rPr>
          <w:sz w:val="28"/>
          <w:szCs w:val="28"/>
          <w:lang w:val="ru-RU"/>
        </w:rPr>
      </w:pPr>
      <w:r>
        <w:rPr>
          <w:sz w:val="28"/>
          <w:szCs w:val="28"/>
          <w:lang w:val="ru-RU"/>
        </w:rPr>
        <w:t xml:space="preserve">15) ЕПГУ или Единый порта- </w:t>
      </w:r>
      <w:r w:rsidR="008B2948" w:rsidRPr="002E7D98">
        <w:rPr>
          <w:sz w:val="28"/>
          <w:szCs w:val="28"/>
          <w:lang w:val="ru-RU"/>
        </w:rPr>
        <w:t xml:space="preserve">Федеральная государственная информационная система </w:t>
      </w:r>
      <w:r>
        <w:rPr>
          <w:sz w:val="28"/>
          <w:szCs w:val="28"/>
          <w:lang w:val="ru-RU"/>
        </w:rPr>
        <w:t>«</w:t>
      </w:r>
      <w:r w:rsidR="008B2948" w:rsidRPr="002E7D98">
        <w:rPr>
          <w:sz w:val="28"/>
          <w:szCs w:val="28"/>
          <w:lang w:val="ru-RU"/>
        </w:rPr>
        <w:t>Единый портал государственных и муниципальных услуг (функций)</w:t>
      </w:r>
      <w:r>
        <w:rPr>
          <w:sz w:val="28"/>
          <w:szCs w:val="28"/>
          <w:lang w:val="ru-RU"/>
        </w:rPr>
        <w:t>»;</w:t>
      </w:r>
    </w:p>
    <w:p w:rsidR="0077411A" w:rsidRPr="002E7D98" w:rsidRDefault="00752C36" w:rsidP="00752C36">
      <w:pPr>
        <w:spacing w:after="0" w:line="240" w:lineRule="auto"/>
        <w:ind w:firstLine="709"/>
        <w:jc w:val="both"/>
        <w:rPr>
          <w:sz w:val="28"/>
          <w:szCs w:val="28"/>
          <w:lang w:val="ru-RU"/>
        </w:rPr>
      </w:pPr>
      <w:r>
        <w:rPr>
          <w:sz w:val="28"/>
          <w:szCs w:val="28"/>
          <w:lang w:val="ru-RU"/>
        </w:rPr>
        <w:t xml:space="preserve">16) </w:t>
      </w:r>
      <w:r w:rsidR="008B2948" w:rsidRPr="002E7D98">
        <w:rPr>
          <w:sz w:val="28"/>
          <w:szCs w:val="28"/>
          <w:lang w:val="ru-RU"/>
        </w:rPr>
        <w:t>ФРГУ</w:t>
      </w:r>
      <w:r>
        <w:rPr>
          <w:sz w:val="28"/>
          <w:szCs w:val="28"/>
          <w:lang w:val="ru-RU"/>
        </w:rPr>
        <w:t xml:space="preserve">- </w:t>
      </w:r>
      <w:r w:rsidR="008B2948" w:rsidRPr="002E7D98">
        <w:rPr>
          <w:sz w:val="28"/>
          <w:szCs w:val="28"/>
          <w:lang w:val="ru-RU"/>
        </w:rPr>
        <w:t xml:space="preserve">Федеральная государственная информационная система </w:t>
      </w:r>
      <w:r>
        <w:rPr>
          <w:sz w:val="28"/>
          <w:szCs w:val="28"/>
          <w:lang w:val="ru-RU"/>
        </w:rPr>
        <w:t>«</w:t>
      </w:r>
      <w:r w:rsidR="008B2948" w:rsidRPr="002E7D98">
        <w:rPr>
          <w:sz w:val="28"/>
          <w:szCs w:val="28"/>
          <w:lang w:val="ru-RU"/>
        </w:rPr>
        <w:t>Федеральный реестр государственных и муниципальных услуг (функций)</w:t>
      </w:r>
      <w:r>
        <w:rPr>
          <w:sz w:val="28"/>
          <w:szCs w:val="28"/>
          <w:lang w:val="ru-RU"/>
        </w:rPr>
        <w:t>»;</w:t>
      </w:r>
    </w:p>
    <w:p w:rsidR="0077411A" w:rsidRPr="002E7D98" w:rsidRDefault="00752C36" w:rsidP="00752C36">
      <w:pPr>
        <w:spacing w:after="0" w:line="240" w:lineRule="auto"/>
        <w:ind w:firstLine="709"/>
        <w:jc w:val="both"/>
        <w:rPr>
          <w:sz w:val="28"/>
          <w:szCs w:val="28"/>
          <w:lang w:val="ru-RU"/>
        </w:rPr>
      </w:pPr>
      <w:r>
        <w:rPr>
          <w:sz w:val="28"/>
          <w:szCs w:val="28"/>
          <w:lang w:val="ru-RU"/>
        </w:rPr>
        <w:t xml:space="preserve">17) </w:t>
      </w:r>
      <w:r w:rsidR="008B2948" w:rsidRPr="002E7D98">
        <w:rPr>
          <w:sz w:val="28"/>
          <w:szCs w:val="28"/>
          <w:lang w:val="ru-RU"/>
        </w:rPr>
        <w:t>РПГУ или Региональный портал</w:t>
      </w:r>
      <w:r>
        <w:rPr>
          <w:sz w:val="28"/>
          <w:szCs w:val="28"/>
          <w:lang w:val="ru-RU"/>
        </w:rPr>
        <w:t xml:space="preserve"> - </w:t>
      </w:r>
      <w:r w:rsidR="008B2948" w:rsidRPr="002E7D98">
        <w:rPr>
          <w:sz w:val="28"/>
          <w:szCs w:val="28"/>
          <w:lang w:val="ru-RU"/>
        </w:rPr>
        <w:t>Региональный портал государственных и муниципальных услуг (функций)</w:t>
      </w:r>
      <w:r>
        <w:rPr>
          <w:sz w:val="28"/>
          <w:szCs w:val="28"/>
          <w:lang w:val="ru-RU"/>
        </w:rPr>
        <w:t>;</w:t>
      </w:r>
    </w:p>
    <w:p w:rsidR="0077411A" w:rsidRPr="002E7D98" w:rsidRDefault="00752C36" w:rsidP="00752C36">
      <w:pPr>
        <w:spacing w:after="0" w:line="240" w:lineRule="auto"/>
        <w:ind w:firstLine="709"/>
        <w:jc w:val="both"/>
        <w:rPr>
          <w:sz w:val="28"/>
          <w:szCs w:val="28"/>
          <w:lang w:val="ru-RU"/>
        </w:rPr>
      </w:pPr>
      <w:r>
        <w:rPr>
          <w:sz w:val="28"/>
          <w:szCs w:val="28"/>
          <w:lang w:val="ru-RU"/>
        </w:rPr>
        <w:t xml:space="preserve">18) </w:t>
      </w:r>
      <w:r w:rsidR="008B2948" w:rsidRPr="002E7D98">
        <w:rPr>
          <w:sz w:val="28"/>
          <w:szCs w:val="28"/>
          <w:lang w:val="ru-RU"/>
        </w:rPr>
        <w:t>РГИС</w:t>
      </w:r>
      <w:r>
        <w:rPr>
          <w:sz w:val="28"/>
          <w:szCs w:val="28"/>
          <w:lang w:val="ru-RU"/>
        </w:rPr>
        <w:t xml:space="preserve"> «</w:t>
      </w:r>
      <w:r w:rsidR="008B2948" w:rsidRPr="002E7D98">
        <w:rPr>
          <w:sz w:val="28"/>
          <w:szCs w:val="28"/>
          <w:lang w:val="ru-RU"/>
        </w:rPr>
        <w:t>Реестр государственных и муниципальных услуг Краснодарского края</w:t>
      </w:r>
      <w:r>
        <w:rPr>
          <w:sz w:val="28"/>
          <w:szCs w:val="28"/>
          <w:lang w:val="ru-RU"/>
        </w:rPr>
        <w:t>»;</w:t>
      </w:r>
    </w:p>
    <w:p w:rsidR="0077411A" w:rsidRPr="002E7D98" w:rsidRDefault="00752C36" w:rsidP="00752C36">
      <w:pPr>
        <w:spacing w:after="0" w:line="240" w:lineRule="auto"/>
        <w:ind w:firstLine="709"/>
        <w:jc w:val="both"/>
        <w:rPr>
          <w:sz w:val="28"/>
          <w:szCs w:val="28"/>
          <w:lang w:val="ru-RU"/>
        </w:rPr>
      </w:pPr>
      <w:r>
        <w:rPr>
          <w:sz w:val="28"/>
          <w:szCs w:val="28"/>
          <w:lang w:val="ru-RU"/>
        </w:rPr>
        <w:lastRenderedPageBreak/>
        <w:t xml:space="preserve">19) </w:t>
      </w:r>
      <w:r w:rsidR="008B2948" w:rsidRPr="002E7D98">
        <w:rPr>
          <w:sz w:val="28"/>
          <w:szCs w:val="28"/>
          <w:lang w:val="ru-RU"/>
        </w:rPr>
        <w:t>Личный кабинет</w:t>
      </w:r>
      <w:r>
        <w:rPr>
          <w:sz w:val="28"/>
          <w:szCs w:val="28"/>
          <w:lang w:val="ru-RU"/>
        </w:rPr>
        <w:t xml:space="preserve"> - </w:t>
      </w:r>
      <w:r w:rsidR="008B2948" w:rsidRPr="002E7D98">
        <w:rPr>
          <w:sz w:val="28"/>
          <w:szCs w:val="28"/>
          <w:lang w:val="ru-RU"/>
        </w:rPr>
        <w:t>Сервис РПГУ, позволяющий Заявителю получать информацию о ходе обработки запросов, поданных посредством РПГУ</w:t>
      </w:r>
      <w:r>
        <w:rPr>
          <w:sz w:val="28"/>
          <w:szCs w:val="28"/>
          <w:lang w:val="ru-RU"/>
        </w:rPr>
        <w:t>;</w:t>
      </w:r>
    </w:p>
    <w:p w:rsidR="0077411A" w:rsidRPr="002E7D98" w:rsidRDefault="00752C36" w:rsidP="00752C36">
      <w:pPr>
        <w:spacing w:after="0" w:line="240" w:lineRule="auto"/>
        <w:ind w:firstLine="709"/>
        <w:jc w:val="both"/>
        <w:rPr>
          <w:sz w:val="28"/>
          <w:szCs w:val="28"/>
          <w:lang w:val="ru-RU"/>
        </w:rPr>
      </w:pPr>
      <w:r>
        <w:rPr>
          <w:sz w:val="28"/>
          <w:szCs w:val="28"/>
          <w:lang w:val="ru-RU"/>
        </w:rPr>
        <w:t xml:space="preserve">20) </w:t>
      </w:r>
      <w:r w:rsidR="008B2948" w:rsidRPr="002E7D98">
        <w:rPr>
          <w:sz w:val="28"/>
          <w:szCs w:val="28"/>
          <w:lang w:val="ru-RU"/>
        </w:rPr>
        <w:t xml:space="preserve">АИС </w:t>
      </w:r>
      <w:r>
        <w:rPr>
          <w:sz w:val="28"/>
          <w:szCs w:val="28"/>
          <w:lang w:val="ru-RU"/>
        </w:rPr>
        <w:t>«</w:t>
      </w:r>
      <w:r w:rsidR="008B2948" w:rsidRPr="002E7D98">
        <w:rPr>
          <w:sz w:val="28"/>
          <w:szCs w:val="28"/>
          <w:lang w:val="ru-RU"/>
        </w:rPr>
        <w:t>ПГМУ</w:t>
      </w:r>
      <w:r>
        <w:rPr>
          <w:sz w:val="28"/>
          <w:szCs w:val="28"/>
          <w:lang w:val="ru-RU"/>
        </w:rPr>
        <w:t>»</w:t>
      </w:r>
      <w:r w:rsidR="008B2948" w:rsidRPr="002E7D98">
        <w:rPr>
          <w:sz w:val="28"/>
          <w:szCs w:val="28"/>
          <w:lang w:val="ru-RU"/>
        </w:rPr>
        <w:t xml:space="preserve"> КК</w:t>
      </w:r>
      <w:r>
        <w:rPr>
          <w:sz w:val="28"/>
          <w:szCs w:val="28"/>
          <w:lang w:val="ru-RU"/>
        </w:rPr>
        <w:t xml:space="preserve"> - </w:t>
      </w:r>
      <w:r w:rsidR="008B2948" w:rsidRPr="002E7D98">
        <w:rPr>
          <w:sz w:val="28"/>
          <w:szCs w:val="28"/>
          <w:lang w:val="ru-RU"/>
        </w:rPr>
        <w:t xml:space="preserve">Автоматизированная информационная система </w:t>
      </w:r>
      <w:r>
        <w:rPr>
          <w:sz w:val="28"/>
          <w:szCs w:val="28"/>
          <w:lang w:val="ru-RU"/>
        </w:rPr>
        <w:t>«</w:t>
      </w:r>
      <w:r w:rsidR="008B2948" w:rsidRPr="002E7D98">
        <w:rPr>
          <w:sz w:val="28"/>
          <w:szCs w:val="28"/>
          <w:lang w:val="ru-RU"/>
        </w:rPr>
        <w:t>Предоставления государственных и муниципальных услуг Краснодарского края в электронной форме</w:t>
      </w:r>
      <w:r>
        <w:rPr>
          <w:sz w:val="28"/>
          <w:szCs w:val="28"/>
          <w:lang w:val="ru-RU"/>
        </w:rPr>
        <w:t>»;</w:t>
      </w:r>
    </w:p>
    <w:p w:rsidR="0077411A" w:rsidRPr="002E7D98" w:rsidRDefault="00752C36" w:rsidP="00752C36">
      <w:pPr>
        <w:spacing w:after="0" w:line="240" w:lineRule="auto"/>
        <w:ind w:firstLine="709"/>
        <w:jc w:val="both"/>
        <w:rPr>
          <w:sz w:val="28"/>
          <w:szCs w:val="28"/>
          <w:lang w:val="ru-RU"/>
        </w:rPr>
      </w:pPr>
      <w:r>
        <w:rPr>
          <w:sz w:val="28"/>
          <w:szCs w:val="28"/>
          <w:lang w:val="ru-RU"/>
        </w:rPr>
        <w:t xml:space="preserve">21) </w:t>
      </w:r>
      <w:r w:rsidR="008B2948" w:rsidRPr="002E7D98">
        <w:rPr>
          <w:sz w:val="28"/>
          <w:szCs w:val="28"/>
          <w:lang w:val="ru-RU"/>
        </w:rPr>
        <w:t>ФГИС ЕСИА или ЕСИА</w:t>
      </w:r>
      <w:r>
        <w:rPr>
          <w:sz w:val="28"/>
          <w:szCs w:val="28"/>
          <w:lang w:val="ru-RU"/>
        </w:rPr>
        <w:t xml:space="preserve"> - </w:t>
      </w:r>
      <w:r w:rsidR="008B2948" w:rsidRPr="002E7D98">
        <w:rPr>
          <w:sz w:val="28"/>
          <w:szCs w:val="28"/>
          <w:lang w:val="ru-RU"/>
        </w:rPr>
        <w:t xml:space="preserve">Федеральная государственная информационная система </w:t>
      </w:r>
      <w:r>
        <w:rPr>
          <w:sz w:val="28"/>
          <w:szCs w:val="28"/>
          <w:lang w:val="ru-RU"/>
        </w:rPr>
        <w:t>«</w:t>
      </w:r>
      <w:r w:rsidR="008B2948" w:rsidRPr="002E7D98">
        <w:rPr>
          <w:sz w:val="28"/>
          <w:szCs w:val="28"/>
          <w:lang w:val="ru-RU"/>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sz w:val="28"/>
          <w:szCs w:val="28"/>
          <w:lang w:val="ru-RU"/>
        </w:rPr>
        <w:t>»</w:t>
      </w:r>
      <w:r w:rsidR="00A66DF6">
        <w:rPr>
          <w:sz w:val="28"/>
          <w:szCs w:val="28"/>
          <w:lang w:val="ru-RU"/>
        </w:rPr>
        <w:t>;</w:t>
      </w:r>
    </w:p>
    <w:p w:rsidR="0077411A" w:rsidRPr="002E7D98" w:rsidRDefault="00A66DF6" w:rsidP="00752C36">
      <w:pPr>
        <w:spacing w:after="0" w:line="240" w:lineRule="auto"/>
        <w:ind w:firstLine="709"/>
        <w:rPr>
          <w:sz w:val="28"/>
          <w:szCs w:val="28"/>
          <w:lang w:val="ru-RU"/>
        </w:rPr>
      </w:pPr>
      <w:r>
        <w:rPr>
          <w:sz w:val="28"/>
          <w:szCs w:val="28"/>
          <w:lang w:val="ru-RU"/>
        </w:rPr>
        <w:t xml:space="preserve">22) </w:t>
      </w:r>
      <w:r w:rsidR="008B2948" w:rsidRPr="002E7D98">
        <w:rPr>
          <w:sz w:val="28"/>
          <w:szCs w:val="28"/>
          <w:lang w:val="ru-RU"/>
        </w:rPr>
        <w:t>Официальный сайт</w:t>
      </w:r>
      <w:r w:rsidR="00752C36">
        <w:rPr>
          <w:sz w:val="28"/>
          <w:szCs w:val="28"/>
          <w:lang w:val="ru-RU"/>
        </w:rPr>
        <w:t xml:space="preserve">- </w:t>
      </w:r>
      <w:r w:rsidR="008B2948" w:rsidRPr="002E7D98">
        <w:rPr>
          <w:sz w:val="28"/>
          <w:szCs w:val="28"/>
          <w:lang w:val="ru-RU"/>
        </w:rPr>
        <w:t>официальном Интернет-</w:t>
      </w:r>
      <w:r>
        <w:rPr>
          <w:sz w:val="28"/>
          <w:szCs w:val="28"/>
          <w:lang w:val="ru-RU"/>
        </w:rPr>
        <w:t xml:space="preserve">сайте </w:t>
      </w:r>
      <w:r w:rsidR="008B2948" w:rsidRPr="002E7D98">
        <w:rPr>
          <w:sz w:val="28"/>
          <w:szCs w:val="28"/>
          <w:lang w:val="ru-RU"/>
        </w:rPr>
        <w:t xml:space="preserve">Новоджерелиевского сельского поселения Брюховецкого муниципального района Краснодарского края </w:t>
      </w:r>
      <w:r w:rsidR="008B2948" w:rsidRPr="002E7D98">
        <w:rPr>
          <w:sz w:val="28"/>
          <w:szCs w:val="28"/>
        </w:rPr>
        <w:t>www</w:t>
      </w:r>
      <w:r w:rsidR="008B2948" w:rsidRPr="002E7D98">
        <w:rPr>
          <w:sz w:val="28"/>
          <w:szCs w:val="28"/>
          <w:lang w:val="ru-RU"/>
        </w:rPr>
        <w:t>.</w:t>
      </w:r>
      <w:r>
        <w:rPr>
          <w:sz w:val="28"/>
          <w:szCs w:val="28"/>
          <w:lang w:val="ru-RU"/>
        </w:rPr>
        <w:t>новоджерелиевская</w:t>
      </w:r>
      <w:r w:rsidR="008B2948" w:rsidRPr="002E7D98">
        <w:rPr>
          <w:sz w:val="28"/>
          <w:szCs w:val="28"/>
          <w:lang w:val="ru-RU"/>
        </w:rPr>
        <w:t>.</w:t>
      </w:r>
      <w:r>
        <w:rPr>
          <w:sz w:val="28"/>
          <w:szCs w:val="28"/>
          <w:lang w:val="ru-RU"/>
        </w:rPr>
        <w:t>рф;</w:t>
      </w:r>
    </w:p>
    <w:p w:rsidR="0077411A" w:rsidRPr="002E7D98" w:rsidRDefault="00A66DF6" w:rsidP="00A66DF6">
      <w:pPr>
        <w:spacing w:after="0" w:line="240" w:lineRule="auto"/>
        <w:ind w:firstLine="709"/>
        <w:jc w:val="both"/>
        <w:rPr>
          <w:sz w:val="28"/>
          <w:szCs w:val="28"/>
          <w:lang w:val="ru-RU"/>
        </w:rPr>
      </w:pPr>
      <w:r>
        <w:rPr>
          <w:sz w:val="28"/>
          <w:szCs w:val="28"/>
          <w:lang w:val="ru-RU"/>
        </w:rPr>
        <w:t xml:space="preserve">23) </w:t>
      </w:r>
      <w:r w:rsidR="008B2948" w:rsidRPr="002E7D98">
        <w:rPr>
          <w:sz w:val="28"/>
          <w:szCs w:val="28"/>
          <w:lang w:val="ru-RU"/>
        </w:rPr>
        <w:t>ЕГРН</w:t>
      </w:r>
      <w:r>
        <w:rPr>
          <w:sz w:val="28"/>
          <w:szCs w:val="28"/>
          <w:lang w:val="ru-RU"/>
        </w:rPr>
        <w:t xml:space="preserve">- </w:t>
      </w:r>
      <w:r w:rsidR="008B2948" w:rsidRPr="002E7D98">
        <w:rPr>
          <w:sz w:val="28"/>
          <w:szCs w:val="28"/>
          <w:lang w:val="ru-RU"/>
        </w:rPr>
        <w:t>Единый государственный реестр недвижимости о правоустанавливающих и (или) право удостоверяющих документах на объект (объекты) адресации</w:t>
      </w:r>
      <w:r w:rsidR="000C5D4E">
        <w:rPr>
          <w:sz w:val="28"/>
          <w:szCs w:val="28"/>
          <w:lang w:val="ru-RU"/>
        </w:rPr>
        <w:t>;</w:t>
      </w:r>
    </w:p>
    <w:p w:rsidR="0077411A" w:rsidRPr="002E7D98" w:rsidRDefault="000C5D4E" w:rsidP="00752C36">
      <w:pPr>
        <w:spacing w:after="0" w:line="240" w:lineRule="auto"/>
        <w:ind w:firstLine="709"/>
        <w:rPr>
          <w:sz w:val="28"/>
          <w:szCs w:val="28"/>
          <w:lang w:val="ru-RU"/>
        </w:rPr>
      </w:pPr>
      <w:r>
        <w:rPr>
          <w:sz w:val="28"/>
          <w:szCs w:val="28"/>
          <w:lang w:val="ru-RU"/>
        </w:rPr>
        <w:t xml:space="preserve">24) </w:t>
      </w:r>
      <w:r w:rsidR="008B2948" w:rsidRPr="002E7D98">
        <w:rPr>
          <w:sz w:val="28"/>
          <w:szCs w:val="28"/>
          <w:lang w:val="ru-RU"/>
        </w:rPr>
        <w:t>МФЦ</w:t>
      </w:r>
      <w:r>
        <w:rPr>
          <w:sz w:val="28"/>
          <w:szCs w:val="28"/>
          <w:lang w:val="ru-RU"/>
        </w:rPr>
        <w:t xml:space="preserve">- </w:t>
      </w:r>
      <w:r w:rsidR="008B2948" w:rsidRPr="002E7D98">
        <w:rPr>
          <w:sz w:val="28"/>
          <w:szCs w:val="28"/>
          <w:lang w:val="ru-RU"/>
        </w:rPr>
        <w:t xml:space="preserve">Государственное автономное учреждение Краснодарского края </w:t>
      </w:r>
      <w:r>
        <w:rPr>
          <w:sz w:val="28"/>
          <w:szCs w:val="28"/>
          <w:lang w:val="ru-RU"/>
        </w:rPr>
        <w:t>«</w:t>
      </w:r>
      <w:r w:rsidR="008B2948" w:rsidRPr="002E7D98">
        <w:rPr>
          <w:sz w:val="28"/>
          <w:szCs w:val="28"/>
          <w:lang w:val="ru-RU"/>
        </w:rPr>
        <w:t>Многофункциональный центр предоставления государственных и муниципальных услуг Краснодарского края</w:t>
      </w:r>
      <w:r>
        <w:rPr>
          <w:sz w:val="28"/>
          <w:szCs w:val="28"/>
          <w:lang w:val="ru-RU"/>
        </w:rPr>
        <w:t>»;</w:t>
      </w:r>
    </w:p>
    <w:p w:rsidR="0077411A" w:rsidRPr="002E7D98" w:rsidRDefault="000C5D4E" w:rsidP="000C5D4E">
      <w:pPr>
        <w:spacing w:after="0" w:line="240" w:lineRule="auto"/>
        <w:ind w:firstLine="709"/>
        <w:jc w:val="both"/>
        <w:rPr>
          <w:sz w:val="28"/>
          <w:szCs w:val="28"/>
          <w:lang w:val="ru-RU"/>
        </w:rPr>
      </w:pPr>
      <w:r>
        <w:rPr>
          <w:sz w:val="28"/>
          <w:szCs w:val="28"/>
          <w:lang w:val="ru-RU"/>
        </w:rPr>
        <w:t xml:space="preserve">25) </w:t>
      </w:r>
      <w:r w:rsidR="008B2948" w:rsidRPr="002E7D98">
        <w:rPr>
          <w:sz w:val="28"/>
          <w:szCs w:val="28"/>
          <w:lang w:val="ru-RU"/>
        </w:rPr>
        <w:t>АИС МФЦ</w:t>
      </w:r>
      <w:r>
        <w:rPr>
          <w:sz w:val="28"/>
          <w:szCs w:val="28"/>
          <w:lang w:val="ru-RU"/>
        </w:rPr>
        <w:t xml:space="preserve">- </w:t>
      </w:r>
      <w:r w:rsidR="008B2948" w:rsidRPr="002E7D98">
        <w:rPr>
          <w:sz w:val="28"/>
          <w:szCs w:val="28"/>
          <w:lang w:val="ru-RU"/>
        </w:rPr>
        <w:t xml:space="preserve">Автоматизированная информационная система ГАУ КК </w:t>
      </w:r>
      <w:r>
        <w:rPr>
          <w:sz w:val="28"/>
          <w:szCs w:val="28"/>
          <w:lang w:val="ru-RU"/>
        </w:rPr>
        <w:t>«</w:t>
      </w:r>
      <w:r w:rsidR="008B2948" w:rsidRPr="002E7D98">
        <w:rPr>
          <w:sz w:val="28"/>
          <w:szCs w:val="28"/>
          <w:lang w:val="ru-RU"/>
        </w:rPr>
        <w:t>МФЦ</w:t>
      </w:r>
      <w:r>
        <w:rPr>
          <w:sz w:val="28"/>
          <w:szCs w:val="28"/>
          <w:lang w:val="ru-RU"/>
        </w:rPr>
        <w:t>»;</w:t>
      </w:r>
    </w:p>
    <w:p w:rsidR="0077411A" w:rsidRPr="002E7D98" w:rsidRDefault="000C5D4E" w:rsidP="00752C36">
      <w:pPr>
        <w:spacing w:after="0" w:line="240" w:lineRule="auto"/>
        <w:ind w:firstLine="709"/>
        <w:rPr>
          <w:sz w:val="28"/>
          <w:szCs w:val="28"/>
          <w:lang w:val="ru-RU"/>
        </w:rPr>
      </w:pPr>
      <w:r>
        <w:rPr>
          <w:sz w:val="28"/>
          <w:szCs w:val="28"/>
          <w:lang w:val="ru-RU"/>
        </w:rPr>
        <w:t xml:space="preserve">26) </w:t>
      </w:r>
      <w:r w:rsidR="008B2948" w:rsidRPr="002E7D98">
        <w:rPr>
          <w:sz w:val="28"/>
          <w:szCs w:val="28"/>
          <w:lang w:val="ru-RU"/>
        </w:rPr>
        <w:t>ЕСНСИ</w:t>
      </w:r>
      <w:r>
        <w:rPr>
          <w:sz w:val="28"/>
          <w:szCs w:val="28"/>
          <w:lang w:val="ru-RU"/>
        </w:rPr>
        <w:t xml:space="preserve">- </w:t>
      </w:r>
      <w:r w:rsidR="008B2948" w:rsidRPr="002E7D98">
        <w:rPr>
          <w:sz w:val="28"/>
          <w:szCs w:val="28"/>
          <w:lang w:val="ru-RU"/>
        </w:rPr>
        <w:t>Единая система нормативно-справочной информации</w:t>
      </w:r>
      <w:r>
        <w:rPr>
          <w:sz w:val="28"/>
          <w:szCs w:val="28"/>
          <w:lang w:val="ru-RU"/>
        </w:rPr>
        <w:t>;</w:t>
      </w:r>
    </w:p>
    <w:p w:rsidR="0077411A" w:rsidRPr="002E7D98" w:rsidRDefault="000C5D4E" w:rsidP="000C5D4E">
      <w:pPr>
        <w:spacing w:after="0" w:line="240" w:lineRule="auto"/>
        <w:ind w:firstLine="709"/>
        <w:jc w:val="both"/>
        <w:rPr>
          <w:sz w:val="28"/>
          <w:szCs w:val="28"/>
          <w:lang w:val="ru-RU"/>
        </w:rPr>
      </w:pPr>
      <w:r>
        <w:rPr>
          <w:sz w:val="28"/>
          <w:szCs w:val="28"/>
          <w:lang w:val="ru-RU"/>
        </w:rPr>
        <w:t xml:space="preserve">27) </w:t>
      </w:r>
      <w:r w:rsidR="008B2948" w:rsidRPr="002E7D98">
        <w:rPr>
          <w:sz w:val="28"/>
          <w:szCs w:val="28"/>
          <w:lang w:val="ru-RU"/>
        </w:rPr>
        <w:t>Единая биометрическая система</w:t>
      </w:r>
      <w:r>
        <w:rPr>
          <w:sz w:val="28"/>
          <w:szCs w:val="28"/>
          <w:lang w:val="ru-RU"/>
        </w:rPr>
        <w:t xml:space="preserve"> - </w:t>
      </w:r>
      <w:r w:rsidR="008B2948" w:rsidRPr="002E7D98">
        <w:rPr>
          <w:sz w:val="28"/>
          <w:szCs w:val="28"/>
          <w:lang w:val="ru-RU"/>
        </w:rPr>
        <w:t>Единая информационная система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r w:rsidR="00E03B65">
        <w:rPr>
          <w:sz w:val="28"/>
          <w:szCs w:val="28"/>
          <w:lang w:val="ru-RU"/>
        </w:rPr>
        <w:t>;</w:t>
      </w:r>
    </w:p>
    <w:p w:rsidR="0077411A" w:rsidRPr="002E7D98" w:rsidRDefault="00E03B65" w:rsidP="00752C36">
      <w:pPr>
        <w:spacing w:after="0" w:line="240" w:lineRule="auto"/>
        <w:ind w:firstLine="709"/>
        <w:rPr>
          <w:sz w:val="28"/>
          <w:szCs w:val="28"/>
          <w:lang w:val="ru-RU"/>
        </w:rPr>
      </w:pPr>
      <w:r>
        <w:rPr>
          <w:sz w:val="28"/>
          <w:szCs w:val="28"/>
          <w:lang w:val="ru-RU"/>
        </w:rPr>
        <w:t xml:space="preserve">28) </w:t>
      </w:r>
      <w:r w:rsidR="008B2948" w:rsidRPr="002E7D98">
        <w:rPr>
          <w:sz w:val="28"/>
          <w:szCs w:val="28"/>
          <w:lang w:val="ru-RU"/>
        </w:rPr>
        <w:t>УКЭП</w:t>
      </w:r>
      <w:r>
        <w:rPr>
          <w:sz w:val="28"/>
          <w:szCs w:val="28"/>
          <w:lang w:val="ru-RU"/>
        </w:rPr>
        <w:t xml:space="preserve">- </w:t>
      </w:r>
      <w:r w:rsidR="008B2948" w:rsidRPr="002E7D98">
        <w:rPr>
          <w:sz w:val="28"/>
          <w:szCs w:val="28"/>
          <w:lang w:val="ru-RU"/>
        </w:rPr>
        <w:t>Усиленная квалифицированная электронная подпись</w:t>
      </w:r>
      <w:r>
        <w:rPr>
          <w:sz w:val="28"/>
          <w:szCs w:val="28"/>
          <w:lang w:val="ru-RU"/>
        </w:rPr>
        <w:t>;</w:t>
      </w:r>
    </w:p>
    <w:p w:rsidR="0077411A" w:rsidRPr="002E7D98" w:rsidRDefault="00E03B65" w:rsidP="00752C36">
      <w:pPr>
        <w:spacing w:after="0" w:line="240" w:lineRule="auto"/>
        <w:ind w:firstLine="709"/>
        <w:rPr>
          <w:sz w:val="28"/>
          <w:szCs w:val="28"/>
          <w:lang w:val="ru-RU"/>
        </w:rPr>
      </w:pPr>
      <w:r>
        <w:rPr>
          <w:sz w:val="28"/>
          <w:szCs w:val="28"/>
          <w:lang w:val="ru-RU"/>
        </w:rPr>
        <w:t xml:space="preserve">29) </w:t>
      </w:r>
      <w:r w:rsidR="008B2948" w:rsidRPr="002E7D98">
        <w:rPr>
          <w:sz w:val="28"/>
          <w:szCs w:val="28"/>
          <w:lang w:val="ru-RU"/>
        </w:rPr>
        <w:t>ЭП</w:t>
      </w:r>
      <w:r>
        <w:rPr>
          <w:sz w:val="28"/>
          <w:szCs w:val="28"/>
          <w:lang w:val="ru-RU"/>
        </w:rPr>
        <w:t xml:space="preserve">- </w:t>
      </w:r>
      <w:r w:rsidR="008B2948" w:rsidRPr="002E7D98">
        <w:rPr>
          <w:sz w:val="28"/>
          <w:szCs w:val="28"/>
          <w:lang w:val="ru-RU"/>
        </w:rPr>
        <w:t>Электронная подпись</w:t>
      </w:r>
      <w:r>
        <w:rPr>
          <w:sz w:val="28"/>
          <w:szCs w:val="28"/>
          <w:lang w:val="ru-RU"/>
        </w:rPr>
        <w:t>;</w:t>
      </w:r>
    </w:p>
    <w:p w:rsidR="0077411A" w:rsidRPr="002E7D98" w:rsidRDefault="00E03B65" w:rsidP="00752C36">
      <w:pPr>
        <w:spacing w:after="0" w:line="240" w:lineRule="auto"/>
        <w:ind w:firstLine="709"/>
        <w:rPr>
          <w:sz w:val="28"/>
          <w:szCs w:val="28"/>
          <w:lang w:val="ru-RU"/>
        </w:rPr>
      </w:pPr>
      <w:r>
        <w:rPr>
          <w:sz w:val="28"/>
          <w:szCs w:val="28"/>
          <w:lang w:val="ru-RU"/>
        </w:rPr>
        <w:t xml:space="preserve">30) </w:t>
      </w:r>
      <w:r w:rsidR="008B2948" w:rsidRPr="002E7D98">
        <w:rPr>
          <w:sz w:val="28"/>
          <w:szCs w:val="28"/>
        </w:rPr>
        <w:t>e</w:t>
      </w:r>
      <w:r w:rsidR="008B2948" w:rsidRPr="002E7D98">
        <w:rPr>
          <w:sz w:val="28"/>
          <w:szCs w:val="28"/>
          <w:lang w:val="ru-RU"/>
        </w:rPr>
        <w:t>-</w:t>
      </w:r>
      <w:r w:rsidR="008B2948" w:rsidRPr="002E7D98">
        <w:rPr>
          <w:sz w:val="28"/>
          <w:szCs w:val="28"/>
        </w:rPr>
        <w:t>mail</w:t>
      </w:r>
      <w:r>
        <w:rPr>
          <w:sz w:val="28"/>
          <w:szCs w:val="28"/>
          <w:lang w:val="ru-RU"/>
        </w:rPr>
        <w:t xml:space="preserve"> - </w:t>
      </w:r>
      <w:r w:rsidR="008B2948" w:rsidRPr="002E7D98">
        <w:rPr>
          <w:sz w:val="28"/>
          <w:szCs w:val="28"/>
          <w:lang w:val="ru-RU"/>
        </w:rPr>
        <w:t>Электронная почта</w:t>
      </w:r>
      <w:r>
        <w:rPr>
          <w:sz w:val="28"/>
          <w:szCs w:val="28"/>
          <w:lang w:val="ru-RU"/>
        </w:rPr>
        <w:t>;</w:t>
      </w:r>
    </w:p>
    <w:p w:rsidR="0077411A" w:rsidRPr="002E7D98" w:rsidRDefault="00E03B65" w:rsidP="00752C36">
      <w:pPr>
        <w:spacing w:after="0" w:line="240" w:lineRule="auto"/>
        <w:ind w:firstLine="709"/>
        <w:rPr>
          <w:sz w:val="28"/>
          <w:szCs w:val="28"/>
          <w:lang w:val="ru-RU"/>
        </w:rPr>
      </w:pPr>
      <w:r>
        <w:rPr>
          <w:sz w:val="28"/>
          <w:szCs w:val="28"/>
          <w:lang w:val="ru-RU"/>
        </w:rPr>
        <w:t xml:space="preserve">31) </w:t>
      </w:r>
      <w:r w:rsidR="008B2948" w:rsidRPr="002E7D98">
        <w:rPr>
          <w:sz w:val="28"/>
          <w:szCs w:val="28"/>
          <w:lang w:val="ru-RU"/>
        </w:rPr>
        <w:t>Федеральный закон № 210-ФЗ</w:t>
      </w:r>
      <w:r>
        <w:rPr>
          <w:sz w:val="28"/>
          <w:szCs w:val="28"/>
          <w:lang w:val="ru-RU"/>
        </w:rPr>
        <w:t>;</w:t>
      </w:r>
    </w:p>
    <w:p w:rsidR="0077411A" w:rsidRPr="002E7D98" w:rsidRDefault="00E03B65" w:rsidP="00752C36">
      <w:pPr>
        <w:spacing w:after="0" w:line="240" w:lineRule="auto"/>
        <w:ind w:firstLine="709"/>
        <w:rPr>
          <w:sz w:val="28"/>
          <w:szCs w:val="28"/>
          <w:lang w:val="ru-RU"/>
        </w:rPr>
      </w:pPr>
      <w:r>
        <w:rPr>
          <w:sz w:val="28"/>
          <w:szCs w:val="28"/>
          <w:lang w:val="ru-RU"/>
        </w:rPr>
        <w:t xml:space="preserve">32) </w:t>
      </w:r>
      <w:r w:rsidR="008B2948" w:rsidRPr="002E7D98">
        <w:rPr>
          <w:sz w:val="28"/>
          <w:szCs w:val="28"/>
          <w:lang w:val="ru-RU"/>
        </w:rPr>
        <w:t xml:space="preserve">Федерального закона от 27.07.2010 № 210-ФЗ </w:t>
      </w:r>
      <w:r>
        <w:rPr>
          <w:sz w:val="28"/>
          <w:szCs w:val="28"/>
          <w:lang w:val="ru-RU"/>
        </w:rPr>
        <w:t>«</w:t>
      </w:r>
      <w:r w:rsidR="008B2948" w:rsidRPr="002E7D98">
        <w:rPr>
          <w:sz w:val="28"/>
          <w:szCs w:val="28"/>
          <w:lang w:val="ru-RU"/>
        </w:rPr>
        <w:t>Об организации предоставления государственных и муниципальных услуг</w:t>
      </w:r>
      <w:r>
        <w:rPr>
          <w:sz w:val="28"/>
          <w:szCs w:val="28"/>
          <w:lang w:val="ru-RU"/>
        </w:rPr>
        <w:t>»;</w:t>
      </w:r>
    </w:p>
    <w:p w:rsidR="0077411A" w:rsidRPr="002E7D98" w:rsidRDefault="00E03B65" w:rsidP="00752C36">
      <w:pPr>
        <w:spacing w:after="0" w:line="240" w:lineRule="auto"/>
        <w:ind w:firstLine="709"/>
        <w:rPr>
          <w:sz w:val="28"/>
          <w:szCs w:val="28"/>
          <w:lang w:val="ru-RU"/>
        </w:rPr>
      </w:pPr>
      <w:r>
        <w:rPr>
          <w:sz w:val="28"/>
          <w:szCs w:val="28"/>
          <w:lang w:val="ru-RU"/>
        </w:rPr>
        <w:t xml:space="preserve">33) </w:t>
      </w:r>
      <w:r w:rsidR="008B2948" w:rsidRPr="002E7D98">
        <w:rPr>
          <w:sz w:val="28"/>
          <w:szCs w:val="28"/>
          <w:lang w:val="ru-RU"/>
        </w:rPr>
        <w:t>Федеральный закон № 820-ФЗ</w:t>
      </w:r>
      <w:r>
        <w:rPr>
          <w:sz w:val="28"/>
          <w:szCs w:val="28"/>
          <w:lang w:val="ru-RU"/>
        </w:rPr>
        <w:t>;</w:t>
      </w:r>
    </w:p>
    <w:p w:rsidR="0077411A" w:rsidRPr="002E7D98" w:rsidRDefault="00E03B65" w:rsidP="00E03B65">
      <w:pPr>
        <w:spacing w:after="0" w:line="240" w:lineRule="auto"/>
        <w:ind w:firstLine="709"/>
        <w:jc w:val="both"/>
        <w:rPr>
          <w:sz w:val="28"/>
          <w:szCs w:val="28"/>
          <w:lang w:val="ru-RU"/>
        </w:rPr>
      </w:pPr>
      <w:r>
        <w:rPr>
          <w:sz w:val="28"/>
          <w:szCs w:val="28"/>
          <w:lang w:val="ru-RU"/>
        </w:rPr>
        <w:t xml:space="preserve">34) </w:t>
      </w:r>
      <w:r w:rsidR="008B2948" w:rsidRPr="002E7D98">
        <w:rPr>
          <w:sz w:val="28"/>
          <w:szCs w:val="28"/>
          <w:lang w:val="ru-RU"/>
        </w:rPr>
        <w:t xml:space="preserve">Федеральный закон от 14.07.2018 № 820 </w:t>
      </w:r>
      <w:r>
        <w:rPr>
          <w:sz w:val="28"/>
          <w:szCs w:val="28"/>
          <w:lang w:val="ru-RU"/>
        </w:rPr>
        <w:t>«</w:t>
      </w:r>
      <w:r w:rsidR="008B2948" w:rsidRPr="002E7D98">
        <w:rPr>
          <w:sz w:val="28"/>
          <w:szCs w:val="28"/>
          <w:lang w:val="ru-RU"/>
        </w:rPr>
        <w:t xml:space="preserve">Об установлении требований к проведению идентификации гражданина Российской Федерации государственными органами и организациями, осуществляющими размещение в электронной форме в единой системе идентификации и аутентификации сведений, необходимых для регистрации гражданина Российской Федерации в указанной системе, и иных сведений, предусмотренных федеральными законами, а также размещающими сведения в единой информационной системе персональных </w:t>
      </w:r>
      <w:r w:rsidR="008B2948" w:rsidRPr="002E7D98">
        <w:rPr>
          <w:sz w:val="28"/>
          <w:szCs w:val="28"/>
          <w:lang w:val="ru-RU"/>
        </w:rPr>
        <w:lastRenderedPageBreak/>
        <w:t>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w:t>
      </w:r>
      <w:r>
        <w:rPr>
          <w:sz w:val="28"/>
          <w:szCs w:val="28"/>
          <w:lang w:val="ru-RU"/>
        </w:rPr>
        <w:t>»;</w:t>
      </w:r>
    </w:p>
    <w:p w:rsidR="0077411A" w:rsidRPr="002E7D98" w:rsidRDefault="00E03B65" w:rsidP="00752C36">
      <w:pPr>
        <w:spacing w:after="0" w:line="240" w:lineRule="auto"/>
        <w:ind w:firstLine="709"/>
        <w:rPr>
          <w:sz w:val="28"/>
          <w:szCs w:val="28"/>
          <w:lang w:val="ru-RU"/>
        </w:rPr>
      </w:pPr>
      <w:r>
        <w:rPr>
          <w:sz w:val="28"/>
          <w:szCs w:val="28"/>
          <w:lang w:val="ru-RU"/>
        </w:rPr>
        <w:t xml:space="preserve">35) </w:t>
      </w:r>
      <w:r w:rsidR="008B2948" w:rsidRPr="002E7D98">
        <w:rPr>
          <w:sz w:val="28"/>
          <w:szCs w:val="28"/>
          <w:lang w:val="ru-RU"/>
        </w:rPr>
        <w:t>Федеральный закон № 572-ФЗ</w:t>
      </w:r>
      <w:r>
        <w:rPr>
          <w:sz w:val="28"/>
          <w:szCs w:val="28"/>
          <w:lang w:val="ru-RU"/>
        </w:rPr>
        <w:t>;</w:t>
      </w:r>
    </w:p>
    <w:p w:rsidR="0077411A" w:rsidRPr="002E7D98" w:rsidRDefault="00E03B65" w:rsidP="00E03B65">
      <w:pPr>
        <w:spacing w:after="0" w:line="240" w:lineRule="auto"/>
        <w:ind w:firstLine="709"/>
        <w:jc w:val="both"/>
        <w:rPr>
          <w:sz w:val="28"/>
          <w:szCs w:val="28"/>
          <w:lang w:val="ru-RU"/>
        </w:rPr>
      </w:pPr>
      <w:r>
        <w:rPr>
          <w:sz w:val="28"/>
          <w:szCs w:val="28"/>
          <w:lang w:val="ru-RU"/>
        </w:rPr>
        <w:t xml:space="preserve">36) </w:t>
      </w:r>
      <w:r w:rsidR="008B2948" w:rsidRPr="002E7D98">
        <w:rPr>
          <w:sz w:val="28"/>
          <w:szCs w:val="28"/>
          <w:lang w:val="ru-RU"/>
        </w:rPr>
        <w:t xml:space="preserve">Федеральный закон от 29 декабря 2022 года № 572-ФЗ </w:t>
      </w:r>
      <w:r>
        <w:rPr>
          <w:sz w:val="28"/>
          <w:szCs w:val="28"/>
          <w:lang w:val="ru-RU"/>
        </w:rPr>
        <w:t>«</w:t>
      </w:r>
      <w:r w:rsidR="008B2948" w:rsidRPr="002E7D98">
        <w:rPr>
          <w:sz w:val="28"/>
          <w:szCs w:val="28"/>
          <w:lang w:val="ru-RU"/>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sz w:val="28"/>
          <w:szCs w:val="28"/>
          <w:lang w:val="ru-RU"/>
        </w:rPr>
        <w:t>».</w:t>
      </w:r>
    </w:p>
    <w:p w:rsidR="00E03B65" w:rsidRDefault="00E03B65" w:rsidP="002E7D98">
      <w:pPr>
        <w:spacing w:after="0" w:line="240" w:lineRule="auto"/>
        <w:rPr>
          <w:sz w:val="28"/>
          <w:szCs w:val="28"/>
          <w:lang w:val="ru-RU"/>
        </w:rPr>
      </w:pPr>
    </w:p>
    <w:p w:rsidR="00E03B65" w:rsidRDefault="00E03B65" w:rsidP="002E7D98">
      <w:pPr>
        <w:spacing w:after="0" w:line="240" w:lineRule="auto"/>
        <w:rPr>
          <w:sz w:val="28"/>
          <w:szCs w:val="28"/>
          <w:lang w:val="ru-RU"/>
        </w:rPr>
      </w:pPr>
    </w:p>
    <w:p w:rsidR="00E03B65" w:rsidRDefault="00E03B65" w:rsidP="002E7D98">
      <w:pPr>
        <w:spacing w:after="0" w:line="240" w:lineRule="auto"/>
        <w:rPr>
          <w:sz w:val="28"/>
          <w:szCs w:val="28"/>
          <w:lang w:val="ru-RU"/>
        </w:rPr>
      </w:pPr>
    </w:p>
    <w:p w:rsidR="00E03B65" w:rsidRDefault="00E03B65" w:rsidP="002E7D98">
      <w:pPr>
        <w:spacing w:after="0" w:line="240" w:lineRule="auto"/>
        <w:rPr>
          <w:sz w:val="28"/>
          <w:szCs w:val="28"/>
          <w:lang w:val="ru-RU"/>
        </w:rPr>
      </w:pPr>
      <w:r>
        <w:rPr>
          <w:sz w:val="28"/>
          <w:szCs w:val="28"/>
          <w:lang w:val="ru-RU"/>
        </w:rPr>
        <w:t>Глава</w:t>
      </w:r>
      <w:r w:rsidR="008B2948" w:rsidRPr="002E7D98">
        <w:rPr>
          <w:sz w:val="28"/>
          <w:szCs w:val="28"/>
          <w:lang w:val="ru-RU"/>
        </w:rPr>
        <w:t xml:space="preserve"> </w:t>
      </w:r>
    </w:p>
    <w:p w:rsidR="00E03B65" w:rsidRDefault="008B2948" w:rsidP="002E7D98">
      <w:pPr>
        <w:spacing w:after="0" w:line="240" w:lineRule="auto"/>
        <w:rPr>
          <w:sz w:val="28"/>
          <w:szCs w:val="28"/>
          <w:lang w:val="ru-RU"/>
        </w:rPr>
      </w:pPr>
      <w:r w:rsidRPr="002E7D98">
        <w:rPr>
          <w:sz w:val="28"/>
          <w:szCs w:val="28"/>
          <w:lang w:val="ru-RU"/>
        </w:rPr>
        <w:t>Новоджерелиевского</w:t>
      </w:r>
      <w:r w:rsidR="00E03B65">
        <w:rPr>
          <w:sz w:val="28"/>
          <w:szCs w:val="28"/>
          <w:lang w:val="ru-RU"/>
        </w:rPr>
        <w:t xml:space="preserve"> </w:t>
      </w:r>
      <w:r w:rsidRPr="002E7D98">
        <w:rPr>
          <w:sz w:val="28"/>
          <w:szCs w:val="28"/>
          <w:lang w:val="ru-RU"/>
        </w:rPr>
        <w:t>сельского поселения</w:t>
      </w:r>
    </w:p>
    <w:p w:rsidR="0077411A" w:rsidRPr="002E7D98" w:rsidRDefault="008B2948" w:rsidP="002E7D98">
      <w:pPr>
        <w:spacing w:after="0" w:line="240" w:lineRule="auto"/>
        <w:rPr>
          <w:sz w:val="28"/>
          <w:szCs w:val="28"/>
          <w:lang w:val="ru-RU"/>
        </w:rPr>
      </w:pPr>
      <w:r w:rsidRPr="002E7D98">
        <w:rPr>
          <w:sz w:val="28"/>
          <w:szCs w:val="28"/>
          <w:lang w:val="ru-RU"/>
        </w:rPr>
        <w:t>Брюховецкого муниципального района</w:t>
      </w:r>
    </w:p>
    <w:p w:rsidR="0077411A" w:rsidRPr="002E7D98" w:rsidRDefault="008B2948" w:rsidP="002E7D98">
      <w:pPr>
        <w:spacing w:after="0" w:line="240" w:lineRule="auto"/>
        <w:rPr>
          <w:sz w:val="28"/>
          <w:szCs w:val="28"/>
          <w:lang w:val="ru-RU"/>
        </w:rPr>
      </w:pPr>
      <w:r w:rsidRPr="002E7D98">
        <w:rPr>
          <w:sz w:val="28"/>
          <w:szCs w:val="28"/>
          <w:lang w:val="ru-RU"/>
        </w:rPr>
        <w:t>Краснодарского края</w:t>
      </w:r>
      <w:r w:rsidR="00E03B65">
        <w:rPr>
          <w:sz w:val="28"/>
          <w:szCs w:val="28"/>
          <w:lang w:val="ru-RU"/>
        </w:rPr>
        <w:t xml:space="preserve">                                                                           О.В. Ткаченко</w:t>
      </w: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AA41FC" w:rsidRDefault="00AA41FC" w:rsidP="002E7D98">
      <w:pPr>
        <w:spacing w:after="0" w:line="240" w:lineRule="auto"/>
        <w:rPr>
          <w:sz w:val="28"/>
          <w:szCs w:val="28"/>
          <w:lang w:val="ru-RU"/>
        </w:rPr>
        <w:sectPr w:rsidR="00AA41FC" w:rsidSect="00AA41FC">
          <w:pgSz w:w="12240" w:h="15840"/>
          <w:pgMar w:top="1134" w:right="567" w:bottom="1134" w:left="1701" w:header="709" w:footer="709" w:gutter="0"/>
          <w:pgNumType w:start="1"/>
          <w:cols w:space="720"/>
          <w:titlePg/>
          <w:docGrid w:linePitch="360"/>
        </w:sectPr>
      </w:pPr>
    </w:p>
    <w:p w:rsidR="00D30511" w:rsidRPr="002E7D98" w:rsidRDefault="00D30511" w:rsidP="00D30511">
      <w:pPr>
        <w:spacing w:after="0" w:line="240" w:lineRule="auto"/>
        <w:ind w:firstLine="5103"/>
        <w:rPr>
          <w:sz w:val="28"/>
          <w:szCs w:val="28"/>
          <w:lang w:val="ru-RU"/>
        </w:rPr>
      </w:pPr>
      <w:r w:rsidRPr="002E7D98">
        <w:rPr>
          <w:sz w:val="28"/>
          <w:szCs w:val="28"/>
          <w:lang w:val="ru-RU"/>
        </w:rPr>
        <w:lastRenderedPageBreak/>
        <w:t xml:space="preserve">ПРИЛОЖЕНИЕ </w:t>
      </w:r>
      <w:r>
        <w:rPr>
          <w:sz w:val="28"/>
          <w:szCs w:val="28"/>
          <w:lang w:val="ru-RU"/>
        </w:rPr>
        <w:t>№ 2</w:t>
      </w:r>
    </w:p>
    <w:p w:rsidR="00D30511" w:rsidRPr="002E7D98" w:rsidRDefault="00D30511" w:rsidP="00D30511">
      <w:pPr>
        <w:spacing w:after="0" w:line="240" w:lineRule="auto"/>
        <w:ind w:firstLine="5103"/>
        <w:rPr>
          <w:sz w:val="28"/>
          <w:szCs w:val="28"/>
          <w:lang w:val="ru-RU"/>
        </w:rPr>
      </w:pPr>
      <w:r w:rsidRPr="002E7D98">
        <w:rPr>
          <w:sz w:val="28"/>
          <w:szCs w:val="28"/>
          <w:lang w:val="ru-RU"/>
        </w:rPr>
        <w:t>к административному регламенту</w:t>
      </w:r>
    </w:p>
    <w:p w:rsidR="00D30511" w:rsidRPr="002E7D98" w:rsidRDefault="00D30511" w:rsidP="00D30511">
      <w:pPr>
        <w:spacing w:after="0" w:line="240" w:lineRule="auto"/>
        <w:ind w:firstLine="5103"/>
        <w:rPr>
          <w:sz w:val="28"/>
          <w:szCs w:val="28"/>
          <w:lang w:val="ru-RU"/>
        </w:rPr>
      </w:pPr>
      <w:r w:rsidRPr="002E7D98">
        <w:rPr>
          <w:sz w:val="28"/>
          <w:szCs w:val="28"/>
          <w:lang w:val="ru-RU"/>
        </w:rPr>
        <w:t>предоставления администрацией</w:t>
      </w:r>
    </w:p>
    <w:p w:rsidR="00D30511" w:rsidRDefault="00D30511" w:rsidP="00D30511">
      <w:pPr>
        <w:spacing w:after="0" w:line="240" w:lineRule="auto"/>
        <w:ind w:firstLine="5103"/>
        <w:rPr>
          <w:sz w:val="28"/>
          <w:szCs w:val="28"/>
          <w:lang w:val="ru-RU"/>
        </w:rPr>
      </w:pPr>
      <w:r w:rsidRPr="002E7D98">
        <w:rPr>
          <w:sz w:val="28"/>
          <w:szCs w:val="28"/>
          <w:lang w:val="ru-RU"/>
        </w:rPr>
        <w:t>Новоджерелиевского сельского</w:t>
      </w:r>
    </w:p>
    <w:p w:rsidR="00D30511" w:rsidRDefault="00D30511" w:rsidP="00D30511">
      <w:pPr>
        <w:spacing w:after="0" w:line="240" w:lineRule="auto"/>
        <w:ind w:firstLine="5103"/>
        <w:rPr>
          <w:sz w:val="28"/>
          <w:szCs w:val="28"/>
          <w:lang w:val="ru-RU"/>
        </w:rPr>
      </w:pPr>
      <w:r>
        <w:rPr>
          <w:sz w:val="28"/>
          <w:szCs w:val="28"/>
          <w:lang w:val="ru-RU"/>
        </w:rPr>
        <w:t>п</w:t>
      </w:r>
      <w:r w:rsidRPr="002E7D98">
        <w:rPr>
          <w:sz w:val="28"/>
          <w:szCs w:val="28"/>
          <w:lang w:val="ru-RU"/>
        </w:rPr>
        <w:t>оселения</w:t>
      </w:r>
      <w:r>
        <w:rPr>
          <w:sz w:val="28"/>
          <w:szCs w:val="28"/>
          <w:lang w:val="ru-RU"/>
        </w:rPr>
        <w:t xml:space="preserve"> Брюховецкого</w:t>
      </w:r>
    </w:p>
    <w:p w:rsidR="00D30511" w:rsidRPr="002E7D98" w:rsidRDefault="00D30511" w:rsidP="00D30511">
      <w:pPr>
        <w:spacing w:after="0" w:line="240" w:lineRule="auto"/>
        <w:ind w:firstLine="5103"/>
        <w:rPr>
          <w:sz w:val="28"/>
          <w:szCs w:val="28"/>
          <w:lang w:val="ru-RU"/>
        </w:rPr>
      </w:pPr>
      <w:r w:rsidRPr="002E7D98">
        <w:rPr>
          <w:sz w:val="28"/>
          <w:szCs w:val="28"/>
          <w:lang w:val="ru-RU"/>
        </w:rPr>
        <w:t>муниципального района</w:t>
      </w:r>
    </w:p>
    <w:p w:rsidR="00D30511" w:rsidRPr="002E7D98" w:rsidRDefault="00D30511" w:rsidP="00D30511">
      <w:pPr>
        <w:spacing w:after="0" w:line="240" w:lineRule="auto"/>
        <w:ind w:firstLine="5103"/>
        <w:rPr>
          <w:sz w:val="28"/>
          <w:szCs w:val="28"/>
          <w:lang w:val="ru-RU"/>
        </w:rPr>
      </w:pPr>
      <w:r w:rsidRPr="002E7D98">
        <w:rPr>
          <w:sz w:val="28"/>
          <w:szCs w:val="28"/>
          <w:lang w:val="ru-RU"/>
        </w:rPr>
        <w:t>Краснодарского края муниципальной</w:t>
      </w:r>
    </w:p>
    <w:p w:rsidR="001A55FF" w:rsidRDefault="00D30511" w:rsidP="001A55FF">
      <w:pPr>
        <w:spacing w:after="0" w:line="240" w:lineRule="auto"/>
        <w:ind w:firstLine="5103"/>
        <w:rPr>
          <w:sz w:val="28"/>
          <w:szCs w:val="28"/>
          <w:lang w:val="ru-RU"/>
        </w:rPr>
      </w:pPr>
      <w:r w:rsidRPr="002E7D98">
        <w:rPr>
          <w:sz w:val="28"/>
          <w:szCs w:val="28"/>
          <w:lang w:val="ru-RU"/>
        </w:rPr>
        <w:t xml:space="preserve">услуги </w:t>
      </w:r>
      <w:r>
        <w:rPr>
          <w:sz w:val="28"/>
          <w:szCs w:val="28"/>
          <w:lang w:val="ru-RU"/>
        </w:rPr>
        <w:t>«</w:t>
      </w:r>
      <w:r w:rsidR="001A55FF">
        <w:rPr>
          <w:sz w:val="28"/>
          <w:szCs w:val="28"/>
          <w:lang w:val="ru-RU"/>
        </w:rPr>
        <w:t>«</w:t>
      </w:r>
      <w:r w:rsidR="001A55FF" w:rsidRPr="002E7D98">
        <w:rPr>
          <w:sz w:val="28"/>
          <w:szCs w:val="28"/>
          <w:lang w:val="ru-RU"/>
        </w:rPr>
        <w:t>Присвоение, изменение и</w:t>
      </w:r>
    </w:p>
    <w:p w:rsidR="001A55FF" w:rsidRPr="002E7D98" w:rsidRDefault="001A55FF" w:rsidP="001A55FF">
      <w:pPr>
        <w:spacing w:after="0" w:line="240" w:lineRule="auto"/>
        <w:ind w:firstLine="5103"/>
        <w:rPr>
          <w:sz w:val="28"/>
          <w:szCs w:val="28"/>
          <w:lang w:val="ru-RU"/>
        </w:rPr>
      </w:pPr>
      <w:r w:rsidRPr="002E7D98">
        <w:rPr>
          <w:sz w:val="28"/>
          <w:szCs w:val="28"/>
          <w:lang w:val="ru-RU"/>
        </w:rPr>
        <w:t>аннулирование</w:t>
      </w:r>
      <w:r>
        <w:rPr>
          <w:sz w:val="28"/>
          <w:szCs w:val="28"/>
          <w:lang w:val="ru-RU"/>
        </w:rPr>
        <w:t xml:space="preserve"> адресов»</w:t>
      </w:r>
    </w:p>
    <w:p w:rsidR="00D30511" w:rsidRDefault="00D30511" w:rsidP="002E7D98">
      <w:pPr>
        <w:spacing w:after="0" w:line="240" w:lineRule="auto"/>
        <w:rPr>
          <w:sz w:val="28"/>
          <w:szCs w:val="28"/>
          <w:lang w:val="ru-RU"/>
        </w:rPr>
      </w:pPr>
    </w:p>
    <w:p w:rsidR="00D30511" w:rsidRDefault="00D30511" w:rsidP="002E7D98">
      <w:pPr>
        <w:spacing w:after="0" w:line="240" w:lineRule="auto"/>
        <w:rPr>
          <w:sz w:val="28"/>
          <w:szCs w:val="28"/>
          <w:lang w:val="ru-RU"/>
        </w:rPr>
      </w:pPr>
    </w:p>
    <w:p w:rsidR="0077411A" w:rsidRPr="00D30511" w:rsidRDefault="008B2948" w:rsidP="00D30511">
      <w:pPr>
        <w:spacing w:after="0" w:line="240" w:lineRule="auto"/>
        <w:jc w:val="center"/>
        <w:rPr>
          <w:b/>
          <w:sz w:val="28"/>
          <w:szCs w:val="28"/>
          <w:lang w:val="ru-RU"/>
        </w:rPr>
      </w:pPr>
      <w:r w:rsidRPr="00D30511">
        <w:rPr>
          <w:b/>
          <w:sz w:val="28"/>
          <w:szCs w:val="28"/>
          <w:lang w:val="ru-RU"/>
        </w:rPr>
        <w:t>Идентификаторы категорий (признаков) заявителя</w:t>
      </w:r>
    </w:p>
    <w:p w:rsidR="00D30511" w:rsidRDefault="00D30511" w:rsidP="002E7D98">
      <w:pPr>
        <w:spacing w:after="0" w:line="240" w:lineRule="auto"/>
        <w:rPr>
          <w:sz w:val="28"/>
          <w:szCs w:val="28"/>
          <w:lang w:val="ru-RU"/>
        </w:rPr>
      </w:pPr>
    </w:p>
    <w:p w:rsidR="0077411A" w:rsidRDefault="008B2948" w:rsidP="005D391E">
      <w:pPr>
        <w:spacing w:after="0" w:line="240" w:lineRule="auto"/>
        <w:jc w:val="center"/>
        <w:rPr>
          <w:sz w:val="28"/>
          <w:szCs w:val="28"/>
          <w:lang w:val="ru-RU"/>
        </w:rPr>
      </w:pPr>
      <w:r w:rsidRPr="002E7D98">
        <w:rPr>
          <w:sz w:val="28"/>
          <w:szCs w:val="28"/>
          <w:lang w:val="ru-RU"/>
        </w:rPr>
        <w:t>Перечень результатов предоставления муниципальной услуги</w:t>
      </w:r>
    </w:p>
    <w:p w:rsidR="005D391E" w:rsidRDefault="005D391E" w:rsidP="005D391E">
      <w:pPr>
        <w:spacing w:after="0" w:line="240" w:lineRule="auto"/>
        <w:jc w:val="right"/>
        <w:rPr>
          <w:sz w:val="28"/>
          <w:szCs w:val="28"/>
          <w:lang w:val="ru-RU"/>
        </w:rPr>
      </w:pPr>
    </w:p>
    <w:p w:rsidR="005D391E" w:rsidRPr="002E7D98" w:rsidRDefault="005D391E" w:rsidP="005D391E">
      <w:pPr>
        <w:spacing w:after="0" w:line="240" w:lineRule="auto"/>
        <w:jc w:val="right"/>
        <w:rPr>
          <w:sz w:val="28"/>
          <w:szCs w:val="28"/>
          <w:lang w:val="ru-RU"/>
        </w:rPr>
      </w:pPr>
      <w:r w:rsidRPr="002E7D98">
        <w:rPr>
          <w:sz w:val="28"/>
          <w:szCs w:val="28"/>
          <w:lang w:val="ru-RU"/>
        </w:rPr>
        <w:t>Таблица № 1</w:t>
      </w:r>
    </w:p>
    <w:tbl>
      <w:tblPr>
        <w:tblStyle w:val="aff0"/>
        <w:tblW w:w="0" w:type="auto"/>
        <w:tblLook w:val="04A0" w:firstRow="1" w:lastRow="0" w:firstColumn="1" w:lastColumn="0" w:noHBand="0" w:noVBand="1"/>
      </w:tblPr>
      <w:tblGrid>
        <w:gridCol w:w="1101"/>
        <w:gridCol w:w="9087"/>
      </w:tblGrid>
      <w:tr w:rsidR="008F0D9D" w:rsidTr="008F0D9D">
        <w:tc>
          <w:tcPr>
            <w:tcW w:w="1101" w:type="dxa"/>
          </w:tcPr>
          <w:p w:rsidR="008F0D9D" w:rsidRDefault="008F0D9D" w:rsidP="005D391E">
            <w:pPr>
              <w:rPr>
                <w:sz w:val="28"/>
                <w:szCs w:val="28"/>
                <w:lang w:val="ru-RU"/>
              </w:rPr>
            </w:pPr>
            <w:r>
              <w:rPr>
                <w:sz w:val="28"/>
                <w:szCs w:val="28"/>
                <w:lang w:val="ru-RU"/>
              </w:rPr>
              <w:t>№ пп</w:t>
            </w:r>
          </w:p>
        </w:tc>
        <w:tc>
          <w:tcPr>
            <w:tcW w:w="9087" w:type="dxa"/>
          </w:tcPr>
          <w:p w:rsidR="008F0D9D" w:rsidRDefault="008F0D9D" w:rsidP="005D391E">
            <w:pPr>
              <w:rPr>
                <w:sz w:val="28"/>
                <w:szCs w:val="28"/>
                <w:lang w:val="ru-RU"/>
              </w:rPr>
            </w:pPr>
            <w:r>
              <w:rPr>
                <w:sz w:val="28"/>
                <w:szCs w:val="28"/>
                <w:lang w:val="ru-RU"/>
              </w:rPr>
              <w:t>Перечень результатов</w:t>
            </w:r>
          </w:p>
        </w:tc>
      </w:tr>
      <w:tr w:rsidR="008F0D9D" w:rsidRPr="00AA41FC" w:rsidTr="008F0D9D">
        <w:tc>
          <w:tcPr>
            <w:tcW w:w="1101" w:type="dxa"/>
          </w:tcPr>
          <w:p w:rsidR="008F0D9D" w:rsidRDefault="008F0D9D" w:rsidP="005D391E">
            <w:pPr>
              <w:rPr>
                <w:sz w:val="28"/>
                <w:szCs w:val="28"/>
                <w:lang w:val="ru-RU"/>
              </w:rPr>
            </w:pPr>
            <w:r>
              <w:rPr>
                <w:sz w:val="28"/>
                <w:szCs w:val="28"/>
                <w:lang w:val="ru-RU"/>
              </w:rPr>
              <w:t>1.</w:t>
            </w:r>
          </w:p>
        </w:tc>
        <w:tc>
          <w:tcPr>
            <w:tcW w:w="9087" w:type="dxa"/>
          </w:tcPr>
          <w:p w:rsidR="008F0D9D" w:rsidRDefault="008F0D9D" w:rsidP="008F0D9D">
            <w:pPr>
              <w:jc w:val="both"/>
              <w:rPr>
                <w:sz w:val="28"/>
                <w:szCs w:val="28"/>
                <w:lang w:val="ru-RU"/>
              </w:rPr>
            </w:pPr>
            <w:r w:rsidRPr="002E7D98">
              <w:rPr>
                <w:sz w:val="28"/>
                <w:szCs w:val="28"/>
                <w:lang w:val="ru-RU"/>
              </w:rPr>
              <w:t>Присвоение, изменение и аннулирование адресов</w:t>
            </w:r>
            <w:r>
              <w:rPr>
                <w:sz w:val="28"/>
                <w:szCs w:val="28"/>
                <w:lang w:val="ru-RU"/>
              </w:rPr>
              <w:t>.</w:t>
            </w:r>
          </w:p>
        </w:tc>
      </w:tr>
      <w:tr w:rsidR="008F0D9D" w:rsidRPr="00AA41FC" w:rsidTr="008F0D9D">
        <w:tc>
          <w:tcPr>
            <w:tcW w:w="1101" w:type="dxa"/>
          </w:tcPr>
          <w:p w:rsidR="008F0D9D" w:rsidRDefault="008F0D9D" w:rsidP="005D391E">
            <w:pPr>
              <w:rPr>
                <w:sz w:val="28"/>
                <w:szCs w:val="28"/>
                <w:lang w:val="ru-RU"/>
              </w:rPr>
            </w:pPr>
            <w:r>
              <w:rPr>
                <w:sz w:val="28"/>
                <w:szCs w:val="28"/>
                <w:lang w:val="ru-RU"/>
              </w:rPr>
              <w:t>2.</w:t>
            </w:r>
          </w:p>
        </w:tc>
        <w:tc>
          <w:tcPr>
            <w:tcW w:w="9087" w:type="dxa"/>
          </w:tcPr>
          <w:p w:rsidR="008F0D9D" w:rsidRDefault="008F0D9D" w:rsidP="008F0D9D">
            <w:pPr>
              <w:jc w:val="both"/>
              <w:rPr>
                <w:sz w:val="28"/>
                <w:szCs w:val="28"/>
                <w:lang w:val="ru-RU"/>
              </w:rPr>
            </w:pPr>
            <w:r w:rsidRPr="002E7D98">
              <w:rPr>
                <w:sz w:val="28"/>
                <w:szCs w:val="28"/>
                <w:lang w:val="ru-RU"/>
              </w:rPr>
              <w:t>Постановление администрации Новоджерелиевского сельского поселения Брюховецкого муниципального района Краснодарского края</w:t>
            </w:r>
            <w:r>
              <w:rPr>
                <w:sz w:val="28"/>
                <w:szCs w:val="28"/>
                <w:lang w:val="ru-RU"/>
              </w:rPr>
              <w:t>.</w:t>
            </w:r>
          </w:p>
        </w:tc>
      </w:tr>
      <w:tr w:rsidR="008F0D9D" w:rsidRPr="00AA41FC" w:rsidTr="008F0D9D">
        <w:tc>
          <w:tcPr>
            <w:tcW w:w="1101" w:type="dxa"/>
          </w:tcPr>
          <w:p w:rsidR="008F0D9D" w:rsidRDefault="008F0D9D" w:rsidP="005D391E">
            <w:pPr>
              <w:rPr>
                <w:sz w:val="28"/>
                <w:szCs w:val="28"/>
                <w:lang w:val="ru-RU"/>
              </w:rPr>
            </w:pPr>
            <w:r>
              <w:rPr>
                <w:sz w:val="28"/>
                <w:szCs w:val="28"/>
                <w:lang w:val="ru-RU"/>
              </w:rPr>
              <w:t>3.</w:t>
            </w:r>
          </w:p>
        </w:tc>
        <w:tc>
          <w:tcPr>
            <w:tcW w:w="9087" w:type="dxa"/>
          </w:tcPr>
          <w:p w:rsidR="008F0D9D" w:rsidRDefault="008F0D9D" w:rsidP="008F0D9D">
            <w:pPr>
              <w:jc w:val="both"/>
              <w:rPr>
                <w:sz w:val="28"/>
                <w:szCs w:val="28"/>
                <w:lang w:val="ru-RU"/>
              </w:rPr>
            </w:pPr>
            <w:r w:rsidRPr="002E7D98">
              <w:rPr>
                <w:sz w:val="28"/>
                <w:szCs w:val="28"/>
                <w:lang w:val="ru-RU"/>
              </w:rPr>
              <w:t>Решение администрации Новоджерелиевского сельского поселения Брюховецкого муниципального района Краснодарского края об отказе в предоставлении услуги</w:t>
            </w:r>
            <w:r>
              <w:rPr>
                <w:sz w:val="28"/>
                <w:szCs w:val="28"/>
                <w:lang w:val="ru-RU"/>
              </w:rPr>
              <w:t>.</w:t>
            </w:r>
          </w:p>
        </w:tc>
      </w:tr>
      <w:tr w:rsidR="008F0D9D" w:rsidRPr="00AA41FC" w:rsidTr="008F0D9D">
        <w:tc>
          <w:tcPr>
            <w:tcW w:w="1101" w:type="dxa"/>
          </w:tcPr>
          <w:p w:rsidR="008F0D9D" w:rsidRDefault="008F0D9D" w:rsidP="005D391E">
            <w:pPr>
              <w:rPr>
                <w:sz w:val="28"/>
                <w:szCs w:val="28"/>
                <w:lang w:val="ru-RU"/>
              </w:rPr>
            </w:pPr>
            <w:r>
              <w:rPr>
                <w:sz w:val="28"/>
                <w:szCs w:val="28"/>
                <w:lang w:val="ru-RU"/>
              </w:rPr>
              <w:t>4.</w:t>
            </w:r>
          </w:p>
        </w:tc>
        <w:tc>
          <w:tcPr>
            <w:tcW w:w="9087" w:type="dxa"/>
          </w:tcPr>
          <w:p w:rsidR="008F0D9D" w:rsidRPr="002E7D98" w:rsidRDefault="008F0D9D" w:rsidP="008F0D9D">
            <w:pPr>
              <w:jc w:val="both"/>
              <w:rPr>
                <w:sz w:val="28"/>
                <w:szCs w:val="28"/>
                <w:lang w:val="ru-RU"/>
              </w:rPr>
            </w:pPr>
            <w:r w:rsidRPr="002E7D98">
              <w:rPr>
                <w:sz w:val="28"/>
                <w:szCs w:val="28"/>
                <w:lang w:val="ru-RU"/>
              </w:rPr>
              <w:t>Исправление допущенных опечаток и ошибок в выданном ранее решении</w:t>
            </w:r>
            <w:r>
              <w:rPr>
                <w:sz w:val="28"/>
                <w:szCs w:val="28"/>
                <w:lang w:val="ru-RU"/>
              </w:rPr>
              <w:t>.</w:t>
            </w:r>
          </w:p>
        </w:tc>
      </w:tr>
      <w:tr w:rsidR="008F0D9D" w:rsidRPr="00AA41FC" w:rsidTr="008F0D9D">
        <w:tc>
          <w:tcPr>
            <w:tcW w:w="1101" w:type="dxa"/>
          </w:tcPr>
          <w:p w:rsidR="008F0D9D" w:rsidRDefault="008F0D9D" w:rsidP="005D391E">
            <w:pPr>
              <w:rPr>
                <w:sz w:val="28"/>
                <w:szCs w:val="28"/>
                <w:lang w:val="ru-RU"/>
              </w:rPr>
            </w:pPr>
            <w:r>
              <w:rPr>
                <w:sz w:val="28"/>
                <w:szCs w:val="28"/>
                <w:lang w:val="ru-RU"/>
              </w:rPr>
              <w:t>5.</w:t>
            </w:r>
          </w:p>
        </w:tc>
        <w:tc>
          <w:tcPr>
            <w:tcW w:w="9087" w:type="dxa"/>
          </w:tcPr>
          <w:p w:rsidR="008F0D9D" w:rsidRPr="002E7D98" w:rsidRDefault="008F0D9D" w:rsidP="008F0D9D">
            <w:pPr>
              <w:jc w:val="both"/>
              <w:rPr>
                <w:sz w:val="28"/>
                <w:szCs w:val="28"/>
                <w:lang w:val="ru-RU"/>
              </w:rPr>
            </w:pPr>
            <w:r w:rsidRPr="002E7D98">
              <w:rPr>
                <w:sz w:val="28"/>
                <w:szCs w:val="28"/>
                <w:lang w:val="ru-RU"/>
              </w:rPr>
              <w:t>Исправленный документ без опечаток и ошибок взамен ранее выданного решения</w:t>
            </w:r>
            <w:r>
              <w:rPr>
                <w:sz w:val="28"/>
                <w:szCs w:val="28"/>
                <w:lang w:val="ru-RU"/>
              </w:rPr>
              <w:t>.</w:t>
            </w:r>
          </w:p>
        </w:tc>
      </w:tr>
      <w:tr w:rsidR="008F0D9D" w:rsidRPr="00AA41FC" w:rsidTr="008F0D9D">
        <w:tc>
          <w:tcPr>
            <w:tcW w:w="1101" w:type="dxa"/>
          </w:tcPr>
          <w:p w:rsidR="008F0D9D" w:rsidRDefault="008F0D9D" w:rsidP="005D391E">
            <w:pPr>
              <w:rPr>
                <w:sz w:val="28"/>
                <w:szCs w:val="28"/>
                <w:lang w:val="ru-RU"/>
              </w:rPr>
            </w:pPr>
            <w:r>
              <w:rPr>
                <w:sz w:val="28"/>
                <w:szCs w:val="28"/>
                <w:lang w:val="ru-RU"/>
              </w:rPr>
              <w:t>6.</w:t>
            </w:r>
          </w:p>
        </w:tc>
        <w:tc>
          <w:tcPr>
            <w:tcW w:w="9087" w:type="dxa"/>
          </w:tcPr>
          <w:p w:rsidR="008F0D9D" w:rsidRPr="002E7D98" w:rsidRDefault="008F0D9D" w:rsidP="008F0D9D">
            <w:pPr>
              <w:jc w:val="both"/>
              <w:rPr>
                <w:sz w:val="28"/>
                <w:szCs w:val="28"/>
                <w:lang w:val="ru-RU"/>
              </w:rPr>
            </w:pPr>
            <w:r w:rsidRPr="002E7D98">
              <w:rPr>
                <w:sz w:val="28"/>
                <w:szCs w:val="28"/>
                <w:lang w:val="ru-RU"/>
              </w:rPr>
              <w:t>Письмо администрации Новоджерелиевского сельского поселения Брюховецкого муниципального района Краснодарского края об отказе в исправлении опечаток и ошибок в ранее выданном решении</w:t>
            </w:r>
            <w:r>
              <w:rPr>
                <w:sz w:val="28"/>
                <w:szCs w:val="28"/>
                <w:lang w:val="ru-RU"/>
              </w:rPr>
              <w:t>.</w:t>
            </w:r>
          </w:p>
        </w:tc>
      </w:tr>
      <w:tr w:rsidR="008F0D9D" w:rsidTr="008F0D9D">
        <w:tc>
          <w:tcPr>
            <w:tcW w:w="1101" w:type="dxa"/>
          </w:tcPr>
          <w:p w:rsidR="008F0D9D" w:rsidRDefault="008F0D9D" w:rsidP="005D391E">
            <w:pPr>
              <w:rPr>
                <w:sz w:val="28"/>
                <w:szCs w:val="28"/>
                <w:lang w:val="ru-RU"/>
              </w:rPr>
            </w:pPr>
            <w:r>
              <w:rPr>
                <w:sz w:val="28"/>
                <w:szCs w:val="28"/>
                <w:lang w:val="ru-RU"/>
              </w:rPr>
              <w:t>7.</w:t>
            </w:r>
          </w:p>
        </w:tc>
        <w:tc>
          <w:tcPr>
            <w:tcW w:w="9087" w:type="dxa"/>
          </w:tcPr>
          <w:p w:rsidR="008F0D9D" w:rsidRPr="002E7D98" w:rsidRDefault="008F0D9D" w:rsidP="008F0D9D">
            <w:pPr>
              <w:jc w:val="both"/>
              <w:rPr>
                <w:sz w:val="28"/>
                <w:szCs w:val="28"/>
                <w:lang w:val="ru-RU"/>
              </w:rPr>
            </w:pPr>
            <w:r w:rsidRPr="002E7D98">
              <w:rPr>
                <w:sz w:val="28"/>
                <w:szCs w:val="28"/>
                <w:lang w:val="ru-RU"/>
              </w:rPr>
              <w:t>Выдача дубликата документа</w:t>
            </w:r>
            <w:r>
              <w:rPr>
                <w:sz w:val="28"/>
                <w:szCs w:val="28"/>
                <w:lang w:val="ru-RU"/>
              </w:rPr>
              <w:t>.</w:t>
            </w:r>
          </w:p>
        </w:tc>
      </w:tr>
      <w:tr w:rsidR="008F0D9D" w:rsidTr="008F0D9D">
        <w:tc>
          <w:tcPr>
            <w:tcW w:w="1101" w:type="dxa"/>
          </w:tcPr>
          <w:p w:rsidR="008F0D9D" w:rsidRDefault="008F0D9D" w:rsidP="005D391E">
            <w:pPr>
              <w:rPr>
                <w:sz w:val="28"/>
                <w:szCs w:val="28"/>
                <w:lang w:val="ru-RU"/>
              </w:rPr>
            </w:pPr>
            <w:r>
              <w:rPr>
                <w:sz w:val="28"/>
                <w:szCs w:val="28"/>
                <w:lang w:val="ru-RU"/>
              </w:rPr>
              <w:t>8.</w:t>
            </w:r>
          </w:p>
        </w:tc>
        <w:tc>
          <w:tcPr>
            <w:tcW w:w="9087" w:type="dxa"/>
          </w:tcPr>
          <w:p w:rsidR="008F0D9D" w:rsidRPr="002E7D98" w:rsidRDefault="008F0D9D" w:rsidP="008F0D9D">
            <w:pPr>
              <w:jc w:val="both"/>
              <w:rPr>
                <w:sz w:val="28"/>
                <w:szCs w:val="28"/>
                <w:lang w:val="ru-RU"/>
              </w:rPr>
            </w:pPr>
            <w:r w:rsidRPr="002E7D98">
              <w:rPr>
                <w:sz w:val="28"/>
                <w:szCs w:val="28"/>
                <w:lang w:val="ru-RU"/>
              </w:rPr>
              <w:t>Дубликат документа</w:t>
            </w:r>
            <w:r>
              <w:rPr>
                <w:sz w:val="28"/>
                <w:szCs w:val="28"/>
                <w:lang w:val="ru-RU"/>
              </w:rPr>
              <w:t>.</w:t>
            </w:r>
          </w:p>
        </w:tc>
      </w:tr>
      <w:tr w:rsidR="008F0D9D" w:rsidRPr="00AA41FC" w:rsidTr="008F0D9D">
        <w:tc>
          <w:tcPr>
            <w:tcW w:w="1101" w:type="dxa"/>
          </w:tcPr>
          <w:p w:rsidR="008F0D9D" w:rsidRDefault="008F0D9D" w:rsidP="005D391E">
            <w:pPr>
              <w:rPr>
                <w:sz w:val="28"/>
                <w:szCs w:val="28"/>
                <w:lang w:val="ru-RU"/>
              </w:rPr>
            </w:pPr>
            <w:r>
              <w:rPr>
                <w:sz w:val="28"/>
                <w:szCs w:val="28"/>
                <w:lang w:val="ru-RU"/>
              </w:rPr>
              <w:t>9.</w:t>
            </w:r>
          </w:p>
        </w:tc>
        <w:tc>
          <w:tcPr>
            <w:tcW w:w="9087" w:type="dxa"/>
          </w:tcPr>
          <w:p w:rsidR="008F0D9D" w:rsidRPr="002E7D98" w:rsidRDefault="008F0D9D" w:rsidP="008F0D9D">
            <w:pPr>
              <w:jc w:val="both"/>
              <w:rPr>
                <w:sz w:val="28"/>
                <w:szCs w:val="28"/>
                <w:lang w:val="ru-RU"/>
              </w:rPr>
            </w:pPr>
            <w:r w:rsidRPr="002E7D98">
              <w:rPr>
                <w:sz w:val="28"/>
                <w:szCs w:val="28"/>
                <w:lang w:val="ru-RU"/>
              </w:rPr>
              <w:t>Письмо администрации Новоджерелиевского сельского поселения Брюховецкого муниципального района Краснодарского края об отказе в выдаче дубликата документа</w:t>
            </w:r>
            <w:r>
              <w:rPr>
                <w:sz w:val="28"/>
                <w:szCs w:val="28"/>
                <w:lang w:val="ru-RU"/>
              </w:rPr>
              <w:t>.</w:t>
            </w:r>
          </w:p>
        </w:tc>
      </w:tr>
    </w:tbl>
    <w:p w:rsidR="00AD4176" w:rsidRDefault="00AD4176" w:rsidP="005D391E">
      <w:pPr>
        <w:spacing w:after="0" w:line="240" w:lineRule="auto"/>
        <w:jc w:val="right"/>
        <w:rPr>
          <w:sz w:val="28"/>
          <w:szCs w:val="28"/>
          <w:lang w:val="ru-RU"/>
        </w:rPr>
      </w:pPr>
    </w:p>
    <w:p w:rsidR="005C7C30" w:rsidRDefault="005C7C30" w:rsidP="005D391E">
      <w:pPr>
        <w:spacing w:after="0" w:line="240" w:lineRule="auto"/>
        <w:jc w:val="center"/>
        <w:rPr>
          <w:sz w:val="28"/>
          <w:szCs w:val="28"/>
          <w:lang w:val="ru-RU"/>
        </w:rPr>
      </w:pPr>
    </w:p>
    <w:p w:rsidR="0077411A" w:rsidRPr="002E7D98" w:rsidRDefault="008B2948" w:rsidP="005D391E">
      <w:pPr>
        <w:spacing w:after="0" w:line="240" w:lineRule="auto"/>
        <w:jc w:val="center"/>
        <w:rPr>
          <w:sz w:val="28"/>
          <w:szCs w:val="28"/>
          <w:lang w:val="ru-RU"/>
        </w:rPr>
      </w:pPr>
      <w:r w:rsidRPr="002E7D98">
        <w:rPr>
          <w:sz w:val="28"/>
          <w:szCs w:val="28"/>
          <w:lang w:val="ru-RU"/>
        </w:rPr>
        <w:t>Перечень отдельных признаков заявителей</w:t>
      </w:r>
    </w:p>
    <w:p w:rsidR="005D391E" w:rsidRPr="002E7D98" w:rsidRDefault="005D391E" w:rsidP="005D391E">
      <w:pPr>
        <w:spacing w:after="0" w:line="240" w:lineRule="auto"/>
        <w:jc w:val="right"/>
        <w:rPr>
          <w:sz w:val="28"/>
          <w:szCs w:val="28"/>
          <w:lang w:val="ru-RU"/>
        </w:rPr>
      </w:pPr>
      <w:r w:rsidRPr="002E7D98">
        <w:rPr>
          <w:sz w:val="28"/>
          <w:szCs w:val="28"/>
          <w:lang w:val="ru-RU"/>
        </w:rPr>
        <w:t>Таблица № 2</w:t>
      </w:r>
    </w:p>
    <w:p w:rsidR="005D391E" w:rsidRDefault="005D391E" w:rsidP="005D391E">
      <w:pPr>
        <w:pStyle w:val="aff9"/>
        <w:jc w:val="right"/>
      </w:pPr>
    </w:p>
    <w:tbl>
      <w:tblPr>
        <w:tblW w:w="9649" w:type="dxa"/>
        <w:tblLayout w:type="fixed"/>
        <w:tblCellMar>
          <w:left w:w="10" w:type="dxa"/>
          <w:right w:w="10" w:type="dxa"/>
        </w:tblCellMar>
        <w:tblLook w:val="04A0" w:firstRow="1" w:lastRow="0" w:firstColumn="1" w:lastColumn="0" w:noHBand="0" w:noVBand="1"/>
      </w:tblPr>
      <w:tblGrid>
        <w:gridCol w:w="1003"/>
        <w:gridCol w:w="3260"/>
        <w:gridCol w:w="5386"/>
      </w:tblGrid>
      <w:tr w:rsidR="005D391E" w:rsidRPr="005D391E" w:rsidTr="008F0D9D">
        <w:tc>
          <w:tcPr>
            <w:tcW w:w="1003" w:type="dxa"/>
            <w:tcBorders>
              <w:top w:val="single" w:sz="2" w:space="0" w:color="000000"/>
              <w:left w:val="single" w:sz="2" w:space="0" w:color="000000"/>
              <w:bottom w:val="single" w:sz="2" w:space="0" w:color="000000"/>
              <w:right w:val="single" w:sz="2" w:space="0" w:color="000000"/>
            </w:tcBorders>
          </w:tcPr>
          <w:p w:rsidR="005D391E" w:rsidRPr="005D391E" w:rsidRDefault="005D391E" w:rsidP="005D391E">
            <w:pPr>
              <w:pStyle w:val="aff9"/>
              <w:ind w:firstLine="567"/>
              <w:rPr>
                <w:sz w:val="28"/>
                <w:szCs w:val="28"/>
              </w:rPr>
            </w:pPr>
            <w:r w:rsidRPr="005D391E">
              <w:rPr>
                <w:sz w:val="28"/>
                <w:szCs w:val="28"/>
              </w:rPr>
              <w:t>№ </w:t>
            </w:r>
            <w:r w:rsidRPr="005D391E">
              <w:rPr>
                <w:sz w:val="28"/>
                <w:szCs w:val="28"/>
              </w:rPr>
              <w:lastRenderedPageBreak/>
              <w:t>п/п</w:t>
            </w:r>
          </w:p>
        </w:tc>
        <w:tc>
          <w:tcPr>
            <w:tcW w:w="3260" w:type="dxa"/>
            <w:tcBorders>
              <w:top w:val="single" w:sz="2" w:space="0" w:color="000000"/>
              <w:bottom w:val="single" w:sz="2" w:space="0" w:color="000000"/>
              <w:right w:val="single" w:sz="2" w:space="0" w:color="000000"/>
            </w:tcBorders>
          </w:tcPr>
          <w:p w:rsidR="005D391E" w:rsidRPr="005D391E" w:rsidRDefault="005D391E" w:rsidP="005D391E">
            <w:pPr>
              <w:pStyle w:val="aff9"/>
              <w:ind w:firstLine="567"/>
              <w:rPr>
                <w:sz w:val="28"/>
                <w:szCs w:val="28"/>
              </w:rPr>
            </w:pPr>
            <w:r w:rsidRPr="005D391E">
              <w:rPr>
                <w:sz w:val="28"/>
                <w:szCs w:val="28"/>
              </w:rPr>
              <w:lastRenderedPageBreak/>
              <w:t>Признак</w:t>
            </w:r>
            <w:r>
              <w:rPr>
                <w:sz w:val="28"/>
                <w:szCs w:val="28"/>
              </w:rPr>
              <w:t xml:space="preserve"> </w:t>
            </w:r>
            <w:r w:rsidRPr="005D391E">
              <w:rPr>
                <w:sz w:val="28"/>
                <w:szCs w:val="28"/>
              </w:rPr>
              <w:t>заявителя</w:t>
            </w:r>
          </w:p>
        </w:tc>
        <w:tc>
          <w:tcPr>
            <w:tcW w:w="5386" w:type="dxa"/>
            <w:tcBorders>
              <w:top w:val="single" w:sz="2" w:space="0" w:color="000000"/>
              <w:bottom w:val="single" w:sz="2" w:space="0" w:color="000000"/>
              <w:right w:val="single" w:sz="2" w:space="0" w:color="000000"/>
            </w:tcBorders>
          </w:tcPr>
          <w:p w:rsidR="005D391E" w:rsidRPr="005D391E" w:rsidRDefault="005D391E" w:rsidP="005D391E">
            <w:pPr>
              <w:pStyle w:val="aff9"/>
              <w:ind w:firstLine="567"/>
              <w:rPr>
                <w:sz w:val="28"/>
                <w:szCs w:val="28"/>
              </w:rPr>
            </w:pPr>
            <w:r w:rsidRPr="005D391E">
              <w:rPr>
                <w:sz w:val="28"/>
                <w:szCs w:val="28"/>
              </w:rPr>
              <w:t>Значения признака заявителя</w:t>
            </w:r>
          </w:p>
        </w:tc>
      </w:tr>
      <w:tr w:rsidR="005D391E" w:rsidRPr="00AA41FC" w:rsidTr="005D391E">
        <w:tc>
          <w:tcPr>
            <w:tcW w:w="9649" w:type="dxa"/>
            <w:gridSpan w:val="3"/>
            <w:tcBorders>
              <w:left w:val="single" w:sz="2" w:space="0" w:color="000000"/>
              <w:bottom w:val="single" w:sz="2" w:space="0" w:color="000000"/>
              <w:right w:val="single" w:sz="2" w:space="0" w:color="000000"/>
            </w:tcBorders>
          </w:tcPr>
          <w:p w:rsidR="005D391E" w:rsidRPr="005D391E" w:rsidRDefault="005D391E" w:rsidP="005D391E">
            <w:pPr>
              <w:pStyle w:val="aff9"/>
              <w:ind w:firstLine="567"/>
              <w:jc w:val="center"/>
              <w:rPr>
                <w:sz w:val="28"/>
                <w:szCs w:val="28"/>
              </w:rPr>
            </w:pPr>
            <w:r w:rsidRPr="005D391E">
              <w:rPr>
                <w:sz w:val="28"/>
                <w:szCs w:val="28"/>
              </w:rPr>
              <w:lastRenderedPageBreak/>
              <w:t>«Присвоение адреса объекту адресации, изменение и аннулирование такого адреса»</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5D391E" w:rsidRDefault="005D391E" w:rsidP="005D391E">
            <w:pPr>
              <w:pStyle w:val="aff9"/>
              <w:ind w:firstLine="567"/>
              <w:rPr>
                <w:sz w:val="28"/>
                <w:szCs w:val="28"/>
              </w:rPr>
            </w:pPr>
            <w:r w:rsidRPr="005D391E">
              <w:rPr>
                <w:sz w:val="28"/>
                <w:szCs w:val="28"/>
              </w:rPr>
              <w:t>1</w:t>
            </w:r>
          </w:p>
        </w:tc>
        <w:tc>
          <w:tcPr>
            <w:tcW w:w="3260" w:type="dxa"/>
            <w:tcBorders>
              <w:bottom w:val="single" w:sz="2" w:space="0" w:color="000000"/>
              <w:right w:val="single" w:sz="2" w:space="0" w:color="000000"/>
            </w:tcBorders>
          </w:tcPr>
          <w:p w:rsidR="005D391E" w:rsidRPr="005D391E" w:rsidRDefault="005D391E" w:rsidP="00AD4176">
            <w:pPr>
              <w:pStyle w:val="aff9"/>
              <w:ind w:left="142" w:right="132" w:firstLine="425"/>
              <w:rPr>
                <w:sz w:val="28"/>
                <w:szCs w:val="28"/>
              </w:rPr>
            </w:pPr>
            <w:r w:rsidRPr="005D391E">
              <w:rPr>
                <w:sz w:val="28"/>
                <w:szCs w:val="28"/>
              </w:rPr>
              <w:t>Категория заявителя</w:t>
            </w:r>
          </w:p>
        </w:tc>
        <w:tc>
          <w:tcPr>
            <w:tcW w:w="5386" w:type="dxa"/>
            <w:tcBorders>
              <w:bottom w:val="single" w:sz="2" w:space="0" w:color="000000"/>
              <w:right w:val="single" w:sz="2" w:space="0" w:color="000000"/>
            </w:tcBorders>
          </w:tcPr>
          <w:p w:rsidR="005D391E" w:rsidRPr="005D391E" w:rsidRDefault="005D391E" w:rsidP="005D391E">
            <w:pPr>
              <w:pStyle w:val="aff9"/>
              <w:ind w:firstLine="567"/>
              <w:rPr>
                <w:sz w:val="28"/>
                <w:szCs w:val="28"/>
              </w:rPr>
            </w:pPr>
            <w:r>
              <w:rPr>
                <w:sz w:val="28"/>
                <w:szCs w:val="28"/>
              </w:rPr>
              <w:t xml:space="preserve">1. </w:t>
            </w:r>
            <w:r w:rsidRPr="005D391E">
              <w:rPr>
                <w:sz w:val="28"/>
                <w:szCs w:val="28"/>
              </w:rPr>
              <w:t xml:space="preserve">Правообладатели земельных участков: </w:t>
            </w:r>
          </w:p>
          <w:p w:rsidR="005D391E" w:rsidRPr="005D391E" w:rsidRDefault="005D391E" w:rsidP="005D391E">
            <w:pPr>
              <w:pStyle w:val="aff9"/>
              <w:ind w:firstLine="567"/>
              <w:rPr>
                <w:sz w:val="28"/>
                <w:szCs w:val="28"/>
              </w:rPr>
            </w:pPr>
            <w:r w:rsidRPr="005D391E">
              <w:rPr>
                <w:sz w:val="28"/>
                <w:szCs w:val="28"/>
              </w:rPr>
              <w:t xml:space="preserve">1.1 Физическое лицо; </w:t>
            </w:r>
          </w:p>
          <w:p w:rsidR="005D391E" w:rsidRPr="005D391E" w:rsidRDefault="005D391E" w:rsidP="005D391E">
            <w:pPr>
              <w:pStyle w:val="aff9"/>
              <w:ind w:firstLine="567"/>
              <w:rPr>
                <w:sz w:val="28"/>
                <w:szCs w:val="28"/>
              </w:rPr>
            </w:pPr>
            <w:r w:rsidRPr="005D391E">
              <w:rPr>
                <w:sz w:val="28"/>
                <w:szCs w:val="28"/>
              </w:rPr>
              <w:t xml:space="preserve">1.2. Юридическое лицо; </w:t>
            </w:r>
          </w:p>
          <w:p w:rsidR="005D391E" w:rsidRPr="005D391E" w:rsidRDefault="005D391E" w:rsidP="005D391E">
            <w:pPr>
              <w:pStyle w:val="aff9"/>
              <w:ind w:firstLine="567"/>
              <w:rPr>
                <w:sz w:val="28"/>
                <w:szCs w:val="28"/>
              </w:rPr>
            </w:pPr>
            <w:r w:rsidRPr="005D391E">
              <w:rPr>
                <w:sz w:val="28"/>
                <w:szCs w:val="28"/>
              </w:rPr>
              <w:t>1.3. Индивидуальный</w:t>
            </w:r>
            <w:r>
              <w:rPr>
                <w:sz w:val="28"/>
                <w:szCs w:val="28"/>
              </w:rPr>
              <w:t xml:space="preserve"> </w:t>
            </w:r>
            <w:r w:rsidRPr="005D391E">
              <w:rPr>
                <w:sz w:val="28"/>
                <w:szCs w:val="28"/>
              </w:rPr>
              <w:t>предприниматель</w:t>
            </w:r>
            <w:r>
              <w:rPr>
                <w:sz w:val="28"/>
                <w:szCs w:val="28"/>
              </w:rPr>
              <w:t>.</w:t>
            </w:r>
            <w:r w:rsidRPr="005D391E">
              <w:rPr>
                <w:sz w:val="28"/>
                <w:szCs w:val="28"/>
              </w:rPr>
              <w:t xml:space="preserve"> </w:t>
            </w:r>
          </w:p>
          <w:p w:rsidR="005D391E" w:rsidRPr="005D391E" w:rsidRDefault="005D391E" w:rsidP="005D391E">
            <w:pPr>
              <w:pStyle w:val="aff9"/>
              <w:ind w:firstLine="567"/>
              <w:rPr>
                <w:sz w:val="28"/>
                <w:szCs w:val="28"/>
              </w:rPr>
            </w:pPr>
            <w:r w:rsidRPr="005D391E">
              <w:rPr>
                <w:sz w:val="28"/>
                <w:szCs w:val="28"/>
              </w:rPr>
              <w:t>2 Кадастровый инженер.</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5D391E" w:rsidRDefault="005D391E" w:rsidP="005D391E">
            <w:pPr>
              <w:pStyle w:val="aff9"/>
              <w:ind w:firstLine="567"/>
              <w:rPr>
                <w:sz w:val="28"/>
                <w:szCs w:val="28"/>
              </w:rPr>
            </w:pPr>
            <w:r w:rsidRPr="005D391E">
              <w:rPr>
                <w:sz w:val="28"/>
                <w:szCs w:val="28"/>
              </w:rPr>
              <w:t>2</w:t>
            </w:r>
          </w:p>
        </w:tc>
        <w:tc>
          <w:tcPr>
            <w:tcW w:w="3260" w:type="dxa"/>
            <w:tcBorders>
              <w:bottom w:val="single" w:sz="2" w:space="0" w:color="000000"/>
              <w:right w:val="single" w:sz="2" w:space="0" w:color="000000"/>
            </w:tcBorders>
          </w:tcPr>
          <w:p w:rsidR="005D391E" w:rsidRPr="005D391E" w:rsidRDefault="005D391E" w:rsidP="00AD4176">
            <w:pPr>
              <w:pStyle w:val="aff9"/>
              <w:ind w:left="142" w:right="132" w:firstLine="425"/>
              <w:rPr>
                <w:sz w:val="28"/>
                <w:szCs w:val="28"/>
              </w:rPr>
            </w:pPr>
            <w:r w:rsidRPr="005D391E">
              <w:rPr>
                <w:sz w:val="28"/>
                <w:szCs w:val="28"/>
              </w:rPr>
              <w:t>Представитель физического лица/индивидуального предпринимателя</w:t>
            </w:r>
          </w:p>
        </w:tc>
        <w:tc>
          <w:tcPr>
            <w:tcW w:w="5386" w:type="dxa"/>
            <w:tcBorders>
              <w:bottom w:val="single" w:sz="2" w:space="0" w:color="000000"/>
              <w:right w:val="single" w:sz="2" w:space="0" w:color="000000"/>
            </w:tcBorders>
          </w:tcPr>
          <w:p w:rsidR="005D391E" w:rsidRPr="005D391E" w:rsidRDefault="005D391E" w:rsidP="00AD4176">
            <w:pPr>
              <w:pStyle w:val="aff9"/>
              <w:ind w:left="131" w:right="273" w:firstLine="436"/>
              <w:rPr>
                <w:sz w:val="28"/>
                <w:szCs w:val="28"/>
              </w:rPr>
            </w:pPr>
            <w:r w:rsidRPr="005D391E">
              <w:rPr>
                <w:sz w:val="28"/>
                <w:szCs w:val="28"/>
              </w:rPr>
              <w:t>Лицо имеет право действовать от имени физического лица/индивидуального предпринимателя по доверенности</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5D391E" w:rsidRDefault="005D391E" w:rsidP="005D391E">
            <w:pPr>
              <w:pStyle w:val="aff9"/>
              <w:ind w:firstLine="567"/>
              <w:rPr>
                <w:sz w:val="28"/>
                <w:szCs w:val="28"/>
              </w:rPr>
            </w:pPr>
            <w:r w:rsidRPr="005D391E">
              <w:rPr>
                <w:sz w:val="28"/>
                <w:szCs w:val="28"/>
              </w:rPr>
              <w:t>3</w:t>
            </w:r>
          </w:p>
        </w:tc>
        <w:tc>
          <w:tcPr>
            <w:tcW w:w="3260" w:type="dxa"/>
            <w:tcBorders>
              <w:bottom w:val="single" w:sz="2" w:space="0" w:color="000000"/>
              <w:right w:val="single" w:sz="2" w:space="0" w:color="000000"/>
            </w:tcBorders>
          </w:tcPr>
          <w:p w:rsidR="005D391E" w:rsidRPr="005D391E" w:rsidRDefault="005D391E" w:rsidP="00AD4176">
            <w:pPr>
              <w:pStyle w:val="aff9"/>
              <w:ind w:left="142" w:right="132" w:firstLine="425"/>
              <w:rPr>
                <w:sz w:val="28"/>
                <w:szCs w:val="28"/>
              </w:rPr>
            </w:pPr>
            <w:r w:rsidRPr="005D391E">
              <w:rPr>
                <w:sz w:val="28"/>
                <w:szCs w:val="28"/>
              </w:rPr>
              <w:t>Законные представители (родители, усыновители, опекуны) несовершеннолетних в возрасте до 14 лет; Опекуны недееспособных граждан.</w:t>
            </w:r>
          </w:p>
        </w:tc>
        <w:tc>
          <w:tcPr>
            <w:tcW w:w="5386" w:type="dxa"/>
            <w:tcBorders>
              <w:bottom w:val="single" w:sz="2" w:space="0" w:color="000000"/>
              <w:right w:val="single" w:sz="2" w:space="0" w:color="000000"/>
            </w:tcBorders>
          </w:tcPr>
          <w:p w:rsidR="005D391E" w:rsidRPr="005D391E" w:rsidRDefault="005D391E" w:rsidP="00AD4176">
            <w:pPr>
              <w:pStyle w:val="aff9"/>
              <w:ind w:left="131" w:right="273" w:firstLine="436"/>
              <w:rPr>
                <w:sz w:val="28"/>
                <w:szCs w:val="28"/>
              </w:rPr>
            </w:pPr>
            <w:r w:rsidRPr="005D391E">
              <w:rPr>
                <w:sz w:val="28"/>
                <w:szCs w:val="28"/>
              </w:rPr>
              <w:t>Документ органа опеки и попечительства - договор об осуществлении опеки или попечительства в отношении совершеннолетнего недееспособного или не полностью дееспособного гражданина</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5D391E" w:rsidRDefault="005D391E" w:rsidP="005D391E">
            <w:pPr>
              <w:pStyle w:val="aff9"/>
              <w:ind w:firstLine="567"/>
              <w:rPr>
                <w:sz w:val="28"/>
                <w:szCs w:val="28"/>
              </w:rPr>
            </w:pPr>
            <w:r w:rsidRPr="005D391E">
              <w:rPr>
                <w:sz w:val="28"/>
                <w:szCs w:val="28"/>
              </w:rPr>
              <w:t>3</w:t>
            </w:r>
          </w:p>
        </w:tc>
        <w:tc>
          <w:tcPr>
            <w:tcW w:w="3260" w:type="dxa"/>
            <w:tcBorders>
              <w:bottom w:val="single" w:sz="2" w:space="0" w:color="000000"/>
              <w:right w:val="single" w:sz="2" w:space="0" w:color="000000"/>
            </w:tcBorders>
          </w:tcPr>
          <w:p w:rsidR="005D391E" w:rsidRPr="005D391E" w:rsidRDefault="005D391E" w:rsidP="00AD4176">
            <w:pPr>
              <w:pStyle w:val="aff9"/>
              <w:ind w:left="142" w:right="132" w:firstLine="567"/>
              <w:rPr>
                <w:sz w:val="28"/>
                <w:szCs w:val="28"/>
              </w:rPr>
            </w:pPr>
            <w:r w:rsidRPr="005D391E">
              <w:rPr>
                <w:sz w:val="28"/>
                <w:szCs w:val="28"/>
              </w:rPr>
              <w:t xml:space="preserve">Представитель юридического лица: </w:t>
            </w:r>
          </w:p>
          <w:p w:rsidR="005D391E" w:rsidRPr="005D391E" w:rsidRDefault="005D391E" w:rsidP="00AD4176">
            <w:pPr>
              <w:pStyle w:val="aff9"/>
              <w:ind w:left="142" w:right="132" w:firstLine="567"/>
              <w:rPr>
                <w:sz w:val="28"/>
                <w:szCs w:val="28"/>
              </w:rPr>
            </w:pPr>
            <w:r w:rsidRPr="005D391E">
              <w:rPr>
                <w:sz w:val="28"/>
                <w:szCs w:val="28"/>
              </w:rPr>
              <w:t xml:space="preserve">1. Руководитель </w:t>
            </w:r>
          </w:p>
          <w:p w:rsidR="005D391E" w:rsidRPr="005D391E" w:rsidRDefault="005D391E" w:rsidP="00AD4176">
            <w:pPr>
              <w:pStyle w:val="aff9"/>
              <w:ind w:left="142" w:right="132" w:firstLine="567"/>
              <w:rPr>
                <w:sz w:val="28"/>
                <w:szCs w:val="28"/>
              </w:rPr>
            </w:pPr>
            <w:r w:rsidRPr="005D391E">
              <w:rPr>
                <w:sz w:val="28"/>
                <w:szCs w:val="28"/>
              </w:rPr>
              <w:t xml:space="preserve">2. Сотрудник </w:t>
            </w:r>
          </w:p>
          <w:p w:rsidR="005D391E" w:rsidRPr="005D391E" w:rsidRDefault="005D391E" w:rsidP="00AD4176">
            <w:pPr>
              <w:pStyle w:val="aff9"/>
              <w:ind w:left="142" w:right="132" w:firstLine="567"/>
              <w:rPr>
                <w:sz w:val="28"/>
                <w:szCs w:val="28"/>
              </w:rPr>
            </w:pPr>
            <w:r w:rsidRPr="005D391E">
              <w:rPr>
                <w:sz w:val="28"/>
                <w:szCs w:val="28"/>
              </w:rPr>
              <w:t>3. Иное лицо полномочия, которого подтверждены в установленном порядке</w:t>
            </w:r>
          </w:p>
        </w:tc>
        <w:tc>
          <w:tcPr>
            <w:tcW w:w="5386" w:type="dxa"/>
            <w:tcBorders>
              <w:bottom w:val="single" w:sz="2" w:space="0" w:color="000000"/>
              <w:right w:val="single" w:sz="2" w:space="0" w:color="000000"/>
            </w:tcBorders>
          </w:tcPr>
          <w:p w:rsidR="005D391E" w:rsidRPr="005D391E" w:rsidRDefault="005D391E" w:rsidP="00AD4176">
            <w:pPr>
              <w:pStyle w:val="aff9"/>
              <w:ind w:left="142" w:right="132" w:firstLine="567"/>
              <w:rPr>
                <w:sz w:val="28"/>
                <w:szCs w:val="28"/>
              </w:rPr>
            </w:pPr>
            <w:r w:rsidRPr="005D391E">
              <w:rPr>
                <w:sz w:val="28"/>
                <w:szCs w:val="28"/>
              </w:rPr>
              <w:t xml:space="preserve">1. Лицо имеет право действовать от имени юридического лица без доверенности. </w:t>
            </w:r>
          </w:p>
          <w:p w:rsidR="005D391E" w:rsidRPr="005D391E" w:rsidRDefault="005D391E" w:rsidP="00AD4176">
            <w:pPr>
              <w:pStyle w:val="aff9"/>
              <w:ind w:left="142" w:right="132" w:firstLine="567"/>
              <w:rPr>
                <w:sz w:val="28"/>
                <w:szCs w:val="28"/>
              </w:rPr>
            </w:pPr>
            <w:r w:rsidRPr="005D391E">
              <w:rPr>
                <w:sz w:val="28"/>
                <w:szCs w:val="28"/>
              </w:rPr>
              <w:t>2. Лицо имеет право действовать от имени юридического лица по доверенности.</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5D391E" w:rsidRDefault="005D391E" w:rsidP="005D391E">
            <w:pPr>
              <w:pStyle w:val="aff9"/>
              <w:ind w:firstLine="567"/>
              <w:rPr>
                <w:sz w:val="28"/>
                <w:szCs w:val="28"/>
              </w:rPr>
            </w:pPr>
            <w:r w:rsidRPr="005D391E">
              <w:rPr>
                <w:sz w:val="28"/>
                <w:szCs w:val="28"/>
              </w:rPr>
              <w:t>4</w:t>
            </w:r>
          </w:p>
        </w:tc>
        <w:tc>
          <w:tcPr>
            <w:tcW w:w="3260" w:type="dxa"/>
            <w:tcBorders>
              <w:bottom w:val="single" w:sz="2" w:space="0" w:color="000000"/>
              <w:right w:val="single" w:sz="2" w:space="0" w:color="000000"/>
            </w:tcBorders>
          </w:tcPr>
          <w:p w:rsidR="005D391E" w:rsidRPr="005D391E" w:rsidRDefault="005D391E" w:rsidP="005D391E">
            <w:pPr>
              <w:pStyle w:val="aff9"/>
              <w:ind w:firstLine="567"/>
              <w:rPr>
                <w:sz w:val="28"/>
                <w:szCs w:val="28"/>
              </w:rPr>
            </w:pPr>
            <w:r w:rsidRPr="005D391E">
              <w:rPr>
                <w:sz w:val="28"/>
                <w:szCs w:val="28"/>
              </w:rPr>
              <w:t>Способ обращения</w:t>
            </w:r>
          </w:p>
        </w:tc>
        <w:tc>
          <w:tcPr>
            <w:tcW w:w="5386" w:type="dxa"/>
            <w:tcBorders>
              <w:bottom w:val="single" w:sz="2" w:space="0" w:color="000000"/>
              <w:right w:val="single" w:sz="2" w:space="0" w:color="000000"/>
            </w:tcBorders>
          </w:tcPr>
          <w:p w:rsidR="005D391E" w:rsidRPr="005D391E" w:rsidRDefault="005D391E" w:rsidP="00AD4176">
            <w:pPr>
              <w:pStyle w:val="aff9"/>
              <w:ind w:left="131" w:right="131" w:firstLine="436"/>
              <w:rPr>
                <w:sz w:val="28"/>
                <w:szCs w:val="28"/>
              </w:rPr>
            </w:pPr>
            <w:r w:rsidRPr="005D391E">
              <w:rPr>
                <w:sz w:val="28"/>
                <w:szCs w:val="28"/>
              </w:rPr>
              <w:t xml:space="preserve">1.Заявитель лично (дополнительных документов не требуется) </w:t>
            </w:r>
          </w:p>
          <w:p w:rsidR="005D391E" w:rsidRPr="005D391E" w:rsidRDefault="005D391E" w:rsidP="00AD4176">
            <w:pPr>
              <w:pStyle w:val="aff9"/>
              <w:ind w:left="131" w:right="131" w:firstLine="436"/>
              <w:rPr>
                <w:sz w:val="28"/>
                <w:szCs w:val="28"/>
              </w:rPr>
            </w:pPr>
            <w:r w:rsidRPr="005D391E">
              <w:rPr>
                <w:sz w:val="28"/>
                <w:szCs w:val="28"/>
              </w:rPr>
              <w:t>2. Представитель заявителя (необходимо представить документ, подтверждающий полномочия представителя).</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5D391E" w:rsidRDefault="005D391E" w:rsidP="005D391E">
            <w:pPr>
              <w:pStyle w:val="aff9"/>
              <w:ind w:firstLine="567"/>
              <w:rPr>
                <w:sz w:val="28"/>
                <w:szCs w:val="28"/>
              </w:rPr>
            </w:pPr>
            <w:r w:rsidRPr="005D391E">
              <w:rPr>
                <w:sz w:val="28"/>
                <w:szCs w:val="28"/>
              </w:rPr>
              <w:t>5</w:t>
            </w:r>
          </w:p>
        </w:tc>
        <w:tc>
          <w:tcPr>
            <w:tcW w:w="3260" w:type="dxa"/>
            <w:tcBorders>
              <w:bottom w:val="single" w:sz="2" w:space="0" w:color="000000"/>
              <w:right w:val="single" w:sz="2" w:space="0" w:color="000000"/>
            </w:tcBorders>
          </w:tcPr>
          <w:p w:rsidR="005D391E" w:rsidRPr="005D391E" w:rsidRDefault="005D391E" w:rsidP="005D391E">
            <w:pPr>
              <w:pStyle w:val="aff9"/>
              <w:ind w:firstLine="567"/>
              <w:rPr>
                <w:sz w:val="28"/>
                <w:szCs w:val="28"/>
              </w:rPr>
            </w:pPr>
            <w:r w:rsidRPr="005D391E">
              <w:rPr>
                <w:sz w:val="28"/>
                <w:szCs w:val="28"/>
              </w:rPr>
              <w:t>Тип объектов адресации</w:t>
            </w:r>
          </w:p>
        </w:tc>
        <w:tc>
          <w:tcPr>
            <w:tcW w:w="5386" w:type="dxa"/>
            <w:tcBorders>
              <w:bottom w:val="single" w:sz="2" w:space="0" w:color="000000"/>
              <w:right w:val="single" w:sz="2" w:space="0" w:color="000000"/>
            </w:tcBorders>
          </w:tcPr>
          <w:p w:rsidR="005D391E" w:rsidRPr="005D391E" w:rsidRDefault="005D391E" w:rsidP="00AD4176">
            <w:pPr>
              <w:pStyle w:val="aff9"/>
              <w:ind w:left="131" w:right="131" w:firstLine="436"/>
              <w:rPr>
                <w:sz w:val="28"/>
                <w:szCs w:val="28"/>
              </w:rPr>
            </w:pPr>
            <w:r w:rsidRPr="005D391E">
              <w:rPr>
                <w:sz w:val="28"/>
                <w:szCs w:val="28"/>
              </w:rPr>
              <w:t xml:space="preserve">а) здание (строение, за исключением некапитального строения), в том числе строительство которого не завершено; </w:t>
            </w:r>
          </w:p>
          <w:p w:rsidR="005D391E" w:rsidRPr="005D391E" w:rsidRDefault="005D391E" w:rsidP="00AD4176">
            <w:pPr>
              <w:pStyle w:val="aff9"/>
              <w:ind w:left="131" w:right="131" w:firstLine="436"/>
              <w:rPr>
                <w:sz w:val="28"/>
                <w:szCs w:val="28"/>
              </w:rPr>
            </w:pPr>
            <w:r w:rsidRPr="005D391E">
              <w:rPr>
                <w:sz w:val="28"/>
                <w:szCs w:val="28"/>
              </w:rPr>
              <w:t xml:space="preserve">б) сооружение (за исключением </w:t>
            </w:r>
            <w:r w:rsidRPr="005D391E">
              <w:rPr>
                <w:sz w:val="28"/>
                <w:szCs w:val="28"/>
              </w:rPr>
              <w:lastRenderedPageBreak/>
              <w:t xml:space="preserve">некапитального сооружения и линейного объекта), в том числе строительство которого не завершено; </w:t>
            </w:r>
          </w:p>
          <w:p w:rsidR="005D391E" w:rsidRPr="005D391E" w:rsidRDefault="005D391E" w:rsidP="00AD4176">
            <w:pPr>
              <w:pStyle w:val="aff9"/>
              <w:ind w:left="131" w:right="131" w:firstLine="436"/>
              <w:rPr>
                <w:sz w:val="28"/>
                <w:szCs w:val="28"/>
              </w:rPr>
            </w:pPr>
            <w:r w:rsidRPr="005D391E">
              <w:rPr>
                <w:sz w:val="28"/>
                <w:szCs w:val="28"/>
              </w:rPr>
              <w:t xml:space="preserve">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 </w:t>
            </w:r>
          </w:p>
          <w:p w:rsidR="005D391E" w:rsidRPr="005D391E" w:rsidRDefault="005D391E" w:rsidP="00AD4176">
            <w:pPr>
              <w:pStyle w:val="aff9"/>
              <w:ind w:left="131" w:right="131" w:firstLine="436"/>
              <w:rPr>
                <w:sz w:val="28"/>
                <w:szCs w:val="28"/>
              </w:rPr>
            </w:pPr>
            <w:r w:rsidRPr="005D391E">
              <w:rPr>
                <w:sz w:val="28"/>
                <w:szCs w:val="28"/>
              </w:rPr>
              <w:t xml:space="preserve">г) помещение, являющееся частью объекта капитального строительства; </w:t>
            </w:r>
          </w:p>
          <w:p w:rsidR="005D391E" w:rsidRPr="005D391E" w:rsidRDefault="005D391E" w:rsidP="00AD4176">
            <w:pPr>
              <w:pStyle w:val="aff9"/>
              <w:ind w:left="131" w:right="131" w:firstLine="436"/>
              <w:rPr>
                <w:sz w:val="28"/>
                <w:szCs w:val="28"/>
              </w:rPr>
            </w:pPr>
            <w:r w:rsidRPr="005D391E">
              <w:rPr>
                <w:sz w:val="28"/>
                <w:szCs w:val="28"/>
              </w:rPr>
              <w:t>д) машино-место (за исключением машино-места, являющегося частью некапитального здания или сооружения).</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5D391E" w:rsidRDefault="005D391E" w:rsidP="005D391E">
            <w:pPr>
              <w:pStyle w:val="aff9"/>
              <w:ind w:firstLine="567"/>
              <w:rPr>
                <w:sz w:val="28"/>
                <w:szCs w:val="28"/>
              </w:rPr>
            </w:pPr>
            <w:r w:rsidRPr="005D391E">
              <w:rPr>
                <w:sz w:val="28"/>
                <w:szCs w:val="28"/>
              </w:rPr>
              <w:lastRenderedPageBreak/>
              <w:t>6</w:t>
            </w:r>
          </w:p>
        </w:tc>
        <w:tc>
          <w:tcPr>
            <w:tcW w:w="3260" w:type="dxa"/>
            <w:tcBorders>
              <w:bottom w:val="single" w:sz="2" w:space="0" w:color="000000"/>
              <w:right w:val="single" w:sz="2" w:space="0" w:color="000000"/>
            </w:tcBorders>
          </w:tcPr>
          <w:p w:rsidR="005D391E" w:rsidRPr="005D391E" w:rsidRDefault="005D391E" w:rsidP="00AD4176">
            <w:pPr>
              <w:pStyle w:val="aff9"/>
              <w:ind w:left="142" w:right="-151" w:firstLine="425"/>
              <w:rPr>
                <w:sz w:val="28"/>
                <w:szCs w:val="28"/>
              </w:rPr>
            </w:pPr>
            <w:r w:rsidRPr="005D391E">
              <w:rPr>
                <w:sz w:val="28"/>
                <w:szCs w:val="28"/>
              </w:rPr>
              <w:t>Типы права на объект адресации</w:t>
            </w:r>
          </w:p>
        </w:tc>
        <w:tc>
          <w:tcPr>
            <w:tcW w:w="5386" w:type="dxa"/>
            <w:tcBorders>
              <w:bottom w:val="single" w:sz="2" w:space="0" w:color="000000"/>
              <w:right w:val="single" w:sz="2" w:space="0" w:color="000000"/>
            </w:tcBorders>
          </w:tcPr>
          <w:p w:rsidR="005D391E" w:rsidRPr="005D391E" w:rsidRDefault="005D391E" w:rsidP="00AD4176">
            <w:pPr>
              <w:pStyle w:val="aff9"/>
              <w:ind w:left="142" w:right="-151" w:firstLine="425"/>
              <w:rPr>
                <w:sz w:val="28"/>
                <w:szCs w:val="28"/>
              </w:rPr>
            </w:pPr>
            <w:r w:rsidRPr="005D391E">
              <w:rPr>
                <w:sz w:val="28"/>
                <w:szCs w:val="28"/>
              </w:rPr>
              <w:t xml:space="preserve">1. Право зарегистрировано в ЕГРН. </w:t>
            </w:r>
          </w:p>
          <w:p w:rsidR="005D391E" w:rsidRPr="005D391E" w:rsidRDefault="005D391E" w:rsidP="00AD4176">
            <w:pPr>
              <w:pStyle w:val="aff9"/>
              <w:ind w:left="142" w:right="-151" w:firstLine="425"/>
              <w:rPr>
                <w:sz w:val="28"/>
                <w:szCs w:val="28"/>
              </w:rPr>
            </w:pPr>
            <w:r w:rsidRPr="005D391E">
              <w:rPr>
                <w:sz w:val="28"/>
                <w:szCs w:val="28"/>
              </w:rPr>
              <w:t>2. Право не зарегистрировано в ЕГРН.</w:t>
            </w:r>
          </w:p>
        </w:tc>
      </w:tr>
      <w:tr w:rsidR="005D391E" w:rsidRPr="005D391E" w:rsidTr="008F0D9D">
        <w:tc>
          <w:tcPr>
            <w:tcW w:w="1003" w:type="dxa"/>
            <w:tcBorders>
              <w:left w:val="single" w:sz="2" w:space="0" w:color="000000"/>
              <w:bottom w:val="single" w:sz="2" w:space="0" w:color="000000"/>
              <w:right w:val="single" w:sz="2" w:space="0" w:color="000000"/>
            </w:tcBorders>
          </w:tcPr>
          <w:p w:rsidR="005D391E" w:rsidRPr="005D391E" w:rsidRDefault="005D391E" w:rsidP="005D391E">
            <w:pPr>
              <w:pStyle w:val="aff9"/>
              <w:ind w:firstLine="567"/>
              <w:rPr>
                <w:sz w:val="28"/>
                <w:szCs w:val="28"/>
              </w:rPr>
            </w:pPr>
            <w:r w:rsidRPr="005D391E">
              <w:rPr>
                <w:sz w:val="28"/>
                <w:szCs w:val="28"/>
              </w:rPr>
              <w:t>7</w:t>
            </w:r>
          </w:p>
        </w:tc>
        <w:tc>
          <w:tcPr>
            <w:tcW w:w="3260" w:type="dxa"/>
            <w:tcBorders>
              <w:bottom w:val="single" w:sz="2" w:space="0" w:color="000000"/>
              <w:right w:val="single" w:sz="2" w:space="0" w:color="000000"/>
            </w:tcBorders>
          </w:tcPr>
          <w:p w:rsidR="005D391E" w:rsidRPr="005D391E" w:rsidRDefault="005D391E" w:rsidP="00AD4176">
            <w:pPr>
              <w:pStyle w:val="aff9"/>
              <w:ind w:left="142" w:right="-151" w:firstLine="425"/>
              <w:rPr>
                <w:sz w:val="28"/>
                <w:szCs w:val="28"/>
              </w:rPr>
            </w:pPr>
            <w:r w:rsidRPr="005D391E">
              <w:rPr>
                <w:sz w:val="28"/>
                <w:szCs w:val="28"/>
              </w:rPr>
              <w:t>Типы документов</w:t>
            </w:r>
          </w:p>
        </w:tc>
        <w:tc>
          <w:tcPr>
            <w:tcW w:w="5386" w:type="dxa"/>
            <w:tcBorders>
              <w:bottom w:val="single" w:sz="2" w:space="0" w:color="000000"/>
              <w:right w:val="single" w:sz="2" w:space="0" w:color="000000"/>
            </w:tcBorders>
          </w:tcPr>
          <w:p w:rsidR="00915902" w:rsidRDefault="00915902" w:rsidP="00AD4176">
            <w:pPr>
              <w:pStyle w:val="aff9"/>
              <w:ind w:left="142" w:right="-151" w:firstLine="425"/>
              <w:rPr>
                <w:sz w:val="28"/>
                <w:szCs w:val="28"/>
              </w:rPr>
            </w:pPr>
            <w:r>
              <w:rPr>
                <w:sz w:val="28"/>
                <w:szCs w:val="28"/>
              </w:rPr>
              <w:t>1.</w:t>
            </w:r>
            <w:r w:rsidR="005D391E" w:rsidRPr="005D391E">
              <w:rPr>
                <w:sz w:val="28"/>
                <w:szCs w:val="28"/>
              </w:rPr>
              <w:t>Выписка из ЕГРН на объект адресации</w:t>
            </w:r>
            <w:r>
              <w:rPr>
                <w:sz w:val="28"/>
                <w:szCs w:val="28"/>
              </w:rPr>
              <w:t>.</w:t>
            </w:r>
            <w:r w:rsidR="005D391E" w:rsidRPr="005D391E">
              <w:rPr>
                <w:sz w:val="28"/>
                <w:szCs w:val="28"/>
              </w:rPr>
              <w:t xml:space="preserve"> </w:t>
            </w:r>
          </w:p>
          <w:p w:rsidR="005D391E" w:rsidRDefault="005D391E" w:rsidP="00AD4176">
            <w:pPr>
              <w:pStyle w:val="aff9"/>
              <w:ind w:left="142" w:right="-151" w:firstLine="425"/>
              <w:rPr>
                <w:sz w:val="28"/>
                <w:szCs w:val="28"/>
              </w:rPr>
            </w:pPr>
            <w:r w:rsidRPr="005D391E">
              <w:rPr>
                <w:sz w:val="28"/>
                <w:szCs w:val="28"/>
              </w:rPr>
              <w:t>2. Свидетельство о государственной регистрации права</w:t>
            </w:r>
            <w:r w:rsidR="00915902">
              <w:rPr>
                <w:sz w:val="28"/>
                <w:szCs w:val="28"/>
              </w:rPr>
              <w:t>.</w:t>
            </w:r>
            <w:r w:rsidRPr="005D391E">
              <w:rPr>
                <w:sz w:val="28"/>
                <w:szCs w:val="28"/>
              </w:rPr>
              <w:t xml:space="preserve"> </w:t>
            </w:r>
          </w:p>
          <w:p w:rsidR="005D391E" w:rsidRDefault="005D391E" w:rsidP="00AD4176">
            <w:pPr>
              <w:pStyle w:val="aff9"/>
              <w:ind w:left="142" w:right="-151" w:firstLine="425"/>
              <w:rPr>
                <w:sz w:val="28"/>
                <w:szCs w:val="28"/>
              </w:rPr>
            </w:pPr>
            <w:r w:rsidRPr="005D391E">
              <w:rPr>
                <w:sz w:val="28"/>
                <w:szCs w:val="28"/>
              </w:rPr>
              <w:t>3. Свидетельство о праве собственности на землю</w:t>
            </w:r>
            <w:r w:rsidR="00915902">
              <w:rPr>
                <w:sz w:val="28"/>
                <w:szCs w:val="28"/>
              </w:rPr>
              <w:t>.</w:t>
            </w:r>
            <w:r w:rsidRPr="005D391E">
              <w:rPr>
                <w:sz w:val="28"/>
                <w:szCs w:val="28"/>
              </w:rPr>
              <w:t xml:space="preserve"> </w:t>
            </w:r>
          </w:p>
          <w:p w:rsidR="005D391E" w:rsidRPr="005D391E" w:rsidRDefault="005D391E" w:rsidP="00AD4176">
            <w:pPr>
              <w:pStyle w:val="aff9"/>
              <w:ind w:left="142" w:right="-151" w:firstLine="425"/>
              <w:rPr>
                <w:sz w:val="28"/>
                <w:szCs w:val="28"/>
              </w:rPr>
            </w:pPr>
            <w:r w:rsidRPr="005D391E">
              <w:rPr>
                <w:sz w:val="28"/>
                <w:szCs w:val="28"/>
              </w:rPr>
              <w:t>4. Регистрационное удостоверение</w:t>
            </w:r>
            <w:r w:rsidR="00915902">
              <w:rPr>
                <w:sz w:val="28"/>
                <w:szCs w:val="28"/>
              </w:rPr>
              <w:t>.</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8</w:t>
            </w:r>
          </w:p>
        </w:tc>
        <w:tc>
          <w:tcPr>
            <w:tcW w:w="3260" w:type="dxa"/>
            <w:tcBorders>
              <w:bottom w:val="single" w:sz="2" w:space="0" w:color="000000"/>
              <w:right w:val="single" w:sz="2" w:space="0" w:color="000000"/>
            </w:tcBorders>
          </w:tcPr>
          <w:p w:rsidR="005D391E" w:rsidRPr="00915902" w:rsidRDefault="005D391E" w:rsidP="00AD4176">
            <w:pPr>
              <w:pStyle w:val="aff9"/>
              <w:ind w:left="142" w:right="-151" w:firstLine="425"/>
              <w:rPr>
                <w:sz w:val="28"/>
                <w:szCs w:val="28"/>
              </w:rPr>
            </w:pPr>
            <w:r w:rsidRPr="00915902">
              <w:rPr>
                <w:sz w:val="28"/>
                <w:szCs w:val="28"/>
              </w:rPr>
              <w:t>Принятое решение</w:t>
            </w:r>
          </w:p>
        </w:tc>
        <w:tc>
          <w:tcPr>
            <w:tcW w:w="5386" w:type="dxa"/>
            <w:tcBorders>
              <w:bottom w:val="single" w:sz="2" w:space="0" w:color="000000"/>
              <w:right w:val="single" w:sz="2" w:space="0" w:color="000000"/>
            </w:tcBorders>
          </w:tcPr>
          <w:p w:rsidR="00915902" w:rsidRPr="00915902" w:rsidRDefault="005D391E" w:rsidP="00AD4176">
            <w:pPr>
              <w:pStyle w:val="aff9"/>
              <w:ind w:left="142" w:right="-151" w:firstLine="425"/>
              <w:rPr>
                <w:sz w:val="28"/>
                <w:szCs w:val="28"/>
              </w:rPr>
            </w:pPr>
            <w:r w:rsidRPr="00915902">
              <w:rPr>
                <w:sz w:val="28"/>
                <w:szCs w:val="28"/>
              </w:rPr>
              <w:t>1.</w:t>
            </w:r>
            <w:r w:rsidR="00915902" w:rsidRPr="00915902">
              <w:rPr>
                <w:sz w:val="28"/>
                <w:szCs w:val="28"/>
              </w:rPr>
              <w:t xml:space="preserve"> </w:t>
            </w:r>
            <w:r w:rsidRPr="00915902">
              <w:rPr>
                <w:sz w:val="28"/>
                <w:szCs w:val="28"/>
              </w:rPr>
              <w:t>Выдача постановления о присвоении адреса</w:t>
            </w:r>
            <w:r w:rsidR="00915902" w:rsidRPr="00915902">
              <w:rPr>
                <w:sz w:val="28"/>
                <w:szCs w:val="28"/>
              </w:rPr>
              <w:t>.</w:t>
            </w:r>
            <w:r w:rsidRPr="00915902">
              <w:rPr>
                <w:sz w:val="28"/>
                <w:szCs w:val="28"/>
              </w:rPr>
              <w:t xml:space="preserve"> </w:t>
            </w:r>
          </w:p>
          <w:p w:rsidR="005D391E" w:rsidRPr="00915902" w:rsidRDefault="005D391E" w:rsidP="00AD4176">
            <w:pPr>
              <w:pStyle w:val="aff9"/>
              <w:ind w:left="142" w:right="-151" w:firstLine="425"/>
              <w:rPr>
                <w:sz w:val="28"/>
                <w:szCs w:val="28"/>
              </w:rPr>
            </w:pPr>
            <w:r w:rsidRPr="00915902">
              <w:rPr>
                <w:sz w:val="28"/>
                <w:szCs w:val="28"/>
              </w:rPr>
              <w:t>2. Отказ в выдаче постановления о присвоении адреса</w:t>
            </w:r>
            <w:r w:rsidR="00915902" w:rsidRPr="00915902">
              <w:rPr>
                <w:sz w:val="28"/>
                <w:szCs w:val="28"/>
              </w:rPr>
              <w:t>.</w:t>
            </w:r>
          </w:p>
        </w:tc>
      </w:tr>
      <w:tr w:rsidR="005D391E" w:rsidRPr="00AA41FC" w:rsidTr="005D391E">
        <w:tc>
          <w:tcPr>
            <w:tcW w:w="9649" w:type="dxa"/>
            <w:gridSpan w:val="3"/>
            <w:tcBorders>
              <w:left w:val="single" w:sz="2" w:space="0" w:color="000000"/>
              <w:bottom w:val="single" w:sz="2" w:space="0" w:color="000000"/>
              <w:right w:val="single" w:sz="2" w:space="0" w:color="000000"/>
            </w:tcBorders>
          </w:tcPr>
          <w:p w:rsidR="005D391E" w:rsidRPr="00915902" w:rsidRDefault="005D391E" w:rsidP="00915902">
            <w:pPr>
              <w:pStyle w:val="aff9"/>
              <w:ind w:firstLine="567"/>
              <w:rPr>
                <w:sz w:val="28"/>
                <w:szCs w:val="28"/>
              </w:rPr>
            </w:pPr>
            <w:r w:rsidRPr="00915902">
              <w:rPr>
                <w:sz w:val="28"/>
                <w:szCs w:val="28"/>
              </w:rPr>
              <w:t>Исправление</w:t>
            </w:r>
            <w:r w:rsidR="00915902">
              <w:rPr>
                <w:sz w:val="28"/>
                <w:szCs w:val="28"/>
              </w:rPr>
              <w:t xml:space="preserve"> </w:t>
            </w:r>
            <w:r w:rsidRPr="00915902">
              <w:rPr>
                <w:sz w:val="28"/>
                <w:szCs w:val="28"/>
              </w:rPr>
              <w:t>допущенных опечаток и ошибок в выданном ранее решении</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1</w:t>
            </w:r>
          </w:p>
        </w:tc>
        <w:tc>
          <w:tcPr>
            <w:tcW w:w="3260" w:type="dxa"/>
            <w:tcBorders>
              <w:bottom w:val="single" w:sz="2" w:space="0" w:color="000000"/>
              <w:right w:val="single" w:sz="2" w:space="0" w:color="000000"/>
            </w:tcBorders>
          </w:tcPr>
          <w:p w:rsidR="005D391E" w:rsidRPr="00915902" w:rsidRDefault="005D391E" w:rsidP="00AD4176">
            <w:pPr>
              <w:pStyle w:val="aff9"/>
              <w:ind w:left="142" w:right="274" w:firstLine="425"/>
              <w:rPr>
                <w:sz w:val="28"/>
                <w:szCs w:val="28"/>
              </w:rPr>
            </w:pPr>
            <w:r w:rsidRPr="00915902">
              <w:rPr>
                <w:sz w:val="28"/>
                <w:szCs w:val="28"/>
              </w:rPr>
              <w:t>Категория заявителя</w:t>
            </w:r>
          </w:p>
        </w:tc>
        <w:tc>
          <w:tcPr>
            <w:tcW w:w="5386" w:type="dxa"/>
            <w:tcBorders>
              <w:bottom w:val="single" w:sz="2" w:space="0" w:color="000000"/>
              <w:right w:val="single" w:sz="2" w:space="0" w:color="000000"/>
            </w:tcBorders>
          </w:tcPr>
          <w:p w:rsidR="00915902" w:rsidRPr="00915902" w:rsidRDefault="005D391E" w:rsidP="00AD4176">
            <w:pPr>
              <w:pStyle w:val="aff9"/>
              <w:ind w:left="142" w:right="274" w:firstLine="425"/>
              <w:rPr>
                <w:sz w:val="28"/>
                <w:szCs w:val="28"/>
              </w:rPr>
            </w:pPr>
            <w:r w:rsidRPr="00915902">
              <w:rPr>
                <w:sz w:val="28"/>
                <w:szCs w:val="28"/>
              </w:rPr>
              <w:t xml:space="preserve">1. Правообладатели земельных участков: </w:t>
            </w:r>
          </w:p>
          <w:p w:rsidR="00915902" w:rsidRPr="00915902" w:rsidRDefault="005D391E" w:rsidP="00AD4176">
            <w:pPr>
              <w:pStyle w:val="aff9"/>
              <w:ind w:left="142" w:right="274" w:firstLine="425"/>
              <w:rPr>
                <w:sz w:val="28"/>
                <w:szCs w:val="28"/>
              </w:rPr>
            </w:pPr>
            <w:r w:rsidRPr="00915902">
              <w:rPr>
                <w:sz w:val="28"/>
                <w:szCs w:val="28"/>
              </w:rPr>
              <w:t>1.1 Физическое лицо</w:t>
            </w:r>
            <w:r w:rsidR="00915902" w:rsidRPr="00915902">
              <w:rPr>
                <w:sz w:val="28"/>
                <w:szCs w:val="28"/>
              </w:rPr>
              <w:t>.</w:t>
            </w:r>
            <w:r w:rsidRPr="00915902">
              <w:rPr>
                <w:sz w:val="28"/>
                <w:szCs w:val="28"/>
              </w:rPr>
              <w:t xml:space="preserve"> </w:t>
            </w:r>
          </w:p>
          <w:p w:rsidR="00915902" w:rsidRPr="00915902" w:rsidRDefault="005D391E" w:rsidP="00AD4176">
            <w:pPr>
              <w:pStyle w:val="aff9"/>
              <w:ind w:left="142" w:right="274" w:firstLine="425"/>
              <w:rPr>
                <w:sz w:val="28"/>
                <w:szCs w:val="28"/>
              </w:rPr>
            </w:pPr>
            <w:r w:rsidRPr="00915902">
              <w:rPr>
                <w:sz w:val="28"/>
                <w:szCs w:val="28"/>
              </w:rPr>
              <w:t>1.2. Юридическое лицо</w:t>
            </w:r>
            <w:r w:rsidR="00915902" w:rsidRPr="00915902">
              <w:rPr>
                <w:sz w:val="28"/>
                <w:szCs w:val="28"/>
              </w:rPr>
              <w:t>.</w:t>
            </w:r>
            <w:r w:rsidRPr="00915902">
              <w:rPr>
                <w:sz w:val="28"/>
                <w:szCs w:val="28"/>
              </w:rPr>
              <w:t xml:space="preserve"> </w:t>
            </w:r>
          </w:p>
          <w:p w:rsidR="00915902" w:rsidRPr="00915902" w:rsidRDefault="005D391E" w:rsidP="00AD4176">
            <w:pPr>
              <w:pStyle w:val="aff9"/>
              <w:ind w:left="142" w:right="274" w:firstLine="425"/>
              <w:rPr>
                <w:sz w:val="28"/>
                <w:szCs w:val="28"/>
              </w:rPr>
            </w:pPr>
            <w:r w:rsidRPr="00915902">
              <w:rPr>
                <w:sz w:val="28"/>
                <w:szCs w:val="28"/>
              </w:rPr>
              <w:t>2. Представитель правообладателя</w:t>
            </w:r>
            <w:r w:rsidR="00915902" w:rsidRPr="00915902">
              <w:rPr>
                <w:sz w:val="28"/>
                <w:szCs w:val="28"/>
              </w:rPr>
              <w:t>.</w:t>
            </w:r>
          </w:p>
          <w:p w:rsidR="005D391E" w:rsidRPr="00915902" w:rsidRDefault="005D391E" w:rsidP="00AD4176">
            <w:pPr>
              <w:pStyle w:val="aff9"/>
              <w:ind w:left="142" w:right="274" w:firstLine="425"/>
              <w:rPr>
                <w:sz w:val="28"/>
                <w:szCs w:val="28"/>
              </w:rPr>
            </w:pPr>
            <w:r w:rsidRPr="00915902">
              <w:rPr>
                <w:sz w:val="28"/>
                <w:szCs w:val="28"/>
              </w:rPr>
              <w:t xml:space="preserve"> 3. Кадастровый инженер.</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2</w:t>
            </w:r>
          </w:p>
        </w:tc>
        <w:tc>
          <w:tcPr>
            <w:tcW w:w="3260" w:type="dxa"/>
            <w:tcBorders>
              <w:bottom w:val="single" w:sz="2" w:space="0" w:color="000000"/>
              <w:right w:val="single" w:sz="2" w:space="0" w:color="000000"/>
            </w:tcBorders>
          </w:tcPr>
          <w:p w:rsidR="005D391E" w:rsidRPr="00915902" w:rsidRDefault="005D391E" w:rsidP="00AD4176">
            <w:pPr>
              <w:pStyle w:val="aff9"/>
              <w:ind w:left="142" w:right="274" w:firstLine="425"/>
              <w:rPr>
                <w:sz w:val="28"/>
                <w:szCs w:val="28"/>
              </w:rPr>
            </w:pPr>
            <w:r w:rsidRPr="00915902">
              <w:rPr>
                <w:sz w:val="28"/>
                <w:szCs w:val="28"/>
              </w:rPr>
              <w:t>Представитель физического</w:t>
            </w:r>
            <w:r w:rsidR="00915902" w:rsidRPr="00915902">
              <w:rPr>
                <w:sz w:val="28"/>
                <w:szCs w:val="28"/>
              </w:rPr>
              <w:t xml:space="preserve"> </w:t>
            </w:r>
            <w:r w:rsidRPr="00915902">
              <w:rPr>
                <w:sz w:val="28"/>
                <w:szCs w:val="28"/>
              </w:rPr>
              <w:t>лица/индивидуального предпринимателя</w:t>
            </w:r>
          </w:p>
        </w:tc>
        <w:tc>
          <w:tcPr>
            <w:tcW w:w="5386" w:type="dxa"/>
            <w:tcBorders>
              <w:bottom w:val="single" w:sz="2" w:space="0" w:color="000000"/>
              <w:right w:val="single" w:sz="2" w:space="0" w:color="000000"/>
            </w:tcBorders>
          </w:tcPr>
          <w:p w:rsidR="005D391E" w:rsidRPr="00915902" w:rsidRDefault="005D391E" w:rsidP="00AD4176">
            <w:pPr>
              <w:pStyle w:val="aff9"/>
              <w:ind w:left="142" w:right="274" w:firstLine="425"/>
              <w:jc w:val="left"/>
              <w:rPr>
                <w:sz w:val="28"/>
                <w:szCs w:val="28"/>
              </w:rPr>
            </w:pPr>
            <w:r w:rsidRPr="00915902">
              <w:rPr>
                <w:sz w:val="28"/>
                <w:szCs w:val="28"/>
              </w:rPr>
              <w:t>Лицо имеет право действовать от имени физического лица/индивидуального предпринимателя по доверенности</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3</w:t>
            </w:r>
          </w:p>
        </w:tc>
        <w:tc>
          <w:tcPr>
            <w:tcW w:w="3260" w:type="dxa"/>
            <w:tcBorders>
              <w:bottom w:val="single" w:sz="2" w:space="0" w:color="000000"/>
              <w:right w:val="single" w:sz="2" w:space="0" w:color="000000"/>
            </w:tcBorders>
          </w:tcPr>
          <w:p w:rsidR="00915902" w:rsidRPr="00915902" w:rsidRDefault="005D391E" w:rsidP="00AD4176">
            <w:pPr>
              <w:pStyle w:val="aff9"/>
              <w:ind w:left="142" w:right="274" w:firstLine="425"/>
              <w:rPr>
                <w:sz w:val="28"/>
                <w:szCs w:val="28"/>
              </w:rPr>
            </w:pPr>
            <w:r w:rsidRPr="00915902">
              <w:rPr>
                <w:sz w:val="28"/>
                <w:szCs w:val="28"/>
              </w:rPr>
              <w:t xml:space="preserve">Представитель юридического лица: </w:t>
            </w:r>
          </w:p>
          <w:p w:rsidR="00915902" w:rsidRPr="00915902" w:rsidRDefault="005D391E" w:rsidP="00AD4176">
            <w:pPr>
              <w:pStyle w:val="aff9"/>
              <w:ind w:left="142" w:right="274" w:firstLine="425"/>
              <w:rPr>
                <w:sz w:val="28"/>
                <w:szCs w:val="28"/>
              </w:rPr>
            </w:pPr>
            <w:r w:rsidRPr="00915902">
              <w:rPr>
                <w:sz w:val="28"/>
                <w:szCs w:val="28"/>
              </w:rPr>
              <w:t>1. Руководитель</w:t>
            </w:r>
            <w:r w:rsidR="00915902">
              <w:rPr>
                <w:sz w:val="28"/>
                <w:szCs w:val="28"/>
              </w:rPr>
              <w:t>.</w:t>
            </w:r>
            <w:r w:rsidRPr="00915902">
              <w:rPr>
                <w:sz w:val="28"/>
                <w:szCs w:val="28"/>
              </w:rPr>
              <w:t xml:space="preserve"> </w:t>
            </w:r>
          </w:p>
          <w:p w:rsidR="00915902" w:rsidRPr="00915902" w:rsidRDefault="00915902" w:rsidP="00AD4176">
            <w:pPr>
              <w:pStyle w:val="aff9"/>
              <w:tabs>
                <w:tab w:val="right" w:pos="3251"/>
              </w:tabs>
              <w:ind w:left="142" w:right="274" w:firstLine="425"/>
              <w:rPr>
                <w:sz w:val="28"/>
                <w:szCs w:val="28"/>
              </w:rPr>
            </w:pPr>
            <w:r>
              <w:rPr>
                <w:sz w:val="28"/>
                <w:szCs w:val="28"/>
              </w:rPr>
              <w:t>2. Сотрудник.</w:t>
            </w:r>
          </w:p>
          <w:p w:rsidR="005D391E" w:rsidRPr="00915902" w:rsidRDefault="005D391E" w:rsidP="00AD4176">
            <w:pPr>
              <w:pStyle w:val="aff9"/>
              <w:ind w:left="142" w:right="274" w:firstLine="425"/>
              <w:rPr>
                <w:sz w:val="28"/>
                <w:szCs w:val="28"/>
              </w:rPr>
            </w:pPr>
            <w:r w:rsidRPr="00915902">
              <w:rPr>
                <w:sz w:val="28"/>
                <w:szCs w:val="28"/>
              </w:rPr>
              <w:t xml:space="preserve">3. Иное лицо </w:t>
            </w:r>
            <w:r w:rsidRPr="00915902">
              <w:rPr>
                <w:sz w:val="28"/>
                <w:szCs w:val="28"/>
              </w:rPr>
              <w:lastRenderedPageBreak/>
              <w:t>полномочия, которого подтверждены в</w:t>
            </w:r>
            <w:r w:rsidR="00915902" w:rsidRPr="00915902">
              <w:rPr>
                <w:sz w:val="28"/>
                <w:szCs w:val="28"/>
              </w:rPr>
              <w:t xml:space="preserve"> </w:t>
            </w:r>
            <w:r w:rsidRPr="00915902">
              <w:rPr>
                <w:sz w:val="28"/>
                <w:szCs w:val="28"/>
              </w:rPr>
              <w:t>установленном порядке</w:t>
            </w:r>
            <w:r w:rsidR="00915902" w:rsidRPr="00915902">
              <w:rPr>
                <w:sz w:val="28"/>
                <w:szCs w:val="28"/>
              </w:rPr>
              <w:t>.</w:t>
            </w:r>
          </w:p>
        </w:tc>
        <w:tc>
          <w:tcPr>
            <w:tcW w:w="5386" w:type="dxa"/>
            <w:tcBorders>
              <w:bottom w:val="single" w:sz="2" w:space="0" w:color="000000"/>
              <w:right w:val="single" w:sz="2" w:space="0" w:color="000000"/>
            </w:tcBorders>
          </w:tcPr>
          <w:p w:rsidR="00915902" w:rsidRPr="00915902" w:rsidRDefault="00915902" w:rsidP="00AD4176">
            <w:pPr>
              <w:pStyle w:val="aff9"/>
              <w:ind w:left="142" w:right="274" w:firstLine="425"/>
              <w:rPr>
                <w:sz w:val="28"/>
                <w:szCs w:val="28"/>
              </w:rPr>
            </w:pPr>
            <w:r w:rsidRPr="00915902">
              <w:rPr>
                <w:sz w:val="28"/>
                <w:szCs w:val="28"/>
              </w:rPr>
              <w:lastRenderedPageBreak/>
              <w:t xml:space="preserve">1. </w:t>
            </w:r>
            <w:r w:rsidR="005D391E" w:rsidRPr="00915902">
              <w:rPr>
                <w:sz w:val="28"/>
                <w:szCs w:val="28"/>
              </w:rPr>
              <w:t xml:space="preserve">Лицо имеет право действовать от имени юридического лица без доверенности. </w:t>
            </w:r>
          </w:p>
          <w:p w:rsidR="005D391E" w:rsidRPr="00915902" w:rsidRDefault="005D391E" w:rsidP="00AD4176">
            <w:pPr>
              <w:pStyle w:val="aff9"/>
              <w:ind w:left="142" w:right="274" w:firstLine="425"/>
              <w:rPr>
                <w:sz w:val="28"/>
                <w:szCs w:val="28"/>
              </w:rPr>
            </w:pPr>
            <w:r w:rsidRPr="00915902">
              <w:rPr>
                <w:sz w:val="28"/>
                <w:szCs w:val="28"/>
              </w:rPr>
              <w:t xml:space="preserve">2. Лицо имеет право действовать от имени юридического лица по </w:t>
            </w:r>
            <w:r w:rsidRPr="00915902">
              <w:rPr>
                <w:sz w:val="28"/>
                <w:szCs w:val="28"/>
              </w:rPr>
              <w:lastRenderedPageBreak/>
              <w:t>доверенности.</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lastRenderedPageBreak/>
              <w:t>4</w:t>
            </w:r>
          </w:p>
        </w:tc>
        <w:tc>
          <w:tcPr>
            <w:tcW w:w="3260" w:type="dxa"/>
            <w:tcBorders>
              <w:bottom w:val="single" w:sz="2" w:space="0" w:color="000000"/>
              <w:right w:val="single" w:sz="2" w:space="0" w:color="000000"/>
            </w:tcBorders>
          </w:tcPr>
          <w:p w:rsidR="005D391E" w:rsidRPr="00915902" w:rsidRDefault="005D391E" w:rsidP="005C7C30">
            <w:pPr>
              <w:pStyle w:val="aff9"/>
              <w:ind w:left="142" w:firstLine="425"/>
              <w:rPr>
                <w:sz w:val="28"/>
                <w:szCs w:val="28"/>
              </w:rPr>
            </w:pPr>
            <w:r w:rsidRPr="00915902">
              <w:rPr>
                <w:sz w:val="28"/>
                <w:szCs w:val="28"/>
              </w:rPr>
              <w:t>Типы права на объект адресации</w:t>
            </w:r>
          </w:p>
        </w:tc>
        <w:tc>
          <w:tcPr>
            <w:tcW w:w="5386" w:type="dxa"/>
            <w:tcBorders>
              <w:bottom w:val="single" w:sz="2" w:space="0" w:color="000000"/>
              <w:right w:val="single" w:sz="2" w:space="0" w:color="000000"/>
            </w:tcBorders>
          </w:tcPr>
          <w:p w:rsidR="00915902" w:rsidRPr="00915902" w:rsidRDefault="005D391E" w:rsidP="005C7C30">
            <w:pPr>
              <w:pStyle w:val="aff9"/>
              <w:ind w:left="132" w:right="131" w:firstLine="567"/>
              <w:rPr>
                <w:sz w:val="28"/>
                <w:szCs w:val="28"/>
              </w:rPr>
            </w:pPr>
            <w:r w:rsidRPr="00915902">
              <w:rPr>
                <w:sz w:val="28"/>
                <w:szCs w:val="28"/>
              </w:rPr>
              <w:t xml:space="preserve">1.Право зарегистрировано в ЕГРН </w:t>
            </w:r>
          </w:p>
          <w:p w:rsidR="005D391E" w:rsidRPr="00915902" w:rsidRDefault="005D391E" w:rsidP="005C7C30">
            <w:pPr>
              <w:pStyle w:val="aff9"/>
              <w:ind w:left="132" w:right="131" w:firstLine="567"/>
              <w:rPr>
                <w:sz w:val="28"/>
                <w:szCs w:val="28"/>
              </w:rPr>
            </w:pPr>
            <w:r w:rsidRPr="00915902">
              <w:rPr>
                <w:sz w:val="28"/>
                <w:szCs w:val="28"/>
              </w:rPr>
              <w:t>2. Право не зарегистрировано в ЕГРН</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5</w:t>
            </w:r>
          </w:p>
        </w:tc>
        <w:tc>
          <w:tcPr>
            <w:tcW w:w="3260" w:type="dxa"/>
            <w:tcBorders>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Способ обращения</w:t>
            </w:r>
          </w:p>
        </w:tc>
        <w:tc>
          <w:tcPr>
            <w:tcW w:w="5386" w:type="dxa"/>
            <w:tcBorders>
              <w:bottom w:val="single" w:sz="2" w:space="0" w:color="000000"/>
              <w:right w:val="single" w:sz="2" w:space="0" w:color="000000"/>
            </w:tcBorders>
          </w:tcPr>
          <w:p w:rsidR="00915902" w:rsidRPr="00915902" w:rsidRDefault="00915902" w:rsidP="005C7C30">
            <w:pPr>
              <w:pStyle w:val="aff9"/>
              <w:ind w:left="132" w:right="131" w:firstLine="435"/>
              <w:rPr>
                <w:sz w:val="28"/>
                <w:szCs w:val="28"/>
              </w:rPr>
            </w:pPr>
            <w:r>
              <w:rPr>
                <w:sz w:val="28"/>
                <w:szCs w:val="28"/>
              </w:rPr>
              <w:t xml:space="preserve">1. </w:t>
            </w:r>
            <w:r w:rsidR="005D391E" w:rsidRPr="00915902">
              <w:rPr>
                <w:sz w:val="28"/>
                <w:szCs w:val="28"/>
              </w:rPr>
              <w:t>Заявитель лично (дополнительных документов не требуется)</w:t>
            </w:r>
            <w:r>
              <w:rPr>
                <w:sz w:val="28"/>
                <w:szCs w:val="28"/>
              </w:rPr>
              <w:t>.</w:t>
            </w:r>
            <w:r w:rsidR="005D391E" w:rsidRPr="00915902">
              <w:rPr>
                <w:sz w:val="28"/>
                <w:szCs w:val="28"/>
              </w:rPr>
              <w:t xml:space="preserve"> </w:t>
            </w:r>
          </w:p>
          <w:p w:rsidR="005D391E" w:rsidRPr="00915902" w:rsidRDefault="005D391E" w:rsidP="005C7C30">
            <w:pPr>
              <w:pStyle w:val="aff9"/>
              <w:ind w:left="132" w:right="131" w:firstLine="435"/>
              <w:rPr>
                <w:sz w:val="28"/>
                <w:szCs w:val="28"/>
              </w:rPr>
            </w:pPr>
            <w:r w:rsidRPr="00915902">
              <w:rPr>
                <w:sz w:val="28"/>
                <w:szCs w:val="28"/>
              </w:rPr>
              <w:t>2. Представитель заявителя (необходимо представить документ, подтверждающий полномочия представителя)</w:t>
            </w:r>
            <w:r w:rsidR="00915902">
              <w:rPr>
                <w:sz w:val="28"/>
                <w:szCs w:val="28"/>
              </w:rPr>
              <w:t>.</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6</w:t>
            </w:r>
          </w:p>
        </w:tc>
        <w:tc>
          <w:tcPr>
            <w:tcW w:w="3260" w:type="dxa"/>
            <w:tcBorders>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Принятое решение</w:t>
            </w:r>
          </w:p>
        </w:tc>
        <w:tc>
          <w:tcPr>
            <w:tcW w:w="5386" w:type="dxa"/>
            <w:tcBorders>
              <w:bottom w:val="single" w:sz="2" w:space="0" w:color="000000"/>
              <w:right w:val="single" w:sz="2" w:space="0" w:color="000000"/>
            </w:tcBorders>
          </w:tcPr>
          <w:p w:rsidR="005C7C30" w:rsidRDefault="005D391E" w:rsidP="005C7C30">
            <w:pPr>
              <w:pStyle w:val="aff9"/>
              <w:ind w:left="132" w:right="131" w:firstLine="435"/>
              <w:rPr>
                <w:sz w:val="28"/>
                <w:szCs w:val="28"/>
              </w:rPr>
            </w:pPr>
            <w:r w:rsidRPr="00915902">
              <w:rPr>
                <w:sz w:val="28"/>
                <w:szCs w:val="28"/>
              </w:rPr>
              <w:t>1. Исправление допущенных опечаток и ошибок в выданном ранее</w:t>
            </w:r>
            <w:r w:rsidR="005C7C30">
              <w:rPr>
                <w:sz w:val="28"/>
                <w:szCs w:val="28"/>
              </w:rPr>
              <w:t>.</w:t>
            </w:r>
            <w:r w:rsidRPr="00915902">
              <w:rPr>
                <w:sz w:val="28"/>
                <w:szCs w:val="28"/>
              </w:rPr>
              <w:t xml:space="preserve"> </w:t>
            </w:r>
          </w:p>
          <w:p w:rsidR="005D391E" w:rsidRPr="00915902" w:rsidRDefault="005D391E" w:rsidP="005C7C30">
            <w:pPr>
              <w:pStyle w:val="aff9"/>
              <w:ind w:left="132" w:right="131" w:firstLine="435"/>
              <w:rPr>
                <w:sz w:val="28"/>
                <w:szCs w:val="28"/>
              </w:rPr>
            </w:pPr>
            <w:r w:rsidRPr="00915902">
              <w:rPr>
                <w:sz w:val="28"/>
                <w:szCs w:val="28"/>
              </w:rPr>
              <w:t>2. Отказ в исправлении допущенных опечаток и ошибок в выданном ранее документе</w:t>
            </w:r>
            <w:r w:rsidR="005C7C30">
              <w:rPr>
                <w:sz w:val="28"/>
                <w:szCs w:val="28"/>
              </w:rPr>
              <w:t>.</w:t>
            </w:r>
          </w:p>
        </w:tc>
      </w:tr>
      <w:tr w:rsidR="005D391E" w:rsidRPr="00AA41FC" w:rsidTr="005D391E">
        <w:tc>
          <w:tcPr>
            <w:tcW w:w="9649" w:type="dxa"/>
            <w:gridSpan w:val="3"/>
            <w:tcBorders>
              <w:left w:val="single" w:sz="2" w:space="0" w:color="000000"/>
              <w:bottom w:val="single" w:sz="2" w:space="0" w:color="000000"/>
              <w:right w:val="single" w:sz="2" w:space="0" w:color="000000"/>
            </w:tcBorders>
          </w:tcPr>
          <w:p w:rsidR="005D391E" w:rsidRPr="00915902" w:rsidRDefault="005D391E" w:rsidP="00915902">
            <w:pPr>
              <w:pStyle w:val="aff9"/>
              <w:ind w:firstLine="567"/>
              <w:jc w:val="center"/>
              <w:rPr>
                <w:sz w:val="28"/>
                <w:szCs w:val="28"/>
              </w:rPr>
            </w:pPr>
            <w:r w:rsidRPr="00915902">
              <w:rPr>
                <w:sz w:val="28"/>
                <w:szCs w:val="28"/>
              </w:rPr>
              <w:t>Выдача дубликата ранее выданного решения</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1</w:t>
            </w:r>
          </w:p>
        </w:tc>
        <w:tc>
          <w:tcPr>
            <w:tcW w:w="3260" w:type="dxa"/>
            <w:tcBorders>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Категория заявителя</w:t>
            </w:r>
          </w:p>
        </w:tc>
        <w:tc>
          <w:tcPr>
            <w:tcW w:w="5386" w:type="dxa"/>
            <w:tcBorders>
              <w:bottom w:val="single" w:sz="2" w:space="0" w:color="000000"/>
              <w:right w:val="single" w:sz="2" w:space="0" w:color="000000"/>
            </w:tcBorders>
          </w:tcPr>
          <w:p w:rsidR="005C7C30" w:rsidRDefault="005D391E" w:rsidP="005C7C30">
            <w:pPr>
              <w:pStyle w:val="aff9"/>
              <w:ind w:left="557" w:right="131" w:firstLine="10"/>
              <w:rPr>
                <w:sz w:val="28"/>
                <w:szCs w:val="28"/>
              </w:rPr>
            </w:pPr>
            <w:r w:rsidRPr="00915902">
              <w:rPr>
                <w:sz w:val="28"/>
                <w:szCs w:val="28"/>
              </w:rPr>
              <w:t xml:space="preserve">1.Правообладатели земельных участков: </w:t>
            </w:r>
          </w:p>
          <w:p w:rsidR="00915902" w:rsidRDefault="005D391E" w:rsidP="005C7C30">
            <w:pPr>
              <w:pStyle w:val="aff9"/>
              <w:ind w:left="557" w:right="131" w:firstLine="10"/>
              <w:rPr>
                <w:sz w:val="28"/>
                <w:szCs w:val="28"/>
              </w:rPr>
            </w:pPr>
            <w:r w:rsidRPr="00915902">
              <w:rPr>
                <w:sz w:val="28"/>
                <w:szCs w:val="28"/>
              </w:rPr>
              <w:t>1.1 Физическое лицо</w:t>
            </w:r>
            <w:r w:rsidR="00915902">
              <w:rPr>
                <w:sz w:val="28"/>
                <w:szCs w:val="28"/>
              </w:rPr>
              <w:t>.</w:t>
            </w:r>
          </w:p>
          <w:p w:rsidR="00915902" w:rsidRDefault="005D391E" w:rsidP="005C7C30">
            <w:pPr>
              <w:pStyle w:val="aff9"/>
              <w:ind w:right="131" w:firstLine="567"/>
              <w:rPr>
                <w:sz w:val="28"/>
                <w:szCs w:val="28"/>
              </w:rPr>
            </w:pPr>
            <w:r w:rsidRPr="00915902">
              <w:rPr>
                <w:sz w:val="28"/>
                <w:szCs w:val="28"/>
              </w:rPr>
              <w:t>1.2. Юридическое лицо</w:t>
            </w:r>
            <w:r w:rsidR="00915902">
              <w:rPr>
                <w:sz w:val="28"/>
                <w:szCs w:val="28"/>
              </w:rPr>
              <w:t>.</w:t>
            </w:r>
          </w:p>
          <w:p w:rsidR="00915902" w:rsidRDefault="005D391E" w:rsidP="005C7C30">
            <w:pPr>
              <w:pStyle w:val="aff9"/>
              <w:ind w:right="131" w:firstLine="567"/>
              <w:rPr>
                <w:sz w:val="28"/>
                <w:szCs w:val="28"/>
              </w:rPr>
            </w:pPr>
            <w:r w:rsidRPr="00915902">
              <w:rPr>
                <w:sz w:val="28"/>
                <w:szCs w:val="28"/>
              </w:rPr>
              <w:t>2. Представитель правообладателя</w:t>
            </w:r>
            <w:r w:rsidR="00915902">
              <w:rPr>
                <w:sz w:val="28"/>
                <w:szCs w:val="28"/>
              </w:rPr>
              <w:t>.</w:t>
            </w:r>
            <w:r w:rsidRPr="00915902">
              <w:rPr>
                <w:sz w:val="28"/>
                <w:szCs w:val="28"/>
              </w:rPr>
              <w:t xml:space="preserve"> </w:t>
            </w:r>
          </w:p>
          <w:p w:rsidR="005D391E" w:rsidRPr="00915902" w:rsidRDefault="005D391E" w:rsidP="005C7C30">
            <w:pPr>
              <w:pStyle w:val="aff9"/>
              <w:ind w:right="131" w:firstLine="567"/>
              <w:rPr>
                <w:sz w:val="28"/>
                <w:szCs w:val="28"/>
              </w:rPr>
            </w:pPr>
            <w:r w:rsidRPr="00915902">
              <w:rPr>
                <w:sz w:val="28"/>
                <w:szCs w:val="28"/>
              </w:rPr>
              <w:t>3. Кадастровый инженер</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2</w:t>
            </w:r>
          </w:p>
        </w:tc>
        <w:tc>
          <w:tcPr>
            <w:tcW w:w="3260" w:type="dxa"/>
            <w:tcBorders>
              <w:bottom w:val="single" w:sz="2" w:space="0" w:color="000000"/>
              <w:right w:val="single" w:sz="2" w:space="0" w:color="000000"/>
            </w:tcBorders>
          </w:tcPr>
          <w:p w:rsidR="005D391E" w:rsidRPr="00915902" w:rsidRDefault="005D391E" w:rsidP="00AD4176">
            <w:pPr>
              <w:pStyle w:val="aff9"/>
              <w:ind w:left="142" w:firstLine="425"/>
              <w:rPr>
                <w:sz w:val="28"/>
                <w:szCs w:val="28"/>
              </w:rPr>
            </w:pPr>
            <w:r w:rsidRPr="00915902">
              <w:rPr>
                <w:sz w:val="28"/>
                <w:szCs w:val="28"/>
              </w:rPr>
              <w:t>Представитель физического лица/индивидуального предпринимателя</w:t>
            </w:r>
          </w:p>
        </w:tc>
        <w:tc>
          <w:tcPr>
            <w:tcW w:w="5386" w:type="dxa"/>
            <w:tcBorders>
              <w:bottom w:val="single" w:sz="2" w:space="0" w:color="000000"/>
              <w:right w:val="single" w:sz="2" w:space="0" w:color="000000"/>
            </w:tcBorders>
          </w:tcPr>
          <w:p w:rsidR="005D391E" w:rsidRPr="00915902" w:rsidRDefault="005D391E" w:rsidP="00AD4176">
            <w:pPr>
              <w:pStyle w:val="aff9"/>
              <w:ind w:left="131" w:right="273" w:firstLine="436"/>
              <w:rPr>
                <w:sz w:val="28"/>
                <w:szCs w:val="28"/>
              </w:rPr>
            </w:pPr>
            <w:r w:rsidRPr="00915902">
              <w:rPr>
                <w:sz w:val="28"/>
                <w:szCs w:val="28"/>
              </w:rPr>
              <w:t>Лицо имеет право действовать от имени физического лица/индивидуального предпринимателя по доверенности</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3</w:t>
            </w:r>
          </w:p>
        </w:tc>
        <w:tc>
          <w:tcPr>
            <w:tcW w:w="3260" w:type="dxa"/>
            <w:tcBorders>
              <w:bottom w:val="single" w:sz="2" w:space="0" w:color="000000"/>
              <w:right w:val="single" w:sz="2" w:space="0" w:color="000000"/>
            </w:tcBorders>
          </w:tcPr>
          <w:p w:rsidR="00915902" w:rsidRPr="00915902" w:rsidRDefault="005D391E" w:rsidP="00AD4176">
            <w:pPr>
              <w:pStyle w:val="aff9"/>
              <w:ind w:left="142" w:firstLine="425"/>
              <w:rPr>
                <w:sz w:val="28"/>
                <w:szCs w:val="28"/>
              </w:rPr>
            </w:pPr>
            <w:r w:rsidRPr="00915902">
              <w:rPr>
                <w:sz w:val="28"/>
                <w:szCs w:val="28"/>
              </w:rPr>
              <w:t>Представитель юридического</w:t>
            </w:r>
            <w:r w:rsidR="00915902" w:rsidRPr="00915902">
              <w:rPr>
                <w:sz w:val="28"/>
                <w:szCs w:val="28"/>
              </w:rPr>
              <w:t xml:space="preserve"> </w:t>
            </w:r>
            <w:r w:rsidRPr="00915902">
              <w:rPr>
                <w:sz w:val="28"/>
                <w:szCs w:val="28"/>
              </w:rPr>
              <w:t xml:space="preserve">лица: </w:t>
            </w:r>
          </w:p>
          <w:p w:rsidR="00915902" w:rsidRPr="00915902" w:rsidRDefault="005D391E" w:rsidP="00AD4176">
            <w:pPr>
              <w:pStyle w:val="aff9"/>
              <w:ind w:left="142" w:firstLine="425"/>
              <w:rPr>
                <w:sz w:val="28"/>
                <w:szCs w:val="28"/>
              </w:rPr>
            </w:pPr>
            <w:r w:rsidRPr="00915902">
              <w:rPr>
                <w:sz w:val="28"/>
                <w:szCs w:val="28"/>
              </w:rPr>
              <w:t xml:space="preserve">1. Руководитель </w:t>
            </w:r>
          </w:p>
          <w:p w:rsidR="00915902" w:rsidRPr="00915902" w:rsidRDefault="005D391E" w:rsidP="00AD4176">
            <w:pPr>
              <w:pStyle w:val="aff9"/>
              <w:ind w:left="142" w:firstLine="425"/>
              <w:rPr>
                <w:sz w:val="28"/>
                <w:szCs w:val="28"/>
              </w:rPr>
            </w:pPr>
            <w:r w:rsidRPr="00915902">
              <w:rPr>
                <w:sz w:val="28"/>
                <w:szCs w:val="28"/>
              </w:rPr>
              <w:t xml:space="preserve">2. Сотрудник </w:t>
            </w:r>
          </w:p>
          <w:p w:rsidR="005D391E" w:rsidRPr="00915902" w:rsidRDefault="005D391E" w:rsidP="00AD4176">
            <w:pPr>
              <w:pStyle w:val="aff9"/>
              <w:ind w:left="142" w:firstLine="425"/>
              <w:rPr>
                <w:sz w:val="28"/>
                <w:szCs w:val="28"/>
              </w:rPr>
            </w:pPr>
            <w:r w:rsidRPr="00915902">
              <w:rPr>
                <w:sz w:val="28"/>
                <w:szCs w:val="28"/>
              </w:rPr>
              <w:t>3. Иное лицо полномочия, которого подтверждены в установленном порядке</w:t>
            </w:r>
            <w:r w:rsidR="00915902" w:rsidRPr="00915902">
              <w:rPr>
                <w:sz w:val="28"/>
                <w:szCs w:val="28"/>
              </w:rPr>
              <w:t>.</w:t>
            </w:r>
          </w:p>
        </w:tc>
        <w:tc>
          <w:tcPr>
            <w:tcW w:w="5386" w:type="dxa"/>
            <w:tcBorders>
              <w:bottom w:val="single" w:sz="2" w:space="0" w:color="000000"/>
              <w:right w:val="single" w:sz="2" w:space="0" w:color="000000"/>
            </w:tcBorders>
          </w:tcPr>
          <w:p w:rsidR="00915902" w:rsidRPr="00915902" w:rsidRDefault="005D391E" w:rsidP="00AD4176">
            <w:pPr>
              <w:pStyle w:val="aff9"/>
              <w:ind w:left="131" w:right="273" w:firstLine="436"/>
              <w:rPr>
                <w:sz w:val="28"/>
                <w:szCs w:val="28"/>
              </w:rPr>
            </w:pPr>
            <w:r w:rsidRPr="00915902">
              <w:rPr>
                <w:sz w:val="28"/>
                <w:szCs w:val="28"/>
              </w:rPr>
              <w:t>1.</w:t>
            </w:r>
            <w:r w:rsidR="00915902" w:rsidRPr="00915902">
              <w:rPr>
                <w:sz w:val="28"/>
                <w:szCs w:val="28"/>
              </w:rPr>
              <w:t xml:space="preserve"> </w:t>
            </w:r>
            <w:r w:rsidRPr="00915902">
              <w:rPr>
                <w:sz w:val="28"/>
                <w:szCs w:val="28"/>
              </w:rPr>
              <w:t xml:space="preserve">Лицо имеет право действовать от имени юридического лица без доверенности. </w:t>
            </w:r>
          </w:p>
          <w:p w:rsidR="005D391E" w:rsidRPr="00915902" w:rsidRDefault="005D391E" w:rsidP="00AD4176">
            <w:pPr>
              <w:pStyle w:val="aff9"/>
              <w:ind w:left="131" w:right="273" w:firstLine="436"/>
              <w:rPr>
                <w:sz w:val="28"/>
                <w:szCs w:val="28"/>
              </w:rPr>
            </w:pPr>
            <w:r w:rsidRPr="00915902">
              <w:rPr>
                <w:sz w:val="28"/>
                <w:szCs w:val="28"/>
              </w:rPr>
              <w:t>2. Лицо имеет право действовать от имени юридического лица по</w:t>
            </w:r>
            <w:r w:rsidR="00915902" w:rsidRPr="00915902">
              <w:rPr>
                <w:sz w:val="28"/>
                <w:szCs w:val="28"/>
              </w:rPr>
              <w:t xml:space="preserve"> </w:t>
            </w:r>
            <w:r w:rsidRPr="00915902">
              <w:rPr>
                <w:sz w:val="28"/>
                <w:szCs w:val="28"/>
              </w:rPr>
              <w:t>доверенности.</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4</w:t>
            </w:r>
          </w:p>
        </w:tc>
        <w:tc>
          <w:tcPr>
            <w:tcW w:w="3260" w:type="dxa"/>
            <w:tcBorders>
              <w:bottom w:val="single" w:sz="2" w:space="0" w:color="000000"/>
              <w:right w:val="single" w:sz="2" w:space="0" w:color="000000"/>
            </w:tcBorders>
          </w:tcPr>
          <w:p w:rsidR="005D391E" w:rsidRPr="00915902" w:rsidRDefault="005D391E" w:rsidP="00AD4176">
            <w:pPr>
              <w:pStyle w:val="aff9"/>
              <w:ind w:left="142" w:firstLine="425"/>
              <w:rPr>
                <w:sz w:val="28"/>
                <w:szCs w:val="28"/>
              </w:rPr>
            </w:pPr>
            <w:r w:rsidRPr="00915902">
              <w:rPr>
                <w:sz w:val="28"/>
                <w:szCs w:val="28"/>
              </w:rPr>
              <w:t>Способ обращения</w:t>
            </w:r>
          </w:p>
        </w:tc>
        <w:tc>
          <w:tcPr>
            <w:tcW w:w="5386" w:type="dxa"/>
            <w:tcBorders>
              <w:bottom w:val="single" w:sz="2" w:space="0" w:color="000000"/>
              <w:right w:val="single" w:sz="2" w:space="0" w:color="000000"/>
            </w:tcBorders>
          </w:tcPr>
          <w:p w:rsidR="00915902" w:rsidRPr="00915902" w:rsidRDefault="005D391E" w:rsidP="00AD4176">
            <w:pPr>
              <w:pStyle w:val="aff9"/>
              <w:ind w:left="131" w:right="273" w:firstLine="567"/>
              <w:rPr>
                <w:sz w:val="28"/>
                <w:szCs w:val="28"/>
              </w:rPr>
            </w:pPr>
            <w:r w:rsidRPr="00915902">
              <w:rPr>
                <w:sz w:val="28"/>
                <w:szCs w:val="28"/>
              </w:rPr>
              <w:t>1.</w:t>
            </w:r>
            <w:r w:rsidR="00915902" w:rsidRPr="00915902">
              <w:rPr>
                <w:sz w:val="28"/>
                <w:szCs w:val="28"/>
              </w:rPr>
              <w:t xml:space="preserve"> </w:t>
            </w:r>
            <w:r w:rsidRPr="00915902">
              <w:rPr>
                <w:sz w:val="28"/>
                <w:szCs w:val="28"/>
              </w:rPr>
              <w:t xml:space="preserve">Заявитель лично (дополнительных документов не требуется) </w:t>
            </w:r>
          </w:p>
          <w:p w:rsidR="005D391E" w:rsidRPr="00915902" w:rsidRDefault="005D391E" w:rsidP="00AD4176">
            <w:pPr>
              <w:pStyle w:val="aff9"/>
              <w:ind w:left="131" w:right="273" w:firstLine="567"/>
              <w:rPr>
                <w:sz w:val="28"/>
                <w:szCs w:val="28"/>
              </w:rPr>
            </w:pPr>
            <w:r w:rsidRPr="00915902">
              <w:rPr>
                <w:sz w:val="28"/>
                <w:szCs w:val="28"/>
              </w:rPr>
              <w:t xml:space="preserve">2. Представитель заявителя (необходимо представить документ, </w:t>
            </w:r>
            <w:r w:rsidRPr="00915902">
              <w:rPr>
                <w:sz w:val="28"/>
                <w:szCs w:val="28"/>
              </w:rPr>
              <w:lastRenderedPageBreak/>
              <w:t>подтверждающий полномочия представителя)</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lastRenderedPageBreak/>
              <w:t>5</w:t>
            </w:r>
          </w:p>
        </w:tc>
        <w:tc>
          <w:tcPr>
            <w:tcW w:w="3260" w:type="dxa"/>
            <w:tcBorders>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Типы права на объект адресации</w:t>
            </w:r>
          </w:p>
        </w:tc>
        <w:tc>
          <w:tcPr>
            <w:tcW w:w="5386" w:type="dxa"/>
            <w:tcBorders>
              <w:bottom w:val="single" w:sz="2" w:space="0" w:color="000000"/>
              <w:right w:val="single" w:sz="2" w:space="0" w:color="000000"/>
            </w:tcBorders>
          </w:tcPr>
          <w:p w:rsidR="00915902" w:rsidRPr="00915902" w:rsidRDefault="005D391E" w:rsidP="00AD4176">
            <w:pPr>
              <w:pStyle w:val="aff9"/>
              <w:ind w:left="131" w:right="273" w:firstLine="567"/>
              <w:rPr>
                <w:sz w:val="28"/>
                <w:szCs w:val="28"/>
              </w:rPr>
            </w:pPr>
            <w:r w:rsidRPr="00915902">
              <w:rPr>
                <w:sz w:val="28"/>
                <w:szCs w:val="28"/>
              </w:rPr>
              <w:t>1.</w:t>
            </w:r>
            <w:r w:rsidR="00915902" w:rsidRPr="00915902">
              <w:rPr>
                <w:sz w:val="28"/>
                <w:szCs w:val="28"/>
              </w:rPr>
              <w:t xml:space="preserve"> </w:t>
            </w:r>
            <w:r w:rsidRPr="00915902">
              <w:rPr>
                <w:sz w:val="28"/>
                <w:szCs w:val="28"/>
              </w:rPr>
              <w:t xml:space="preserve">Право зарегистрировано в ЕГРН </w:t>
            </w:r>
          </w:p>
          <w:p w:rsidR="005D391E" w:rsidRPr="00915902" w:rsidRDefault="005D391E" w:rsidP="00AD4176">
            <w:pPr>
              <w:pStyle w:val="aff9"/>
              <w:ind w:left="131" w:right="273" w:firstLine="567"/>
              <w:rPr>
                <w:sz w:val="28"/>
                <w:szCs w:val="28"/>
              </w:rPr>
            </w:pPr>
            <w:r w:rsidRPr="00915902">
              <w:rPr>
                <w:sz w:val="28"/>
                <w:szCs w:val="28"/>
              </w:rPr>
              <w:t>2. Право не зарегистрировано в ЕГРН</w:t>
            </w:r>
          </w:p>
        </w:tc>
      </w:tr>
      <w:tr w:rsidR="005D391E" w:rsidRPr="00AA41FC" w:rsidTr="008F0D9D">
        <w:tc>
          <w:tcPr>
            <w:tcW w:w="1003" w:type="dxa"/>
            <w:tcBorders>
              <w:left w:val="single" w:sz="2" w:space="0" w:color="000000"/>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6</w:t>
            </w:r>
          </w:p>
        </w:tc>
        <w:tc>
          <w:tcPr>
            <w:tcW w:w="3260" w:type="dxa"/>
            <w:tcBorders>
              <w:bottom w:val="single" w:sz="2" w:space="0" w:color="000000"/>
              <w:right w:val="single" w:sz="2" w:space="0" w:color="000000"/>
            </w:tcBorders>
          </w:tcPr>
          <w:p w:rsidR="005D391E" w:rsidRPr="00915902" w:rsidRDefault="005D391E" w:rsidP="005D391E">
            <w:pPr>
              <w:pStyle w:val="aff9"/>
              <w:ind w:firstLine="567"/>
              <w:rPr>
                <w:sz w:val="28"/>
                <w:szCs w:val="28"/>
              </w:rPr>
            </w:pPr>
            <w:r w:rsidRPr="00915902">
              <w:rPr>
                <w:sz w:val="28"/>
                <w:szCs w:val="28"/>
              </w:rPr>
              <w:t>Принятое решение</w:t>
            </w:r>
          </w:p>
        </w:tc>
        <w:tc>
          <w:tcPr>
            <w:tcW w:w="5386" w:type="dxa"/>
            <w:tcBorders>
              <w:bottom w:val="single" w:sz="2" w:space="0" w:color="000000"/>
              <w:right w:val="single" w:sz="2" w:space="0" w:color="000000"/>
            </w:tcBorders>
          </w:tcPr>
          <w:p w:rsidR="00915902" w:rsidRPr="00915902" w:rsidRDefault="005D391E" w:rsidP="00AD4176">
            <w:pPr>
              <w:pStyle w:val="aff9"/>
              <w:ind w:left="131" w:right="273" w:firstLine="567"/>
              <w:rPr>
                <w:sz w:val="28"/>
                <w:szCs w:val="28"/>
              </w:rPr>
            </w:pPr>
            <w:r w:rsidRPr="00915902">
              <w:rPr>
                <w:sz w:val="28"/>
                <w:szCs w:val="28"/>
              </w:rPr>
              <w:t>1.</w:t>
            </w:r>
            <w:r w:rsidR="00915902" w:rsidRPr="00915902">
              <w:rPr>
                <w:sz w:val="28"/>
                <w:szCs w:val="28"/>
              </w:rPr>
              <w:t xml:space="preserve"> </w:t>
            </w:r>
            <w:r w:rsidRPr="00915902">
              <w:rPr>
                <w:sz w:val="28"/>
                <w:szCs w:val="28"/>
              </w:rPr>
              <w:t>Выдача дубликата документа</w:t>
            </w:r>
            <w:r w:rsidR="00915902" w:rsidRPr="00915902">
              <w:rPr>
                <w:sz w:val="28"/>
                <w:szCs w:val="28"/>
              </w:rPr>
              <w:t>.</w:t>
            </w:r>
          </w:p>
          <w:p w:rsidR="005D391E" w:rsidRPr="00915902" w:rsidRDefault="005D391E" w:rsidP="00AD4176">
            <w:pPr>
              <w:pStyle w:val="aff9"/>
              <w:ind w:left="131" w:right="273" w:firstLine="567"/>
              <w:rPr>
                <w:sz w:val="28"/>
                <w:szCs w:val="28"/>
              </w:rPr>
            </w:pPr>
            <w:r w:rsidRPr="00915902">
              <w:rPr>
                <w:sz w:val="28"/>
                <w:szCs w:val="28"/>
              </w:rPr>
              <w:t>2. Отказ в выдаче дубликата документа</w:t>
            </w:r>
            <w:r w:rsidR="00915902" w:rsidRPr="00915902">
              <w:rPr>
                <w:sz w:val="28"/>
                <w:szCs w:val="28"/>
              </w:rPr>
              <w:t>.</w:t>
            </w:r>
          </w:p>
        </w:tc>
      </w:tr>
    </w:tbl>
    <w:p w:rsidR="00915902" w:rsidRDefault="00915902" w:rsidP="005D391E">
      <w:pPr>
        <w:pStyle w:val="aff9"/>
        <w:ind w:firstLine="567"/>
      </w:pPr>
    </w:p>
    <w:p w:rsidR="00AD4176" w:rsidRDefault="00AD4176" w:rsidP="005D391E">
      <w:pPr>
        <w:pStyle w:val="aff9"/>
        <w:ind w:firstLine="567"/>
      </w:pPr>
    </w:p>
    <w:p w:rsidR="00AD4176" w:rsidRDefault="00AD4176" w:rsidP="005D391E">
      <w:pPr>
        <w:pStyle w:val="aff9"/>
        <w:ind w:firstLine="567"/>
      </w:pPr>
    </w:p>
    <w:p w:rsidR="00915902" w:rsidRDefault="00915902" w:rsidP="00915902">
      <w:pPr>
        <w:spacing w:after="0" w:line="240" w:lineRule="auto"/>
        <w:rPr>
          <w:sz w:val="28"/>
          <w:szCs w:val="28"/>
          <w:lang w:val="ru-RU"/>
        </w:rPr>
      </w:pPr>
      <w:r>
        <w:rPr>
          <w:sz w:val="28"/>
          <w:szCs w:val="28"/>
          <w:lang w:val="ru-RU"/>
        </w:rPr>
        <w:t>Глава</w:t>
      </w:r>
      <w:r w:rsidRPr="002E7D98">
        <w:rPr>
          <w:sz w:val="28"/>
          <w:szCs w:val="28"/>
          <w:lang w:val="ru-RU"/>
        </w:rPr>
        <w:t xml:space="preserve"> </w:t>
      </w:r>
    </w:p>
    <w:p w:rsidR="00915902" w:rsidRDefault="00915902" w:rsidP="00915902">
      <w:pPr>
        <w:spacing w:after="0" w:line="240" w:lineRule="auto"/>
        <w:rPr>
          <w:sz w:val="28"/>
          <w:szCs w:val="28"/>
          <w:lang w:val="ru-RU"/>
        </w:rPr>
      </w:pPr>
      <w:r w:rsidRPr="002E7D98">
        <w:rPr>
          <w:sz w:val="28"/>
          <w:szCs w:val="28"/>
          <w:lang w:val="ru-RU"/>
        </w:rPr>
        <w:t>Новоджерелиевского</w:t>
      </w:r>
      <w:r>
        <w:rPr>
          <w:sz w:val="28"/>
          <w:szCs w:val="28"/>
          <w:lang w:val="ru-RU"/>
        </w:rPr>
        <w:t xml:space="preserve"> </w:t>
      </w:r>
      <w:r w:rsidRPr="002E7D98">
        <w:rPr>
          <w:sz w:val="28"/>
          <w:szCs w:val="28"/>
          <w:lang w:val="ru-RU"/>
        </w:rPr>
        <w:t>сельского поселения</w:t>
      </w:r>
    </w:p>
    <w:p w:rsidR="00915902" w:rsidRPr="002E7D98" w:rsidRDefault="00915902" w:rsidP="00915902">
      <w:pPr>
        <w:spacing w:after="0" w:line="240" w:lineRule="auto"/>
        <w:rPr>
          <w:sz w:val="28"/>
          <w:szCs w:val="28"/>
          <w:lang w:val="ru-RU"/>
        </w:rPr>
      </w:pPr>
      <w:r w:rsidRPr="002E7D98">
        <w:rPr>
          <w:sz w:val="28"/>
          <w:szCs w:val="28"/>
          <w:lang w:val="ru-RU"/>
        </w:rPr>
        <w:t>Брюховецкого муниципального района</w:t>
      </w:r>
    </w:p>
    <w:p w:rsidR="00915902" w:rsidRPr="002E7D98" w:rsidRDefault="00915902" w:rsidP="00915902">
      <w:pPr>
        <w:spacing w:after="0" w:line="240" w:lineRule="auto"/>
        <w:rPr>
          <w:sz w:val="28"/>
          <w:szCs w:val="28"/>
          <w:lang w:val="ru-RU"/>
        </w:rPr>
      </w:pPr>
      <w:r w:rsidRPr="002E7D98">
        <w:rPr>
          <w:sz w:val="28"/>
          <w:szCs w:val="28"/>
          <w:lang w:val="ru-RU"/>
        </w:rPr>
        <w:t>Краснодарского края</w:t>
      </w:r>
      <w:r>
        <w:rPr>
          <w:sz w:val="28"/>
          <w:szCs w:val="28"/>
          <w:lang w:val="ru-RU"/>
        </w:rPr>
        <w:t xml:space="preserve">                                                                           О.В. Ткаченко</w:t>
      </w:r>
    </w:p>
    <w:p w:rsidR="00AD4176" w:rsidRDefault="00AD4176" w:rsidP="00915902">
      <w:pPr>
        <w:spacing w:after="0" w:line="240" w:lineRule="auto"/>
        <w:ind w:firstLine="5103"/>
        <w:rPr>
          <w:sz w:val="28"/>
          <w:szCs w:val="28"/>
          <w:lang w:val="ru-RU"/>
        </w:rPr>
      </w:pPr>
    </w:p>
    <w:p w:rsidR="00AD4176" w:rsidRDefault="00AD4176" w:rsidP="00915902">
      <w:pPr>
        <w:spacing w:after="0" w:line="240" w:lineRule="auto"/>
        <w:ind w:firstLine="5103"/>
        <w:rPr>
          <w:sz w:val="28"/>
          <w:szCs w:val="28"/>
          <w:lang w:val="ru-RU"/>
        </w:rPr>
      </w:pPr>
    </w:p>
    <w:p w:rsidR="00AD4176" w:rsidRDefault="00AD4176" w:rsidP="00915902">
      <w:pPr>
        <w:spacing w:after="0" w:line="240" w:lineRule="auto"/>
        <w:ind w:firstLine="5103"/>
        <w:rPr>
          <w:sz w:val="28"/>
          <w:szCs w:val="28"/>
          <w:lang w:val="ru-RU"/>
        </w:rPr>
      </w:pPr>
    </w:p>
    <w:p w:rsidR="00AD4176" w:rsidRDefault="00AD4176" w:rsidP="00915902">
      <w:pPr>
        <w:spacing w:after="0" w:line="240" w:lineRule="auto"/>
        <w:ind w:firstLine="5103"/>
        <w:rPr>
          <w:sz w:val="28"/>
          <w:szCs w:val="28"/>
          <w:lang w:val="ru-RU"/>
        </w:rPr>
      </w:pPr>
    </w:p>
    <w:p w:rsidR="00AD4176" w:rsidRDefault="00AD4176" w:rsidP="00915902">
      <w:pPr>
        <w:spacing w:after="0" w:line="240" w:lineRule="auto"/>
        <w:ind w:firstLine="5103"/>
        <w:rPr>
          <w:sz w:val="28"/>
          <w:szCs w:val="28"/>
          <w:lang w:val="ru-RU"/>
        </w:rPr>
      </w:pPr>
    </w:p>
    <w:p w:rsidR="00AD4176" w:rsidRDefault="00AD4176" w:rsidP="00915902">
      <w:pPr>
        <w:spacing w:after="0" w:line="240" w:lineRule="auto"/>
        <w:ind w:firstLine="5103"/>
        <w:rPr>
          <w:sz w:val="28"/>
          <w:szCs w:val="28"/>
          <w:lang w:val="ru-RU"/>
        </w:rPr>
      </w:pPr>
    </w:p>
    <w:p w:rsidR="00AD4176" w:rsidRDefault="00AD4176" w:rsidP="00915902">
      <w:pPr>
        <w:spacing w:after="0" w:line="240" w:lineRule="auto"/>
        <w:ind w:firstLine="5103"/>
        <w:rPr>
          <w:sz w:val="28"/>
          <w:szCs w:val="28"/>
          <w:lang w:val="ru-RU"/>
        </w:rPr>
      </w:pPr>
    </w:p>
    <w:p w:rsidR="00AD4176" w:rsidRDefault="00AD4176" w:rsidP="00915902">
      <w:pPr>
        <w:spacing w:after="0" w:line="240" w:lineRule="auto"/>
        <w:ind w:firstLine="5103"/>
        <w:rPr>
          <w:sz w:val="28"/>
          <w:szCs w:val="28"/>
          <w:lang w:val="ru-RU"/>
        </w:rPr>
      </w:pPr>
    </w:p>
    <w:p w:rsidR="00AD4176" w:rsidRDefault="00AD4176" w:rsidP="00915902">
      <w:pPr>
        <w:spacing w:after="0" w:line="240" w:lineRule="auto"/>
        <w:ind w:firstLine="5103"/>
        <w:rPr>
          <w:sz w:val="28"/>
          <w:szCs w:val="28"/>
          <w:lang w:val="ru-RU"/>
        </w:rPr>
      </w:pPr>
    </w:p>
    <w:p w:rsidR="00AD4176" w:rsidRDefault="00AD4176" w:rsidP="00915902">
      <w:pPr>
        <w:spacing w:after="0" w:line="240" w:lineRule="auto"/>
        <w:ind w:firstLine="5103"/>
        <w:rPr>
          <w:sz w:val="28"/>
          <w:szCs w:val="28"/>
          <w:lang w:val="ru-RU"/>
        </w:rPr>
      </w:pPr>
    </w:p>
    <w:p w:rsidR="00AD4176" w:rsidRDefault="00AD4176" w:rsidP="00915902">
      <w:pPr>
        <w:spacing w:after="0" w:line="240" w:lineRule="auto"/>
        <w:ind w:firstLine="5103"/>
        <w:rPr>
          <w:sz w:val="28"/>
          <w:szCs w:val="28"/>
          <w:lang w:val="ru-RU"/>
        </w:rPr>
      </w:pPr>
    </w:p>
    <w:p w:rsidR="00AD4176" w:rsidRDefault="00AD4176" w:rsidP="00915902">
      <w:pPr>
        <w:spacing w:after="0" w:line="240" w:lineRule="auto"/>
        <w:ind w:firstLine="5103"/>
        <w:rPr>
          <w:sz w:val="28"/>
          <w:szCs w:val="28"/>
          <w:lang w:val="ru-RU"/>
        </w:rPr>
      </w:pPr>
    </w:p>
    <w:p w:rsidR="00AD4176" w:rsidRDefault="00AD4176" w:rsidP="00915902">
      <w:pPr>
        <w:spacing w:after="0" w:line="240" w:lineRule="auto"/>
        <w:ind w:firstLine="5103"/>
        <w:rPr>
          <w:sz w:val="28"/>
          <w:szCs w:val="28"/>
          <w:lang w:val="ru-RU"/>
        </w:rPr>
      </w:pPr>
    </w:p>
    <w:p w:rsidR="00AD4176" w:rsidRDefault="00AD4176" w:rsidP="00915902">
      <w:pPr>
        <w:spacing w:after="0" w:line="240" w:lineRule="auto"/>
        <w:ind w:firstLine="5103"/>
        <w:rPr>
          <w:sz w:val="28"/>
          <w:szCs w:val="28"/>
          <w:lang w:val="ru-RU"/>
        </w:rPr>
      </w:pPr>
    </w:p>
    <w:p w:rsidR="00AD4176" w:rsidRDefault="00AD4176" w:rsidP="00915902">
      <w:pPr>
        <w:spacing w:after="0" w:line="240" w:lineRule="auto"/>
        <w:ind w:firstLine="5103"/>
        <w:rPr>
          <w:sz w:val="28"/>
          <w:szCs w:val="28"/>
          <w:lang w:val="ru-RU"/>
        </w:rPr>
      </w:pPr>
    </w:p>
    <w:p w:rsidR="00AA41FC" w:rsidRDefault="00AA41FC" w:rsidP="00915902">
      <w:pPr>
        <w:spacing w:after="0" w:line="240" w:lineRule="auto"/>
        <w:ind w:firstLine="5103"/>
        <w:rPr>
          <w:sz w:val="28"/>
          <w:szCs w:val="28"/>
          <w:lang w:val="ru-RU"/>
        </w:rPr>
        <w:sectPr w:rsidR="00AA41FC" w:rsidSect="00AA41FC">
          <w:pgSz w:w="12240" w:h="15840"/>
          <w:pgMar w:top="1134" w:right="567" w:bottom="1134" w:left="1701" w:header="709" w:footer="709" w:gutter="0"/>
          <w:pgNumType w:start="1"/>
          <w:cols w:space="720"/>
          <w:titlePg/>
          <w:docGrid w:linePitch="360"/>
        </w:sectPr>
      </w:pPr>
    </w:p>
    <w:p w:rsidR="00915902" w:rsidRPr="002E7D98" w:rsidRDefault="00915902" w:rsidP="00915902">
      <w:pPr>
        <w:spacing w:after="0" w:line="240" w:lineRule="auto"/>
        <w:ind w:firstLine="5103"/>
        <w:rPr>
          <w:sz w:val="28"/>
          <w:szCs w:val="28"/>
          <w:lang w:val="ru-RU"/>
        </w:rPr>
      </w:pPr>
      <w:r w:rsidRPr="002E7D98">
        <w:rPr>
          <w:sz w:val="28"/>
          <w:szCs w:val="28"/>
          <w:lang w:val="ru-RU"/>
        </w:rPr>
        <w:lastRenderedPageBreak/>
        <w:t xml:space="preserve">ПРИЛОЖЕНИЕ </w:t>
      </w:r>
      <w:r>
        <w:rPr>
          <w:sz w:val="28"/>
          <w:szCs w:val="28"/>
          <w:lang w:val="ru-RU"/>
        </w:rPr>
        <w:t>№ 3</w:t>
      </w:r>
    </w:p>
    <w:p w:rsidR="00915902" w:rsidRPr="002E7D98" w:rsidRDefault="00915902" w:rsidP="00915902">
      <w:pPr>
        <w:spacing w:after="0" w:line="240" w:lineRule="auto"/>
        <w:ind w:firstLine="5103"/>
        <w:rPr>
          <w:sz w:val="28"/>
          <w:szCs w:val="28"/>
          <w:lang w:val="ru-RU"/>
        </w:rPr>
      </w:pPr>
      <w:r w:rsidRPr="002E7D98">
        <w:rPr>
          <w:sz w:val="28"/>
          <w:szCs w:val="28"/>
          <w:lang w:val="ru-RU"/>
        </w:rPr>
        <w:t>к административному регламенту</w:t>
      </w:r>
    </w:p>
    <w:p w:rsidR="00915902" w:rsidRPr="002E7D98" w:rsidRDefault="00915902" w:rsidP="00915902">
      <w:pPr>
        <w:spacing w:after="0" w:line="240" w:lineRule="auto"/>
        <w:ind w:firstLine="5103"/>
        <w:rPr>
          <w:sz w:val="28"/>
          <w:szCs w:val="28"/>
          <w:lang w:val="ru-RU"/>
        </w:rPr>
      </w:pPr>
      <w:r w:rsidRPr="002E7D98">
        <w:rPr>
          <w:sz w:val="28"/>
          <w:szCs w:val="28"/>
          <w:lang w:val="ru-RU"/>
        </w:rPr>
        <w:t>предоставления администрацией</w:t>
      </w:r>
    </w:p>
    <w:p w:rsidR="00915902" w:rsidRDefault="00915902" w:rsidP="00915902">
      <w:pPr>
        <w:spacing w:after="0" w:line="240" w:lineRule="auto"/>
        <w:ind w:firstLine="5103"/>
        <w:rPr>
          <w:sz w:val="28"/>
          <w:szCs w:val="28"/>
          <w:lang w:val="ru-RU"/>
        </w:rPr>
      </w:pPr>
      <w:r w:rsidRPr="002E7D98">
        <w:rPr>
          <w:sz w:val="28"/>
          <w:szCs w:val="28"/>
          <w:lang w:val="ru-RU"/>
        </w:rPr>
        <w:t>Новоджерелиевского сельского</w:t>
      </w:r>
    </w:p>
    <w:p w:rsidR="00915902" w:rsidRDefault="00915902" w:rsidP="00915902">
      <w:pPr>
        <w:spacing w:after="0" w:line="240" w:lineRule="auto"/>
        <w:ind w:firstLine="5103"/>
        <w:rPr>
          <w:sz w:val="28"/>
          <w:szCs w:val="28"/>
          <w:lang w:val="ru-RU"/>
        </w:rPr>
      </w:pPr>
      <w:r>
        <w:rPr>
          <w:sz w:val="28"/>
          <w:szCs w:val="28"/>
          <w:lang w:val="ru-RU"/>
        </w:rPr>
        <w:t>п</w:t>
      </w:r>
      <w:r w:rsidRPr="002E7D98">
        <w:rPr>
          <w:sz w:val="28"/>
          <w:szCs w:val="28"/>
          <w:lang w:val="ru-RU"/>
        </w:rPr>
        <w:t>оселения</w:t>
      </w:r>
      <w:r>
        <w:rPr>
          <w:sz w:val="28"/>
          <w:szCs w:val="28"/>
          <w:lang w:val="ru-RU"/>
        </w:rPr>
        <w:t xml:space="preserve"> Брюховецкого</w:t>
      </w:r>
    </w:p>
    <w:p w:rsidR="00915902" w:rsidRPr="002E7D98" w:rsidRDefault="00915902" w:rsidP="00915902">
      <w:pPr>
        <w:spacing w:after="0" w:line="240" w:lineRule="auto"/>
        <w:ind w:firstLine="5103"/>
        <w:rPr>
          <w:sz w:val="28"/>
          <w:szCs w:val="28"/>
          <w:lang w:val="ru-RU"/>
        </w:rPr>
      </w:pPr>
      <w:r w:rsidRPr="002E7D98">
        <w:rPr>
          <w:sz w:val="28"/>
          <w:szCs w:val="28"/>
          <w:lang w:val="ru-RU"/>
        </w:rPr>
        <w:t>муниципального района</w:t>
      </w:r>
    </w:p>
    <w:p w:rsidR="00915902" w:rsidRPr="002E7D98" w:rsidRDefault="00915902" w:rsidP="00915902">
      <w:pPr>
        <w:spacing w:after="0" w:line="240" w:lineRule="auto"/>
        <w:ind w:firstLine="5103"/>
        <w:rPr>
          <w:sz w:val="28"/>
          <w:szCs w:val="28"/>
          <w:lang w:val="ru-RU"/>
        </w:rPr>
      </w:pPr>
      <w:r w:rsidRPr="002E7D98">
        <w:rPr>
          <w:sz w:val="28"/>
          <w:szCs w:val="28"/>
          <w:lang w:val="ru-RU"/>
        </w:rPr>
        <w:t>Краснодарского края муниципальной</w:t>
      </w:r>
    </w:p>
    <w:p w:rsidR="001A55FF" w:rsidRDefault="00915902" w:rsidP="001A55FF">
      <w:pPr>
        <w:spacing w:after="0" w:line="240" w:lineRule="auto"/>
        <w:ind w:firstLine="5103"/>
        <w:rPr>
          <w:sz w:val="28"/>
          <w:szCs w:val="28"/>
          <w:lang w:val="ru-RU"/>
        </w:rPr>
      </w:pPr>
      <w:r w:rsidRPr="002E7D98">
        <w:rPr>
          <w:sz w:val="28"/>
          <w:szCs w:val="28"/>
          <w:lang w:val="ru-RU"/>
        </w:rPr>
        <w:t xml:space="preserve">услуги </w:t>
      </w:r>
      <w:r>
        <w:rPr>
          <w:sz w:val="28"/>
          <w:szCs w:val="28"/>
          <w:lang w:val="ru-RU"/>
        </w:rPr>
        <w:t>«</w:t>
      </w:r>
      <w:r w:rsidR="001A55FF">
        <w:rPr>
          <w:sz w:val="28"/>
          <w:szCs w:val="28"/>
          <w:lang w:val="ru-RU"/>
        </w:rPr>
        <w:t>«</w:t>
      </w:r>
      <w:r w:rsidR="001A55FF" w:rsidRPr="002E7D98">
        <w:rPr>
          <w:sz w:val="28"/>
          <w:szCs w:val="28"/>
          <w:lang w:val="ru-RU"/>
        </w:rPr>
        <w:t>Присвоение, изменение и</w:t>
      </w:r>
    </w:p>
    <w:p w:rsidR="001A55FF" w:rsidRPr="002E7D98" w:rsidRDefault="001A55FF" w:rsidP="001A55FF">
      <w:pPr>
        <w:spacing w:after="0" w:line="240" w:lineRule="auto"/>
        <w:ind w:firstLine="5103"/>
        <w:rPr>
          <w:sz w:val="28"/>
          <w:szCs w:val="28"/>
          <w:lang w:val="ru-RU"/>
        </w:rPr>
      </w:pPr>
      <w:r w:rsidRPr="002E7D98">
        <w:rPr>
          <w:sz w:val="28"/>
          <w:szCs w:val="28"/>
          <w:lang w:val="ru-RU"/>
        </w:rPr>
        <w:t>аннулирование</w:t>
      </w:r>
      <w:r>
        <w:rPr>
          <w:sz w:val="28"/>
          <w:szCs w:val="28"/>
          <w:lang w:val="ru-RU"/>
        </w:rPr>
        <w:t xml:space="preserve"> адресов»</w:t>
      </w:r>
    </w:p>
    <w:p w:rsidR="00915902" w:rsidRDefault="00915902" w:rsidP="002E7D98">
      <w:pPr>
        <w:spacing w:after="0" w:line="240" w:lineRule="auto"/>
        <w:rPr>
          <w:sz w:val="28"/>
          <w:szCs w:val="28"/>
          <w:lang w:val="ru-RU"/>
        </w:rPr>
      </w:pPr>
    </w:p>
    <w:p w:rsidR="00915902" w:rsidRDefault="00915902" w:rsidP="002E7D98">
      <w:pPr>
        <w:spacing w:after="0" w:line="240" w:lineRule="auto"/>
        <w:rPr>
          <w:sz w:val="28"/>
          <w:szCs w:val="28"/>
          <w:lang w:val="ru-RU"/>
        </w:rPr>
      </w:pPr>
    </w:p>
    <w:p w:rsidR="0077411A" w:rsidRPr="00915902" w:rsidRDefault="008B2948" w:rsidP="00915902">
      <w:pPr>
        <w:spacing w:after="0" w:line="240" w:lineRule="auto"/>
        <w:jc w:val="center"/>
        <w:rPr>
          <w:b/>
          <w:sz w:val="28"/>
          <w:szCs w:val="28"/>
          <w:lang w:val="ru-RU"/>
        </w:rPr>
      </w:pPr>
      <w:r w:rsidRPr="00915902">
        <w:rPr>
          <w:b/>
          <w:sz w:val="28"/>
          <w:szCs w:val="28"/>
          <w:lang w:val="ru-RU"/>
        </w:rPr>
        <w:t>Исчерпывающий перечень документов, необходимых для предоставления муниципальной услуги</w:t>
      </w:r>
    </w:p>
    <w:p w:rsidR="00915902" w:rsidRDefault="00915902" w:rsidP="002E7D98">
      <w:pPr>
        <w:spacing w:after="0" w:line="240" w:lineRule="auto"/>
        <w:rPr>
          <w:sz w:val="28"/>
          <w:szCs w:val="28"/>
          <w:lang w:val="ru-RU"/>
        </w:rPr>
      </w:pPr>
    </w:p>
    <w:p w:rsidR="0077411A" w:rsidRPr="002E7D98" w:rsidRDefault="008B2948" w:rsidP="00915902">
      <w:pPr>
        <w:spacing w:after="0" w:line="240" w:lineRule="auto"/>
        <w:jc w:val="center"/>
        <w:rPr>
          <w:sz w:val="28"/>
          <w:szCs w:val="28"/>
          <w:lang w:val="ru-RU"/>
        </w:rPr>
      </w:pPr>
      <w:r w:rsidRPr="002E7D98">
        <w:rPr>
          <w:sz w:val="28"/>
          <w:szCs w:val="28"/>
          <w:lang w:val="ru-RU"/>
        </w:rPr>
        <w:t>Исчерпывающий перечень документов и информации, необходимых для предоставления муниципальной услуги, которые заявитель должен представить самостоятельно</w:t>
      </w:r>
    </w:p>
    <w:p w:rsidR="00915902" w:rsidRPr="002E7D98" w:rsidRDefault="00915902" w:rsidP="00915902">
      <w:pPr>
        <w:spacing w:after="0" w:line="240" w:lineRule="auto"/>
        <w:jc w:val="right"/>
        <w:rPr>
          <w:sz w:val="28"/>
          <w:szCs w:val="28"/>
          <w:lang w:val="ru-RU"/>
        </w:rPr>
      </w:pPr>
      <w:r w:rsidRPr="002E7D98">
        <w:rPr>
          <w:sz w:val="28"/>
          <w:szCs w:val="28"/>
          <w:lang w:val="ru-RU"/>
        </w:rPr>
        <w:t>Таблица № 1</w:t>
      </w:r>
    </w:p>
    <w:p w:rsidR="00915902" w:rsidRDefault="00915902" w:rsidP="00915902">
      <w:pPr>
        <w:pStyle w:val="aff9"/>
        <w:jc w:val="right"/>
      </w:pPr>
    </w:p>
    <w:tbl>
      <w:tblPr>
        <w:tblW w:w="9036" w:type="dxa"/>
        <w:tblLayout w:type="fixed"/>
        <w:tblCellMar>
          <w:left w:w="10" w:type="dxa"/>
          <w:right w:w="10" w:type="dxa"/>
        </w:tblCellMar>
        <w:tblLook w:val="04A0" w:firstRow="1" w:lastRow="0" w:firstColumn="1" w:lastColumn="0" w:noHBand="0" w:noVBand="1"/>
      </w:tblPr>
      <w:tblGrid>
        <w:gridCol w:w="568"/>
        <w:gridCol w:w="3553"/>
        <w:gridCol w:w="4915"/>
      </w:tblGrid>
      <w:tr w:rsidR="00915902" w:rsidRPr="00915902" w:rsidTr="00AD4176">
        <w:tc>
          <w:tcPr>
            <w:tcW w:w="568" w:type="dxa"/>
            <w:tcBorders>
              <w:top w:val="single" w:sz="2" w:space="0" w:color="000000"/>
              <w:left w:val="single" w:sz="2" w:space="0" w:color="000000"/>
              <w:bottom w:val="single" w:sz="2" w:space="0" w:color="000000"/>
              <w:right w:val="single" w:sz="2" w:space="0" w:color="000000"/>
            </w:tcBorders>
          </w:tcPr>
          <w:p w:rsidR="00915902" w:rsidRPr="00915902" w:rsidRDefault="00915902" w:rsidP="00641282">
            <w:pPr>
              <w:pStyle w:val="aff9"/>
              <w:ind w:firstLine="567"/>
              <w:rPr>
                <w:sz w:val="28"/>
                <w:szCs w:val="28"/>
              </w:rPr>
            </w:pPr>
            <w:r w:rsidRPr="00915902">
              <w:rPr>
                <w:sz w:val="28"/>
                <w:szCs w:val="28"/>
              </w:rPr>
              <w:t>№ п/п</w:t>
            </w:r>
          </w:p>
        </w:tc>
        <w:tc>
          <w:tcPr>
            <w:tcW w:w="3553" w:type="dxa"/>
            <w:tcBorders>
              <w:top w:val="single" w:sz="2" w:space="0" w:color="000000"/>
              <w:bottom w:val="single" w:sz="2" w:space="0" w:color="000000"/>
              <w:right w:val="single" w:sz="2" w:space="0" w:color="000000"/>
            </w:tcBorders>
          </w:tcPr>
          <w:p w:rsidR="00915902" w:rsidRPr="00915902" w:rsidRDefault="00915902" w:rsidP="00641282">
            <w:pPr>
              <w:pStyle w:val="aff9"/>
              <w:ind w:firstLine="567"/>
              <w:rPr>
                <w:sz w:val="28"/>
                <w:szCs w:val="28"/>
              </w:rPr>
            </w:pPr>
            <w:r w:rsidRPr="00915902">
              <w:rPr>
                <w:sz w:val="28"/>
                <w:szCs w:val="28"/>
              </w:rPr>
              <w:t>Наименование документа</w:t>
            </w:r>
          </w:p>
        </w:tc>
        <w:tc>
          <w:tcPr>
            <w:tcW w:w="4915" w:type="dxa"/>
            <w:tcBorders>
              <w:top w:val="single" w:sz="2" w:space="0" w:color="000000"/>
              <w:bottom w:val="single" w:sz="2" w:space="0" w:color="000000"/>
              <w:right w:val="single" w:sz="2" w:space="0" w:color="000000"/>
            </w:tcBorders>
          </w:tcPr>
          <w:p w:rsidR="00915902" w:rsidRPr="00915902" w:rsidRDefault="00915902" w:rsidP="00641282">
            <w:pPr>
              <w:pStyle w:val="aff9"/>
              <w:ind w:firstLine="567"/>
              <w:rPr>
                <w:sz w:val="28"/>
                <w:szCs w:val="28"/>
              </w:rPr>
            </w:pPr>
            <w:r w:rsidRPr="00915902">
              <w:rPr>
                <w:sz w:val="28"/>
                <w:szCs w:val="28"/>
              </w:rPr>
              <w:t>Количество экземпляров, форма документа</w:t>
            </w:r>
          </w:p>
        </w:tc>
      </w:tr>
      <w:tr w:rsidR="00915902" w:rsidRPr="00AA41FC" w:rsidTr="00AD4176">
        <w:tc>
          <w:tcPr>
            <w:tcW w:w="568" w:type="dxa"/>
            <w:tcBorders>
              <w:left w:val="single" w:sz="2" w:space="0" w:color="000000"/>
              <w:bottom w:val="single" w:sz="2" w:space="0" w:color="000000"/>
              <w:right w:val="single" w:sz="2" w:space="0" w:color="000000"/>
            </w:tcBorders>
          </w:tcPr>
          <w:p w:rsidR="00915902" w:rsidRPr="00915902" w:rsidRDefault="00915902" w:rsidP="00641282">
            <w:pPr>
              <w:pStyle w:val="aff9"/>
              <w:ind w:firstLine="567"/>
              <w:rPr>
                <w:sz w:val="28"/>
                <w:szCs w:val="28"/>
              </w:rPr>
            </w:pPr>
            <w:r w:rsidRPr="00915902">
              <w:rPr>
                <w:sz w:val="28"/>
                <w:szCs w:val="28"/>
              </w:rPr>
              <w:t>1</w:t>
            </w:r>
          </w:p>
        </w:tc>
        <w:tc>
          <w:tcPr>
            <w:tcW w:w="3553" w:type="dxa"/>
            <w:tcBorders>
              <w:bottom w:val="single" w:sz="2" w:space="0" w:color="000000"/>
              <w:right w:val="single" w:sz="2" w:space="0" w:color="000000"/>
            </w:tcBorders>
          </w:tcPr>
          <w:p w:rsidR="00915902" w:rsidRPr="00915902" w:rsidRDefault="00915902" w:rsidP="00AD4176">
            <w:pPr>
              <w:pStyle w:val="aff9"/>
              <w:ind w:left="141" w:right="132" w:firstLine="426"/>
              <w:rPr>
                <w:sz w:val="28"/>
                <w:szCs w:val="28"/>
              </w:rPr>
            </w:pPr>
            <w:r w:rsidRPr="00915902">
              <w:rPr>
                <w:sz w:val="28"/>
                <w:szCs w:val="28"/>
              </w:rPr>
              <w:t>Заявление о присвоении адреса объекту адресации или аннулировании такого адреса (далее - заявление)</w:t>
            </w:r>
          </w:p>
        </w:tc>
        <w:tc>
          <w:tcPr>
            <w:tcW w:w="4915" w:type="dxa"/>
            <w:tcBorders>
              <w:bottom w:val="single" w:sz="2" w:space="0" w:color="000000"/>
              <w:right w:val="single" w:sz="2" w:space="0" w:color="000000"/>
            </w:tcBorders>
          </w:tcPr>
          <w:p w:rsidR="00915902" w:rsidRDefault="00915902" w:rsidP="00AD4176">
            <w:pPr>
              <w:pStyle w:val="aff9"/>
              <w:ind w:left="132" w:right="227" w:firstLine="435"/>
              <w:rPr>
                <w:sz w:val="28"/>
                <w:szCs w:val="28"/>
              </w:rPr>
            </w:pPr>
            <w:r w:rsidRPr="00915902">
              <w:rPr>
                <w:sz w:val="28"/>
                <w:szCs w:val="28"/>
              </w:rPr>
              <w:t xml:space="preserve">1 экз., в форме документа на бумажном носителе по форме согласно приказу Минфина № 146н; </w:t>
            </w:r>
          </w:p>
          <w:p w:rsidR="00915902" w:rsidRPr="00915902" w:rsidRDefault="00915902" w:rsidP="00AD4176">
            <w:pPr>
              <w:pStyle w:val="aff9"/>
              <w:ind w:left="132" w:right="227" w:firstLine="435"/>
              <w:rPr>
                <w:sz w:val="28"/>
                <w:szCs w:val="28"/>
              </w:rPr>
            </w:pPr>
            <w:r w:rsidRPr="00915902">
              <w:rPr>
                <w:sz w:val="28"/>
                <w:szCs w:val="28"/>
              </w:rPr>
              <w:t>- в электронной форме (интерактивнуюформу ЕПГУ, РПГУ, ФИАС)</w:t>
            </w:r>
          </w:p>
        </w:tc>
      </w:tr>
      <w:tr w:rsidR="00915902" w:rsidRPr="00AA41FC" w:rsidTr="00AD4176">
        <w:tc>
          <w:tcPr>
            <w:tcW w:w="568" w:type="dxa"/>
            <w:tcBorders>
              <w:left w:val="single" w:sz="2" w:space="0" w:color="000000"/>
              <w:bottom w:val="single" w:sz="2" w:space="0" w:color="000000"/>
              <w:right w:val="single" w:sz="2" w:space="0" w:color="000000"/>
            </w:tcBorders>
          </w:tcPr>
          <w:p w:rsidR="00915902" w:rsidRPr="00915902" w:rsidRDefault="00915902" w:rsidP="00641282">
            <w:pPr>
              <w:pStyle w:val="aff9"/>
              <w:ind w:firstLine="567"/>
              <w:rPr>
                <w:sz w:val="28"/>
                <w:szCs w:val="28"/>
              </w:rPr>
            </w:pPr>
            <w:r w:rsidRPr="00915902">
              <w:rPr>
                <w:sz w:val="28"/>
                <w:szCs w:val="28"/>
              </w:rPr>
              <w:t>2.</w:t>
            </w:r>
          </w:p>
        </w:tc>
        <w:tc>
          <w:tcPr>
            <w:tcW w:w="3553" w:type="dxa"/>
            <w:tcBorders>
              <w:bottom w:val="single" w:sz="2" w:space="0" w:color="000000"/>
              <w:right w:val="single" w:sz="2" w:space="0" w:color="000000"/>
            </w:tcBorders>
          </w:tcPr>
          <w:p w:rsidR="00915902" w:rsidRPr="00915902" w:rsidRDefault="00915902" w:rsidP="00AD4176">
            <w:pPr>
              <w:pStyle w:val="aff9"/>
              <w:ind w:left="141" w:right="273" w:firstLine="426"/>
              <w:rPr>
                <w:sz w:val="28"/>
                <w:szCs w:val="28"/>
              </w:rPr>
            </w:pPr>
            <w:r w:rsidRPr="00915902">
              <w:rPr>
                <w:sz w:val="28"/>
                <w:szCs w:val="28"/>
              </w:rPr>
              <w:t xml:space="preserve">Документ, удостоверяющий личность заявителя или личность представителя: - паспорт гражданина Российской Федерации; - иной документ, удостоверяющий личность гражданина Российской Федерации в соответствии с законодательством Российской Федерации; - паспорт иностранного гражданина; - иной </w:t>
            </w:r>
            <w:r w:rsidRPr="00915902">
              <w:rPr>
                <w:sz w:val="28"/>
                <w:szCs w:val="28"/>
              </w:rPr>
              <w:lastRenderedPageBreak/>
              <w:t>документ, удостоверяющий личность иностранного гражданина (лица без гражданства).</w:t>
            </w:r>
          </w:p>
        </w:tc>
        <w:tc>
          <w:tcPr>
            <w:tcW w:w="4915" w:type="dxa"/>
            <w:tcBorders>
              <w:bottom w:val="single" w:sz="2" w:space="0" w:color="000000"/>
              <w:right w:val="single" w:sz="2" w:space="0" w:color="000000"/>
            </w:tcBorders>
          </w:tcPr>
          <w:p w:rsidR="00AD4176" w:rsidRDefault="00915902" w:rsidP="00AD4176">
            <w:pPr>
              <w:pStyle w:val="aff9"/>
              <w:ind w:left="132" w:right="227" w:firstLine="435"/>
              <w:rPr>
                <w:sz w:val="28"/>
                <w:szCs w:val="28"/>
              </w:rPr>
            </w:pPr>
            <w:r w:rsidRPr="00915902">
              <w:rPr>
                <w:sz w:val="28"/>
                <w:szCs w:val="28"/>
              </w:rPr>
              <w:lastRenderedPageBreak/>
              <w:t>1 экз., подлинник для ознакомления и снятия копии или копия, заверенная нотариально, с предоставлением оригинала документа или представителя заявителя</w:t>
            </w:r>
            <w:r w:rsidR="00AD4176">
              <w:rPr>
                <w:sz w:val="28"/>
                <w:szCs w:val="28"/>
              </w:rPr>
              <w:t>.</w:t>
            </w:r>
            <w:r w:rsidRPr="00915902">
              <w:rPr>
                <w:sz w:val="28"/>
                <w:szCs w:val="28"/>
              </w:rPr>
              <w:t xml:space="preserve"> </w:t>
            </w:r>
          </w:p>
          <w:p w:rsidR="00915902" w:rsidRPr="00915902" w:rsidRDefault="00915902" w:rsidP="00AD4176">
            <w:pPr>
              <w:pStyle w:val="aff9"/>
              <w:ind w:left="132" w:right="227" w:firstLine="435"/>
              <w:rPr>
                <w:sz w:val="28"/>
                <w:szCs w:val="28"/>
              </w:rPr>
            </w:pPr>
            <w:r w:rsidRPr="00915902">
              <w:rPr>
                <w:sz w:val="28"/>
                <w:szCs w:val="28"/>
              </w:rPr>
              <w:t>В случае представления документов в электронной форме посредством ЕПГУ, РПГУ, ФИАС представление указанного документа не требуется</w:t>
            </w:r>
          </w:p>
        </w:tc>
      </w:tr>
      <w:tr w:rsidR="00915902" w:rsidRPr="00AA41FC" w:rsidTr="00AD4176">
        <w:tc>
          <w:tcPr>
            <w:tcW w:w="568" w:type="dxa"/>
            <w:tcBorders>
              <w:left w:val="single" w:sz="2" w:space="0" w:color="000000"/>
              <w:bottom w:val="single" w:sz="2" w:space="0" w:color="000000"/>
              <w:right w:val="single" w:sz="2" w:space="0" w:color="000000"/>
            </w:tcBorders>
          </w:tcPr>
          <w:p w:rsidR="00915902" w:rsidRPr="00915902" w:rsidRDefault="00915902" w:rsidP="00641282">
            <w:pPr>
              <w:pStyle w:val="aff9"/>
              <w:ind w:firstLine="567"/>
              <w:rPr>
                <w:sz w:val="28"/>
                <w:szCs w:val="28"/>
              </w:rPr>
            </w:pPr>
            <w:r w:rsidRPr="00915902">
              <w:rPr>
                <w:sz w:val="28"/>
                <w:szCs w:val="28"/>
              </w:rPr>
              <w:lastRenderedPageBreak/>
              <w:t>3</w:t>
            </w:r>
          </w:p>
        </w:tc>
        <w:tc>
          <w:tcPr>
            <w:tcW w:w="3553" w:type="dxa"/>
            <w:tcBorders>
              <w:bottom w:val="single" w:sz="2" w:space="0" w:color="000000"/>
              <w:right w:val="single" w:sz="2" w:space="0" w:color="000000"/>
            </w:tcBorders>
          </w:tcPr>
          <w:p w:rsidR="00915902" w:rsidRPr="00915902" w:rsidRDefault="00915902" w:rsidP="00AD4176">
            <w:pPr>
              <w:pStyle w:val="aff9"/>
              <w:ind w:left="283" w:right="132" w:firstLine="284"/>
              <w:rPr>
                <w:sz w:val="28"/>
                <w:szCs w:val="28"/>
              </w:rPr>
            </w:pPr>
            <w:r w:rsidRPr="00915902">
              <w:rPr>
                <w:sz w:val="28"/>
                <w:szCs w:val="28"/>
              </w:rPr>
              <w:t>Документы, подтверждающие полномочия представителя: - доверенность, подтверждающая полномочия представителя заявителя; - иной документ, удостоверяющий полномочия представителя заявителя. - приказ о назначении (избрании) физического лица на должность</w:t>
            </w:r>
          </w:p>
        </w:tc>
        <w:tc>
          <w:tcPr>
            <w:tcW w:w="4915" w:type="dxa"/>
            <w:tcBorders>
              <w:bottom w:val="single" w:sz="2" w:space="0" w:color="000000"/>
              <w:right w:val="single" w:sz="2" w:space="0" w:color="000000"/>
            </w:tcBorders>
          </w:tcPr>
          <w:p w:rsidR="00915902" w:rsidRPr="00915902" w:rsidRDefault="00915902" w:rsidP="00AD4176">
            <w:pPr>
              <w:pStyle w:val="aff9"/>
              <w:ind w:left="132" w:right="227" w:firstLine="435"/>
              <w:rPr>
                <w:sz w:val="28"/>
                <w:szCs w:val="28"/>
              </w:rPr>
            </w:pPr>
            <w:r w:rsidRPr="00915902">
              <w:rPr>
                <w:sz w:val="28"/>
                <w:szCs w:val="28"/>
              </w:rPr>
              <w:t>1 экз., подлинник В случае представления документов в электронной форме посредством ЕПГУ, РПГУ, ФИАС: - юридическим лицом, документы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 физическим лицом, документы удостоверяется усиленной квалифицированной электронной подписью нотариуса</w:t>
            </w:r>
          </w:p>
        </w:tc>
      </w:tr>
      <w:tr w:rsidR="00915902" w:rsidRPr="00AA41FC" w:rsidTr="00AD4176">
        <w:tc>
          <w:tcPr>
            <w:tcW w:w="568" w:type="dxa"/>
            <w:tcBorders>
              <w:left w:val="single" w:sz="2" w:space="0" w:color="000000"/>
              <w:bottom w:val="single" w:sz="2" w:space="0" w:color="000000"/>
              <w:right w:val="single" w:sz="2" w:space="0" w:color="000000"/>
            </w:tcBorders>
          </w:tcPr>
          <w:p w:rsidR="00915902" w:rsidRPr="00915902" w:rsidRDefault="00915902" w:rsidP="00641282">
            <w:pPr>
              <w:pStyle w:val="aff9"/>
              <w:ind w:firstLine="567"/>
              <w:rPr>
                <w:sz w:val="28"/>
                <w:szCs w:val="28"/>
              </w:rPr>
            </w:pPr>
            <w:r w:rsidRPr="00915902">
              <w:rPr>
                <w:sz w:val="28"/>
                <w:szCs w:val="28"/>
              </w:rPr>
              <w:t>4</w:t>
            </w:r>
          </w:p>
        </w:tc>
        <w:tc>
          <w:tcPr>
            <w:tcW w:w="3553" w:type="dxa"/>
            <w:tcBorders>
              <w:bottom w:val="single" w:sz="2" w:space="0" w:color="000000"/>
              <w:right w:val="single" w:sz="2" w:space="0" w:color="000000"/>
            </w:tcBorders>
          </w:tcPr>
          <w:p w:rsidR="00915902" w:rsidRPr="00915902" w:rsidRDefault="00915902" w:rsidP="00AD4176">
            <w:pPr>
              <w:pStyle w:val="aff9"/>
              <w:ind w:left="141" w:right="132" w:firstLine="426"/>
              <w:rPr>
                <w:sz w:val="28"/>
                <w:szCs w:val="28"/>
              </w:rPr>
            </w:pPr>
            <w:r w:rsidRPr="00915902">
              <w:rPr>
                <w:sz w:val="28"/>
                <w:szCs w:val="28"/>
              </w:rPr>
              <w:t>Правоустанавливающие документы на объект адресации, если права не зарегистрированы в ЕГРН</w:t>
            </w:r>
          </w:p>
        </w:tc>
        <w:tc>
          <w:tcPr>
            <w:tcW w:w="4915" w:type="dxa"/>
            <w:tcBorders>
              <w:bottom w:val="single" w:sz="2" w:space="0" w:color="000000"/>
              <w:right w:val="single" w:sz="2" w:space="0" w:color="000000"/>
            </w:tcBorders>
          </w:tcPr>
          <w:p w:rsidR="00915902" w:rsidRPr="00915902" w:rsidRDefault="00915902" w:rsidP="00AD4176">
            <w:pPr>
              <w:pStyle w:val="aff9"/>
              <w:ind w:left="141" w:right="132" w:firstLine="426"/>
              <w:rPr>
                <w:sz w:val="28"/>
                <w:szCs w:val="28"/>
              </w:rPr>
            </w:pPr>
            <w:r w:rsidRPr="00915902">
              <w:rPr>
                <w:sz w:val="28"/>
                <w:szCs w:val="28"/>
              </w:rPr>
              <w:t>1 экз., подлинник для ознакомления и снятия копии Документы, дающие право считаться собственником недвижимости (Договор купли-продажи, договор дарения, свидетельство о праве на наследство, договор мены, решение суда, постановление органов власти о предоставлении права на объект адресации, и т.п)</w:t>
            </w:r>
          </w:p>
        </w:tc>
      </w:tr>
      <w:tr w:rsidR="00915902" w:rsidRPr="00AA41FC" w:rsidTr="00AD4176">
        <w:tc>
          <w:tcPr>
            <w:tcW w:w="568" w:type="dxa"/>
            <w:tcBorders>
              <w:left w:val="single" w:sz="2" w:space="0" w:color="000000"/>
              <w:bottom w:val="single" w:sz="2" w:space="0" w:color="000000"/>
              <w:right w:val="single" w:sz="2" w:space="0" w:color="000000"/>
            </w:tcBorders>
          </w:tcPr>
          <w:p w:rsidR="00915902" w:rsidRPr="00915902" w:rsidRDefault="00915902" w:rsidP="00641282">
            <w:pPr>
              <w:pStyle w:val="aff9"/>
              <w:ind w:firstLine="567"/>
              <w:rPr>
                <w:sz w:val="28"/>
                <w:szCs w:val="28"/>
              </w:rPr>
            </w:pPr>
            <w:r w:rsidRPr="00915902">
              <w:rPr>
                <w:sz w:val="28"/>
                <w:szCs w:val="28"/>
              </w:rPr>
              <w:t>5</w:t>
            </w:r>
          </w:p>
        </w:tc>
        <w:tc>
          <w:tcPr>
            <w:tcW w:w="3553" w:type="dxa"/>
            <w:tcBorders>
              <w:bottom w:val="single" w:sz="2" w:space="0" w:color="000000"/>
              <w:right w:val="single" w:sz="2" w:space="0" w:color="000000"/>
            </w:tcBorders>
          </w:tcPr>
          <w:p w:rsidR="00915902" w:rsidRPr="00915902" w:rsidRDefault="00915902" w:rsidP="00AD4176">
            <w:pPr>
              <w:pStyle w:val="aff9"/>
              <w:ind w:left="141" w:right="132" w:firstLine="426"/>
              <w:rPr>
                <w:sz w:val="28"/>
                <w:szCs w:val="28"/>
              </w:rPr>
            </w:pPr>
            <w:r w:rsidRPr="00915902">
              <w:rPr>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4915" w:type="dxa"/>
            <w:tcBorders>
              <w:bottom w:val="single" w:sz="2" w:space="0" w:color="000000"/>
              <w:right w:val="single" w:sz="2" w:space="0" w:color="000000"/>
            </w:tcBorders>
          </w:tcPr>
          <w:p w:rsidR="00915902" w:rsidRPr="00915902" w:rsidRDefault="00915902" w:rsidP="00AD4176">
            <w:pPr>
              <w:pStyle w:val="aff9"/>
              <w:ind w:left="141" w:right="132" w:firstLine="426"/>
              <w:rPr>
                <w:sz w:val="28"/>
                <w:szCs w:val="28"/>
              </w:rPr>
            </w:pPr>
            <w:r w:rsidRPr="00915902">
              <w:rPr>
                <w:sz w:val="28"/>
                <w:szCs w:val="28"/>
              </w:rPr>
              <w:t xml:space="preserve">1 экз., подлинник для ознакомления и снятия копии </w:t>
            </w:r>
            <w:r w:rsidR="00AD4176">
              <w:rPr>
                <w:sz w:val="28"/>
                <w:szCs w:val="28"/>
              </w:rPr>
              <w:t>о</w:t>
            </w:r>
            <w:r w:rsidRPr="00915902">
              <w:rPr>
                <w:sz w:val="28"/>
                <w:szCs w:val="28"/>
              </w:rPr>
              <w:t>бязательно, если заявителем является иностранное юридическое лицо</w:t>
            </w:r>
            <w:r w:rsidR="00AD4176">
              <w:rPr>
                <w:sz w:val="28"/>
                <w:szCs w:val="28"/>
              </w:rPr>
              <w:t>.</w:t>
            </w:r>
          </w:p>
        </w:tc>
      </w:tr>
    </w:tbl>
    <w:p w:rsidR="00AD4176" w:rsidRDefault="00AD4176" w:rsidP="002E7D98">
      <w:pPr>
        <w:spacing w:after="0" w:line="240" w:lineRule="auto"/>
        <w:rPr>
          <w:sz w:val="28"/>
          <w:szCs w:val="28"/>
          <w:lang w:val="ru-RU"/>
        </w:rPr>
      </w:pPr>
    </w:p>
    <w:p w:rsidR="00AD4176" w:rsidRDefault="00AD4176" w:rsidP="002E7D98">
      <w:pPr>
        <w:spacing w:after="0" w:line="240" w:lineRule="auto"/>
        <w:rPr>
          <w:sz w:val="28"/>
          <w:szCs w:val="28"/>
          <w:lang w:val="ru-RU"/>
        </w:rPr>
      </w:pPr>
    </w:p>
    <w:p w:rsidR="0077411A" w:rsidRPr="002E7D98" w:rsidRDefault="008B2948" w:rsidP="00AD4176">
      <w:pPr>
        <w:spacing w:after="0" w:line="240" w:lineRule="auto"/>
        <w:jc w:val="center"/>
        <w:rPr>
          <w:sz w:val="28"/>
          <w:szCs w:val="28"/>
          <w:lang w:val="ru-RU"/>
        </w:rPr>
      </w:pPr>
      <w:r w:rsidRPr="002E7D98">
        <w:rPr>
          <w:sz w:val="28"/>
          <w:szCs w:val="28"/>
          <w:lang w:val="ru-RU"/>
        </w:rPr>
        <w:lastRenderedPageBreak/>
        <w:t>Исчерпывающий перечень документов и информации необходимых,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AD4176" w:rsidRDefault="00AD4176" w:rsidP="00AD4176">
      <w:pPr>
        <w:spacing w:after="0" w:line="240" w:lineRule="auto"/>
        <w:jc w:val="center"/>
        <w:rPr>
          <w:sz w:val="28"/>
          <w:szCs w:val="28"/>
          <w:lang w:val="ru-RU"/>
        </w:rPr>
      </w:pPr>
    </w:p>
    <w:p w:rsidR="00AD4176" w:rsidRPr="00915902" w:rsidRDefault="00AD4176" w:rsidP="00AD4176">
      <w:pPr>
        <w:spacing w:after="0" w:line="240" w:lineRule="auto"/>
        <w:jc w:val="right"/>
        <w:rPr>
          <w:sz w:val="28"/>
          <w:szCs w:val="28"/>
          <w:lang w:val="ru-RU"/>
        </w:rPr>
      </w:pPr>
      <w:r w:rsidRPr="00915902">
        <w:rPr>
          <w:sz w:val="28"/>
          <w:szCs w:val="28"/>
          <w:lang w:val="ru-RU"/>
        </w:rPr>
        <w:t>Таблица № 2</w:t>
      </w:r>
    </w:p>
    <w:p w:rsidR="00AD4176" w:rsidRDefault="00AD4176" w:rsidP="00AD4176">
      <w:pPr>
        <w:spacing w:after="0" w:line="240" w:lineRule="auto"/>
        <w:jc w:val="right"/>
        <w:rPr>
          <w:sz w:val="28"/>
          <w:szCs w:val="28"/>
          <w:lang w:val="ru-RU"/>
        </w:rPr>
      </w:pPr>
    </w:p>
    <w:p w:rsidR="00AD4176" w:rsidRDefault="00AD4176" w:rsidP="00AD4176">
      <w:pPr>
        <w:pStyle w:val="aff9"/>
      </w:pPr>
    </w:p>
    <w:tbl>
      <w:tblPr>
        <w:tblW w:w="8374" w:type="dxa"/>
        <w:tblLayout w:type="fixed"/>
        <w:tblCellMar>
          <w:left w:w="10" w:type="dxa"/>
          <w:right w:w="10" w:type="dxa"/>
        </w:tblCellMar>
        <w:tblLook w:val="04A0" w:firstRow="1" w:lastRow="0" w:firstColumn="1" w:lastColumn="0" w:noHBand="0" w:noVBand="1"/>
      </w:tblPr>
      <w:tblGrid>
        <w:gridCol w:w="577"/>
        <w:gridCol w:w="3686"/>
        <w:gridCol w:w="1559"/>
        <w:gridCol w:w="2552"/>
      </w:tblGrid>
      <w:tr w:rsidR="00AD4176" w:rsidRPr="00AA41FC" w:rsidTr="00C61C59">
        <w:tc>
          <w:tcPr>
            <w:tcW w:w="577" w:type="dxa"/>
            <w:tcBorders>
              <w:top w:val="single" w:sz="2" w:space="0" w:color="000000"/>
              <w:left w:val="single" w:sz="2" w:space="0" w:color="000000"/>
              <w:bottom w:val="single" w:sz="2" w:space="0" w:color="000000"/>
              <w:right w:val="single" w:sz="2" w:space="0" w:color="000000"/>
            </w:tcBorders>
          </w:tcPr>
          <w:p w:rsidR="00AD4176" w:rsidRPr="00AD4176" w:rsidRDefault="00AD4176" w:rsidP="00641282">
            <w:pPr>
              <w:pStyle w:val="aff9"/>
              <w:ind w:firstLine="567"/>
              <w:rPr>
                <w:sz w:val="28"/>
                <w:szCs w:val="28"/>
              </w:rPr>
            </w:pPr>
            <w:r w:rsidRPr="00AD4176">
              <w:rPr>
                <w:sz w:val="28"/>
                <w:szCs w:val="28"/>
              </w:rPr>
              <w:t>№ п/п</w:t>
            </w:r>
          </w:p>
        </w:tc>
        <w:tc>
          <w:tcPr>
            <w:tcW w:w="3686" w:type="dxa"/>
            <w:tcBorders>
              <w:top w:val="single" w:sz="2" w:space="0" w:color="000000"/>
              <w:bottom w:val="single" w:sz="2" w:space="0" w:color="000000"/>
              <w:right w:val="single" w:sz="2" w:space="0" w:color="000000"/>
            </w:tcBorders>
          </w:tcPr>
          <w:p w:rsidR="00AD4176" w:rsidRPr="00AD4176" w:rsidRDefault="00AD4176" w:rsidP="00AD4176">
            <w:pPr>
              <w:pStyle w:val="aff9"/>
              <w:ind w:left="170" w:right="235" w:firstLine="567"/>
              <w:rPr>
                <w:sz w:val="28"/>
                <w:szCs w:val="28"/>
              </w:rPr>
            </w:pPr>
            <w:r w:rsidRPr="00AD4176">
              <w:rPr>
                <w:sz w:val="28"/>
                <w:szCs w:val="28"/>
              </w:rPr>
              <w:t>Наименование документа</w:t>
            </w:r>
          </w:p>
        </w:tc>
        <w:tc>
          <w:tcPr>
            <w:tcW w:w="1559" w:type="dxa"/>
            <w:tcBorders>
              <w:top w:val="single" w:sz="2" w:space="0" w:color="000000"/>
              <w:bottom w:val="single" w:sz="2" w:space="0" w:color="000000"/>
              <w:right w:val="single" w:sz="2" w:space="0" w:color="000000"/>
            </w:tcBorders>
          </w:tcPr>
          <w:p w:rsidR="00AD4176" w:rsidRPr="00AD4176" w:rsidRDefault="00AD4176" w:rsidP="00AD4176">
            <w:pPr>
              <w:pStyle w:val="aff9"/>
              <w:ind w:left="29" w:firstLine="0"/>
              <w:rPr>
                <w:sz w:val="28"/>
                <w:szCs w:val="28"/>
              </w:rPr>
            </w:pPr>
            <w:r w:rsidRPr="00AD4176">
              <w:rPr>
                <w:sz w:val="28"/>
                <w:szCs w:val="28"/>
              </w:rPr>
              <w:t>Количество экземпляров</w:t>
            </w:r>
          </w:p>
        </w:tc>
        <w:tc>
          <w:tcPr>
            <w:tcW w:w="2552" w:type="dxa"/>
            <w:tcBorders>
              <w:top w:val="single" w:sz="2" w:space="0" w:color="000000"/>
              <w:bottom w:val="single" w:sz="2" w:space="0" w:color="000000"/>
              <w:right w:val="single" w:sz="2" w:space="0" w:color="000000"/>
            </w:tcBorders>
          </w:tcPr>
          <w:p w:rsidR="00AD4176" w:rsidRPr="00AD4176" w:rsidRDefault="00AD4176" w:rsidP="00AD4176">
            <w:pPr>
              <w:pStyle w:val="aff9"/>
              <w:ind w:left="29" w:firstLine="0"/>
              <w:rPr>
                <w:sz w:val="28"/>
                <w:szCs w:val="28"/>
              </w:rPr>
            </w:pPr>
            <w:r w:rsidRPr="00AD4176">
              <w:rPr>
                <w:sz w:val="28"/>
                <w:szCs w:val="28"/>
              </w:rPr>
              <w:t>Условия предоставления для категорий (признаков) заявителя</w:t>
            </w:r>
          </w:p>
        </w:tc>
      </w:tr>
      <w:tr w:rsidR="00AD4176" w:rsidRPr="00AA41FC" w:rsidTr="00C61C59">
        <w:tc>
          <w:tcPr>
            <w:tcW w:w="577" w:type="dxa"/>
            <w:tcBorders>
              <w:left w:val="single" w:sz="2" w:space="0" w:color="000000"/>
              <w:bottom w:val="single" w:sz="2" w:space="0" w:color="000000"/>
              <w:right w:val="single" w:sz="2" w:space="0" w:color="000000"/>
            </w:tcBorders>
          </w:tcPr>
          <w:p w:rsidR="00AD4176" w:rsidRPr="00AD4176" w:rsidRDefault="00AD4176" w:rsidP="00641282">
            <w:pPr>
              <w:pStyle w:val="aff9"/>
              <w:ind w:firstLine="567"/>
              <w:rPr>
                <w:sz w:val="28"/>
                <w:szCs w:val="28"/>
              </w:rPr>
            </w:pPr>
            <w:r w:rsidRPr="00AD4176">
              <w:rPr>
                <w:sz w:val="28"/>
                <w:szCs w:val="28"/>
              </w:rPr>
              <w:t>1</w:t>
            </w:r>
          </w:p>
        </w:tc>
        <w:tc>
          <w:tcPr>
            <w:tcW w:w="3686" w:type="dxa"/>
            <w:tcBorders>
              <w:bottom w:val="single" w:sz="2" w:space="0" w:color="000000"/>
              <w:right w:val="single" w:sz="2" w:space="0" w:color="000000"/>
            </w:tcBorders>
          </w:tcPr>
          <w:p w:rsidR="00AD4176" w:rsidRPr="00AD4176" w:rsidRDefault="00AD4176" w:rsidP="00AD4176">
            <w:pPr>
              <w:pStyle w:val="aff9"/>
              <w:ind w:left="170" w:right="235" w:firstLine="567"/>
              <w:rPr>
                <w:sz w:val="28"/>
                <w:szCs w:val="28"/>
              </w:rPr>
            </w:pPr>
            <w:r w:rsidRPr="00AD4176">
              <w:rPr>
                <w:sz w:val="28"/>
                <w:szCs w:val="28"/>
              </w:rPr>
              <w:t>Выписка из Единого государственного реестра юридических лиц (ЕГРЮЛ)</w:t>
            </w:r>
          </w:p>
        </w:tc>
        <w:tc>
          <w:tcPr>
            <w:tcW w:w="4111" w:type="dxa"/>
            <w:gridSpan w:val="2"/>
            <w:tcBorders>
              <w:bottom w:val="single" w:sz="2" w:space="0" w:color="000000"/>
              <w:right w:val="single" w:sz="2" w:space="0" w:color="000000"/>
            </w:tcBorders>
          </w:tcPr>
          <w:p w:rsidR="00AD4176" w:rsidRDefault="00AD4176" w:rsidP="00AD4176">
            <w:pPr>
              <w:pStyle w:val="aff9"/>
              <w:ind w:firstLine="567"/>
              <w:rPr>
                <w:sz w:val="28"/>
                <w:szCs w:val="28"/>
              </w:rPr>
            </w:pPr>
            <w:r w:rsidRPr="00AD4176">
              <w:rPr>
                <w:sz w:val="28"/>
                <w:szCs w:val="28"/>
              </w:rPr>
              <w:t>1 экз.</w:t>
            </w:r>
          </w:p>
          <w:p w:rsidR="00AD4176" w:rsidRPr="00AD4176" w:rsidRDefault="00AD4176" w:rsidP="00AD4176">
            <w:pPr>
              <w:pStyle w:val="aff9"/>
              <w:ind w:firstLine="567"/>
              <w:rPr>
                <w:sz w:val="28"/>
                <w:szCs w:val="28"/>
              </w:rPr>
            </w:pPr>
            <w:r>
              <w:rPr>
                <w:sz w:val="28"/>
                <w:szCs w:val="28"/>
              </w:rPr>
              <w:t>О</w:t>
            </w:r>
            <w:r w:rsidRPr="00AD4176">
              <w:rPr>
                <w:sz w:val="28"/>
                <w:szCs w:val="28"/>
              </w:rPr>
              <w:t>бязательно для юридических лиц</w:t>
            </w:r>
          </w:p>
        </w:tc>
      </w:tr>
      <w:tr w:rsidR="00AD4176" w:rsidRPr="00AA41FC" w:rsidTr="00C61C59">
        <w:tc>
          <w:tcPr>
            <w:tcW w:w="577" w:type="dxa"/>
            <w:tcBorders>
              <w:left w:val="single" w:sz="2" w:space="0" w:color="000000"/>
              <w:bottom w:val="single" w:sz="2" w:space="0" w:color="000000"/>
              <w:right w:val="single" w:sz="2" w:space="0" w:color="000000"/>
            </w:tcBorders>
          </w:tcPr>
          <w:p w:rsidR="00AD4176" w:rsidRDefault="00AD4176" w:rsidP="00641282">
            <w:pPr>
              <w:pStyle w:val="aff9"/>
            </w:pPr>
          </w:p>
        </w:tc>
        <w:tc>
          <w:tcPr>
            <w:tcW w:w="3686" w:type="dxa"/>
            <w:tcBorders>
              <w:bottom w:val="single" w:sz="2" w:space="0" w:color="000000"/>
              <w:right w:val="single" w:sz="2" w:space="0" w:color="000000"/>
            </w:tcBorders>
          </w:tcPr>
          <w:p w:rsidR="00AD4176" w:rsidRPr="00C61C59" w:rsidRDefault="00AD4176" w:rsidP="00C61C59">
            <w:pPr>
              <w:pStyle w:val="aff9"/>
              <w:ind w:left="132" w:right="93" w:firstLine="435"/>
              <w:rPr>
                <w:sz w:val="28"/>
                <w:szCs w:val="28"/>
              </w:rPr>
            </w:pPr>
            <w:r w:rsidRPr="00C61C59">
              <w:rPr>
                <w:sz w:val="28"/>
                <w:szCs w:val="28"/>
              </w:rPr>
              <w:t xml:space="preserve">Выписка из Единого государственного реестра индивидуальных предпринимателей (ЕГРИП) в случае, если заявителем является физическое лицо, зарегистрированное в качестве </w:t>
            </w:r>
            <w:r w:rsidR="00C61C59">
              <w:rPr>
                <w:sz w:val="28"/>
                <w:szCs w:val="28"/>
              </w:rPr>
              <w:t>индивидуального предпринимателя.</w:t>
            </w:r>
          </w:p>
        </w:tc>
        <w:tc>
          <w:tcPr>
            <w:tcW w:w="4111" w:type="dxa"/>
            <w:gridSpan w:val="2"/>
            <w:tcBorders>
              <w:bottom w:val="single" w:sz="2" w:space="0" w:color="000000"/>
              <w:right w:val="single" w:sz="2" w:space="0" w:color="000000"/>
            </w:tcBorders>
          </w:tcPr>
          <w:p w:rsidR="00AD4176" w:rsidRDefault="00AD4176" w:rsidP="00641282">
            <w:pPr>
              <w:pStyle w:val="aff9"/>
            </w:pPr>
          </w:p>
        </w:tc>
      </w:tr>
      <w:tr w:rsidR="00AD4176" w:rsidRPr="00AA41FC" w:rsidTr="00C61C59">
        <w:tc>
          <w:tcPr>
            <w:tcW w:w="577" w:type="dxa"/>
            <w:tcBorders>
              <w:left w:val="single" w:sz="2" w:space="0" w:color="000000"/>
              <w:bottom w:val="single" w:sz="2" w:space="0" w:color="000000"/>
              <w:right w:val="single" w:sz="2" w:space="0" w:color="000000"/>
            </w:tcBorders>
          </w:tcPr>
          <w:p w:rsidR="00AD4176" w:rsidRDefault="00AD4176" w:rsidP="00641282">
            <w:pPr>
              <w:pStyle w:val="aff9"/>
              <w:ind w:firstLine="567"/>
            </w:pPr>
            <w:r>
              <w:t>2</w:t>
            </w:r>
          </w:p>
        </w:tc>
        <w:tc>
          <w:tcPr>
            <w:tcW w:w="3686" w:type="dxa"/>
            <w:tcBorders>
              <w:bottom w:val="single" w:sz="2" w:space="0" w:color="000000"/>
              <w:right w:val="single" w:sz="2" w:space="0" w:color="000000"/>
            </w:tcBorders>
          </w:tcPr>
          <w:p w:rsidR="00AD4176" w:rsidRPr="00C61C59" w:rsidRDefault="00AD4176" w:rsidP="00C61C59">
            <w:pPr>
              <w:pStyle w:val="aff9"/>
              <w:ind w:left="132" w:right="93" w:firstLine="435"/>
              <w:rPr>
                <w:sz w:val="28"/>
                <w:szCs w:val="28"/>
              </w:rPr>
            </w:pPr>
            <w:r w:rsidRPr="00C61C59">
              <w:rPr>
                <w:sz w:val="28"/>
                <w:szCs w:val="28"/>
              </w:rPr>
              <w:t>Выписка из Единого государственного реестра недвижимости об объекте недвижимости или Уведомление об отсутствии в Едином государственном реестре недвижимости запрашиваемых сведений о зарегистрированных правах на объект адресации</w:t>
            </w:r>
          </w:p>
        </w:tc>
        <w:tc>
          <w:tcPr>
            <w:tcW w:w="4111" w:type="dxa"/>
            <w:gridSpan w:val="2"/>
            <w:tcBorders>
              <w:bottom w:val="single" w:sz="2" w:space="0" w:color="000000"/>
              <w:right w:val="single" w:sz="2" w:space="0" w:color="000000"/>
            </w:tcBorders>
          </w:tcPr>
          <w:p w:rsidR="00C61C59" w:rsidRPr="00C61C59" w:rsidRDefault="00AD4176" w:rsidP="00C61C59">
            <w:pPr>
              <w:pStyle w:val="aff9"/>
              <w:ind w:firstLine="567"/>
              <w:rPr>
                <w:sz w:val="28"/>
                <w:szCs w:val="28"/>
              </w:rPr>
            </w:pPr>
            <w:r w:rsidRPr="00C61C59">
              <w:rPr>
                <w:sz w:val="28"/>
                <w:szCs w:val="28"/>
              </w:rPr>
              <w:t>1 экз.</w:t>
            </w:r>
          </w:p>
          <w:p w:rsidR="00AD4176" w:rsidRDefault="00AD4176" w:rsidP="00C61C59">
            <w:pPr>
              <w:pStyle w:val="aff9"/>
              <w:ind w:firstLine="567"/>
            </w:pPr>
            <w:r w:rsidRPr="00C61C59">
              <w:rPr>
                <w:sz w:val="28"/>
                <w:szCs w:val="28"/>
              </w:rPr>
              <w:t>Обязательно для всех категорий заявителей</w:t>
            </w:r>
            <w:r w:rsidR="00C61C59" w:rsidRPr="00C61C59">
              <w:rPr>
                <w:sz w:val="28"/>
                <w:szCs w:val="28"/>
              </w:rPr>
              <w:t>.</w:t>
            </w:r>
          </w:p>
        </w:tc>
      </w:tr>
      <w:tr w:rsidR="00AD4176" w:rsidRPr="00AA41FC" w:rsidTr="00C61C59">
        <w:tc>
          <w:tcPr>
            <w:tcW w:w="577" w:type="dxa"/>
            <w:tcBorders>
              <w:left w:val="single" w:sz="2" w:space="0" w:color="000000"/>
              <w:bottom w:val="single" w:sz="2" w:space="0" w:color="000000"/>
              <w:right w:val="single" w:sz="2" w:space="0" w:color="000000"/>
            </w:tcBorders>
          </w:tcPr>
          <w:p w:rsidR="00AD4176" w:rsidRDefault="00AD4176" w:rsidP="00641282">
            <w:pPr>
              <w:pStyle w:val="aff9"/>
              <w:ind w:firstLine="567"/>
            </w:pPr>
            <w:r>
              <w:t>3</w:t>
            </w:r>
          </w:p>
        </w:tc>
        <w:tc>
          <w:tcPr>
            <w:tcW w:w="3686" w:type="dxa"/>
            <w:tcBorders>
              <w:bottom w:val="single" w:sz="2" w:space="0" w:color="000000"/>
              <w:right w:val="single" w:sz="2" w:space="0" w:color="000000"/>
            </w:tcBorders>
          </w:tcPr>
          <w:p w:rsidR="00AD4176" w:rsidRPr="00C61C59" w:rsidRDefault="00AD4176" w:rsidP="00641282">
            <w:pPr>
              <w:pStyle w:val="aff9"/>
              <w:ind w:firstLine="567"/>
              <w:rPr>
                <w:sz w:val="28"/>
                <w:szCs w:val="28"/>
              </w:rPr>
            </w:pPr>
            <w:r w:rsidRPr="00C61C59">
              <w:rPr>
                <w:sz w:val="28"/>
                <w:szCs w:val="28"/>
              </w:rPr>
              <w:t>Разрешение на строительство</w:t>
            </w:r>
          </w:p>
        </w:tc>
        <w:tc>
          <w:tcPr>
            <w:tcW w:w="4111" w:type="dxa"/>
            <w:gridSpan w:val="2"/>
            <w:tcBorders>
              <w:bottom w:val="single" w:sz="2" w:space="0" w:color="000000"/>
              <w:right w:val="single" w:sz="2" w:space="0" w:color="000000"/>
            </w:tcBorders>
          </w:tcPr>
          <w:p w:rsidR="00C61C59" w:rsidRPr="00C61C59" w:rsidRDefault="00AD4176" w:rsidP="00C61C59">
            <w:pPr>
              <w:pStyle w:val="aff9"/>
              <w:ind w:firstLine="567"/>
              <w:rPr>
                <w:sz w:val="28"/>
                <w:szCs w:val="28"/>
              </w:rPr>
            </w:pPr>
            <w:r w:rsidRPr="00C61C59">
              <w:rPr>
                <w:sz w:val="28"/>
                <w:szCs w:val="28"/>
              </w:rPr>
              <w:t>1 экз.</w:t>
            </w:r>
            <w:r w:rsidR="00C61C59" w:rsidRPr="00C61C59">
              <w:rPr>
                <w:sz w:val="28"/>
                <w:szCs w:val="28"/>
              </w:rPr>
              <w:t>.</w:t>
            </w:r>
          </w:p>
          <w:p w:rsidR="00AD4176" w:rsidRDefault="00AD4176" w:rsidP="00C61C59">
            <w:pPr>
              <w:pStyle w:val="aff9"/>
              <w:ind w:firstLine="567"/>
            </w:pPr>
            <w:r w:rsidRPr="00C61C59">
              <w:rPr>
                <w:sz w:val="28"/>
                <w:szCs w:val="28"/>
              </w:rPr>
              <w:t>Обязательно для всех категорий заявителей в случае присвоения адреса строящимся объектам адресации</w:t>
            </w:r>
            <w:r w:rsidR="00C61C59" w:rsidRPr="00C61C59">
              <w:rPr>
                <w:sz w:val="28"/>
                <w:szCs w:val="28"/>
              </w:rPr>
              <w:t>.</w:t>
            </w:r>
          </w:p>
        </w:tc>
      </w:tr>
      <w:tr w:rsidR="00AD4176" w:rsidRPr="00AA41FC" w:rsidTr="00C61C59">
        <w:tc>
          <w:tcPr>
            <w:tcW w:w="577" w:type="dxa"/>
            <w:tcBorders>
              <w:left w:val="single" w:sz="2" w:space="0" w:color="000000"/>
              <w:bottom w:val="single" w:sz="2" w:space="0" w:color="000000"/>
              <w:right w:val="single" w:sz="2" w:space="0" w:color="000000"/>
            </w:tcBorders>
          </w:tcPr>
          <w:p w:rsidR="00AD4176" w:rsidRDefault="00AD4176" w:rsidP="00641282">
            <w:pPr>
              <w:pStyle w:val="aff9"/>
              <w:ind w:firstLine="567"/>
            </w:pPr>
            <w:r>
              <w:t>4</w:t>
            </w:r>
          </w:p>
        </w:tc>
        <w:tc>
          <w:tcPr>
            <w:tcW w:w="3686" w:type="dxa"/>
            <w:tcBorders>
              <w:bottom w:val="single" w:sz="2" w:space="0" w:color="000000"/>
              <w:right w:val="single" w:sz="2" w:space="0" w:color="000000"/>
            </w:tcBorders>
          </w:tcPr>
          <w:p w:rsidR="00AD4176" w:rsidRPr="00C61C59" w:rsidRDefault="00AD4176" w:rsidP="00C61C59">
            <w:pPr>
              <w:pStyle w:val="aff9"/>
              <w:ind w:left="132" w:right="132" w:firstLine="435"/>
              <w:rPr>
                <w:sz w:val="28"/>
                <w:szCs w:val="28"/>
              </w:rPr>
            </w:pPr>
            <w:r w:rsidRPr="00C61C59">
              <w:rPr>
                <w:sz w:val="28"/>
                <w:szCs w:val="28"/>
              </w:rPr>
              <w:t xml:space="preserve">Уведомление о </w:t>
            </w:r>
            <w:r w:rsidRPr="00C61C59">
              <w:rPr>
                <w:sz w:val="28"/>
                <w:szCs w:val="28"/>
              </w:rPr>
              <w:lastRenderedPageBreak/>
              <w:t>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c>
          <w:tcPr>
            <w:tcW w:w="4111" w:type="dxa"/>
            <w:gridSpan w:val="2"/>
            <w:tcBorders>
              <w:bottom w:val="single" w:sz="2" w:space="0" w:color="000000"/>
              <w:right w:val="single" w:sz="2" w:space="0" w:color="000000"/>
            </w:tcBorders>
          </w:tcPr>
          <w:p w:rsidR="00C61C59" w:rsidRPr="00C61C59" w:rsidRDefault="00AD4176" w:rsidP="00C61C59">
            <w:pPr>
              <w:pStyle w:val="aff9"/>
              <w:ind w:left="132" w:right="132" w:firstLine="435"/>
              <w:rPr>
                <w:sz w:val="28"/>
                <w:szCs w:val="28"/>
              </w:rPr>
            </w:pPr>
            <w:r w:rsidRPr="00C61C59">
              <w:rPr>
                <w:sz w:val="28"/>
                <w:szCs w:val="28"/>
              </w:rPr>
              <w:lastRenderedPageBreak/>
              <w:t>1 экз.</w:t>
            </w:r>
          </w:p>
          <w:p w:rsidR="00AD4176" w:rsidRPr="00C61C59" w:rsidRDefault="00AD4176" w:rsidP="00C61C59">
            <w:pPr>
              <w:pStyle w:val="aff9"/>
              <w:ind w:left="132" w:right="132" w:firstLine="435"/>
              <w:rPr>
                <w:sz w:val="28"/>
                <w:szCs w:val="28"/>
              </w:rPr>
            </w:pPr>
            <w:r w:rsidRPr="00C61C59">
              <w:rPr>
                <w:sz w:val="28"/>
                <w:szCs w:val="28"/>
              </w:rPr>
              <w:lastRenderedPageBreak/>
              <w:t xml:space="preserve"> Обязательно для всех категорий заявителей в случае присвоения адреса строящимся объектам адресации</w:t>
            </w:r>
          </w:p>
        </w:tc>
      </w:tr>
      <w:tr w:rsidR="00AD4176" w:rsidRPr="00AA41FC" w:rsidTr="00C61C59">
        <w:tc>
          <w:tcPr>
            <w:tcW w:w="577" w:type="dxa"/>
            <w:tcBorders>
              <w:left w:val="single" w:sz="2" w:space="0" w:color="000000"/>
              <w:bottom w:val="single" w:sz="2" w:space="0" w:color="000000"/>
              <w:right w:val="single" w:sz="2" w:space="0" w:color="000000"/>
            </w:tcBorders>
          </w:tcPr>
          <w:p w:rsidR="00AD4176" w:rsidRDefault="00AD4176" w:rsidP="00641282">
            <w:pPr>
              <w:pStyle w:val="aff9"/>
              <w:ind w:firstLine="567"/>
            </w:pPr>
            <w:r>
              <w:lastRenderedPageBreak/>
              <w:t>5</w:t>
            </w:r>
          </w:p>
        </w:tc>
        <w:tc>
          <w:tcPr>
            <w:tcW w:w="3686" w:type="dxa"/>
            <w:tcBorders>
              <w:bottom w:val="single" w:sz="2" w:space="0" w:color="000000"/>
              <w:right w:val="single" w:sz="2" w:space="0" w:color="000000"/>
            </w:tcBorders>
          </w:tcPr>
          <w:p w:rsidR="00AD4176" w:rsidRPr="00C61C59" w:rsidRDefault="00AD4176" w:rsidP="00C61C59">
            <w:pPr>
              <w:pStyle w:val="aff9"/>
              <w:ind w:left="132" w:right="132" w:firstLine="435"/>
              <w:rPr>
                <w:sz w:val="28"/>
                <w:szCs w:val="28"/>
              </w:rPr>
            </w:pPr>
            <w:r w:rsidRPr="00C61C59">
              <w:rPr>
                <w:sz w:val="28"/>
                <w:szCs w:val="28"/>
              </w:rPr>
              <w:t>Разрешение на строительство объекта адресации</w:t>
            </w:r>
          </w:p>
        </w:tc>
        <w:tc>
          <w:tcPr>
            <w:tcW w:w="4111" w:type="dxa"/>
            <w:gridSpan w:val="2"/>
            <w:tcBorders>
              <w:bottom w:val="single" w:sz="2" w:space="0" w:color="000000"/>
              <w:right w:val="single" w:sz="2" w:space="0" w:color="000000"/>
            </w:tcBorders>
          </w:tcPr>
          <w:p w:rsidR="00C61C59" w:rsidRPr="00C61C59" w:rsidRDefault="00AD4176" w:rsidP="00C61C59">
            <w:pPr>
              <w:pStyle w:val="aff9"/>
              <w:ind w:left="132" w:right="132" w:firstLine="435"/>
              <w:rPr>
                <w:sz w:val="28"/>
                <w:szCs w:val="28"/>
              </w:rPr>
            </w:pPr>
            <w:r w:rsidRPr="00C61C59">
              <w:rPr>
                <w:sz w:val="28"/>
                <w:szCs w:val="28"/>
              </w:rPr>
              <w:t>1 экз.</w:t>
            </w:r>
          </w:p>
          <w:p w:rsidR="00AD4176" w:rsidRPr="00C61C59" w:rsidRDefault="00AD4176" w:rsidP="00C61C59">
            <w:pPr>
              <w:pStyle w:val="aff9"/>
              <w:ind w:left="132" w:right="132" w:firstLine="435"/>
              <w:rPr>
                <w:sz w:val="28"/>
                <w:szCs w:val="28"/>
              </w:rPr>
            </w:pPr>
            <w:r w:rsidRPr="00C61C59">
              <w:rPr>
                <w:sz w:val="28"/>
                <w:szCs w:val="28"/>
              </w:rPr>
              <w:t>Обязательно для всех категорий заявителей в случае присвоения адреса строящимся объектам адресации</w:t>
            </w:r>
            <w:r w:rsidR="00C61C59" w:rsidRPr="00C61C59">
              <w:rPr>
                <w:sz w:val="28"/>
                <w:szCs w:val="28"/>
              </w:rPr>
              <w:t>.</w:t>
            </w:r>
          </w:p>
        </w:tc>
      </w:tr>
      <w:tr w:rsidR="00AD4176" w:rsidRPr="00AA41FC" w:rsidTr="00C61C59">
        <w:tc>
          <w:tcPr>
            <w:tcW w:w="577" w:type="dxa"/>
            <w:tcBorders>
              <w:left w:val="single" w:sz="2" w:space="0" w:color="000000"/>
              <w:bottom w:val="single" w:sz="2" w:space="0" w:color="000000"/>
              <w:right w:val="single" w:sz="2" w:space="0" w:color="000000"/>
            </w:tcBorders>
          </w:tcPr>
          <w:p w:rsidR="00AD4176" w:rsidRDefault="00AD4176" w:rsidP="00641282">
            <w:pPr>
              <w:pStyle w:val="aff9"/>
              <w:ind w:firstLine="567"/>
            </w:pPr>
            <w:r>
              <w:t>6</w:t>
            </w:r>
          </w:p>
        </w:tc>
        <w:tc>
          <w:tcPr>
            <w:tcW w:w="3686" w:type="dxa"/>
            <w:tcBorders>
              <w:bottom w:val="single" w:sz="2" w:space="0" w:color="000000"/>
              <w:right w:val="single" w:sz="2" w:space="0" w:color="000000"/>
            </w:tcBorders>
          </w:tcPr>
          <w:p w:rsidR="00AD4176" w:rsidRPr="00C61C59" w:rsidRDefault="00AD4176" w:rsidP="00C61C59">
            <w:pPr>
              <w:pStyle w:val="aff9"/>
              <w:ind w:left="132" w:right="132" w:firstLine="435"/>
              <w:rPr>
                <w:sz w:val="28"/>
                <w:szCs w:val="28"/>
              </w:rPr>
            </w:pPr>
            <w:r w:rsidRPr="00C61C59">
              <w:rPr>
                <w:sz w:val="28"/>
                <w:szCs w:val="28"/>
              </w:rPr>
              <w:t>Разрешение на ввод объекта адресации в эксплуатацию</w:t>
            </w:r>
          </w:p>
        </w:tc>
        <w:tc>
          <w:tcPr>
            <w:tcW w:w="4111" w:type="dxa"/>
            <w:gridSpan w:val="2"/>
            <w:tcBorders>
              <w:bottom w:val="single" w:sz="2" w:space="0" w:color="000000"/>
              <w:right w:val="single" w:sz="2" w:space="0" w:color="000000"/>
            </w:tcBorders>
          </w:tcPr>
          <w:p w:rsidR="00C61C59" w:rsidRPr="00C61C59" w:rsidRDefault="00AD4176" w:rsidP="00C61C59">
            <w:pPr>
              <w:pStyle w:val="aff9"/>
              <w:ind w:left="132" w:right="132" w:firstLine="435"/>
              <w:rPr>
                <w:sz w:val="28"/>
                <w:szCs w:val="28"/>
              </w:rPr>
            </w:pPr>
            <w:r w:rsidRPr="00C61C59">
              <w:rPr>
                <w:sz w:val="28"/>
                <w:szCs w:val="28"/>
              </w:rPr>
              <w:t>1 экз.</w:t>
            </w:r>
          </w:p>
          <w:p w:rsidR="00AD4176" w:rsidRPr="00C61C59" w:rsidRDefault="00AD4176" w:rsidP="00C61C59">
            <w:pPr>
              <w:pStyle w:val="aff9"/>
              <w:ind w:left="132" w:right="132" w:firstLine="435"/>
              <w:rPr>
                <w:sz w:val="28"/>
                <w:szCs w:val="28"/>
              </w:rPr>
            </w:pPr>
            <w:r w:rsidRPr="00C61C59">
              <w:rPr>
                <w:sz w:val="28"/>
                <w:szCs w:val="28"/>
              </w:rPr>
              <w:t>Обязательно для всех категорий</w:t>
            </w:r>
            <w:r w:rsidR="00C61C59">
              <w:rPr>
                <w:sz w:val="28"/>
                <w:szCs w:val="28"/>
              </w:rPr>
              <w:t xml:space="preserve"> </w:t>
            </w:r>
            <w:r w:rsidRPr="00C61C59">
              <w:rPr>
                <w:sz w:val="28"/>
                <w:szCs w:val="28"/>
              </w:rPr>
              <w:t>заявителей в случае присвоения адреса строящимся объектам адресации</w:t>
            </w:r>
            <w:r w:rsidR="00C61C59" w:rsidRPr="00C61C59">
              <w:rPr>
                <w:sz w:val="28"/>
                <w:szCs w:val="28"/>
              </w:rPr>
              <w:t>.</w:t>
            </w:r>
          </w:p>
        </w:tc>
      </w:tr>
      <w:tr w:rsidR="00AD4176" w:rsidRPr="00AA41FC" w:rsidTr="00C61C59">
        <w:tc>
          <w:tcPr>
            <w:tcW w:w="577" w:type="dxa"/>
            <w:tcBorders>
              <w:left w:val="single" w:sz="2" w:space="0" w:color="000000"/>
              <w:bottom w:val="single" w:sz="2" w:space="0" w:color="000000"/>
              <w:right w:val="single" w:sz="2" w:space="0" w:color="000000"/>
            </w:tcBorders>
          </w:tcPr>
          <w:p w:rsidR="00AD4176" w:rsidRDefault="00AD4176" w:rsidP="00641282">
            <w:pPr>
              <w:pStyle w:val="aff9"/>
              <w:ind w:firstLine="567"/>
            </w:pPr>
            <w:r>
              <w:t>7</w:t>
            </w:r>
          </w:p>
        </w:tc>
        <w:tc>
          <w:tcPr>
            <w:tcW w:w="3686" w:type="dxa"/>
            <w:tcBorders>
              <w:bottom w:val="single" w:sz="2" w:space="0" w:color="000000"/>
              <w:right w:val="single" w:sz="2" w:space="0" w:color="000000"/>
            </w:tcBorders>
          </w:tcPr>
          <w:p w:rsidR="00AD4176" w:rsidRPr="00C61C59" w:rsidRDefault="00AD4176" w:rsidP="00C61C59">
            <w:pPr>
              <w:pStyle w:val="aff9"/>
              <w:ind w:left="132" w:right="132" w:firstLine="435"/>
              <w:rPr>
                <w:sz w:val="28"/>
                <w:szCs w:val="28"/>
              </w:rPr>
            </w:pPr>
            <w:r w:rsidRPr="00C61C59">
              <w:rPr>
                <w:sz w:val="28"/>
                <w:szCs w:val="28"/>
              </w:rPr>
              <w:t>Схема расположения объекта адресации на кадастровом плане или кадастровой карте соответствующей территории</w:t>
            </w:r>
          </w:p>
        </w:tc>
        <w:tc>
          <w:tcPr>
            <w:tcW w:w="4111" w:type="dxa"/>
            <w:gridSpan w:val="2"/>
            <w:tcBorders>
              <w:bottom w:val="single" w:sz="2" w:space="0" w:color="000000"/>
              <w:right w:val="single" w:sz="2" w:space="0" w:color="000000"/>
            </w:tcBorders>
          </w:tcPr>
          <w:p w:rsidR="00AD4176" w:rsidRPr="00C61C59" w:rsidRDefault="00AD4176" w:rsidP="00C61C59">
            <w:pPr>
              <w:pStyle w:val="aff9"/>
              <w:ind w:left="132" w:right="132" w:firstLine="435"/>
              <w:rPr>
                <w:sz w:val="28"/>
                <w:szCs w:val="28"/>
              </w:rPr>
            </w:pPr>
            <w:r w:rsidRPr="00C61C59">
              <w:rPr>
                <w:sz w:val="28"/>
                <w:szCs w:val="28"/>
              </w:rPr>
              <w:t>1 экз., в случае присвоения земельному участку адреса</w:t>
            </w:r>
            <w:r w:rsidR="00C61C59" w:rsidRPr="00C61C59">
              <w:rPr>
                <w:sz w:val="28"/>
                <w:szCs w:val="28"/>
              </w:rPr>
              <w:t>.</w:t>
            </w:r>
          </w:p>
        </w:tc>
      </w:tr>
      <w:tr w:rsidR="00AD4176" w:rsidRPr="00AA41FC" w:rsidTr="00C61C59">
        <w:tc>
          <w:tcPr>
            <w:tcW w:w="577" w:type="dxa"/>
            <w:tcBorders>
              <w:left w:val="single" w:sz="2" w:space="0" w:color="000000"/>
              <w:bottom w:val="single" w:sz="2" w:space="0" w:color="000000"/>
              <w:right w:val="single" w:sz="2" w:space="0" w:color="000000"/>
            </w:tcBorders>
          </w:tcPr>
          <w:p w:rsidR="00AD4176" w:rsidRDefault="00AD4176" w:rsidP="00641282">
            <w:pPr>
              <w:pStyle w:val="aff9"/>
              <w:ind w:firstLine="567"/>
            </w:pPr>
            <w:r>
              <w:t>8</w:t>
            </w:r>
          </w:p>
        </w:tc>
        <w:tc>
          <w:tcPr>
            <w:tcW w:w="3686" w:type="dxa"/>
            <w:tcBorders>
              <w:bottom w:val="single" w:sz="2" w:space="0" w:color="000000"/>
              <w:right w:val="single" w:sz="2" w:space="0" w:color="000000"/>
            </w:tcBorders>
          </w:tcPr>
          <w:p w:rsidR="00AD4176" w:rsidRPr="00C61C59" w:rsidRDefault="00AD4176" w:rsidP="00C61C59">
            <w:pPr>
              <w:pStyle w:val="aff9"/>
              <w:ind w:left="132" w:right="274" w:firstLine="435"/>
              <w:rPr>
                <w:sz w:val="28"/>
                <w:szCs w:val="28"/>
              </w:rPr>
            </w:pPr>
            <w:r w:rsidRPr="00C61C59">
              <w:rPr>
                <w:sz w:val="28"/>
                <w:szCs w:val="28"/>
              </w:rPr>
              <w:t>Решение органа местного самоуправления о переводе жилого помещения в нежилое помещение или нежилого помещения в жилое помещение</w:t>
            </w:r>
          </w:p>
        </w:tc>
        <w:tc>
          <w:tcPr>
            <w:tcW w:w="4111" w:type="dxa"/>
            <w:gridSpan w:val="2"/>
            <w:tcBorders>
              <w:bottom w:val="single" w:sz="2" w:space="0" w:color="000000"/>
              <w:right w:val="single" w:sz="2" w:space="0" w:color="000000"/>
            </w:tcBorders>
          </w:tcPr>
          <w:p w:rsidR="00AD4176" w:rsidRPr="00C61C59" w:rsidRDefault="00AD4176" w:rsidP="00C61C59">
            <w:pPr>
              <w:pStyle w:val="aff9"/>
              <w:ind w:left="132" w:right="274" w:firstLine="435"/>
              <w:rPr>
                <w:sz w:val="28"/>
                <w:szCs w:val="28"/>
              </w:rPr>
            </w:pPr>
            <w:r w:rsidRPr="00C61C59">
              <w:rPr>
                <w:sz w:val="28"/>
                <w:szCs w:val="28"/>
              </w:rPr>
              <w:t xml:space="preserve">1 экз.,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w:t>
            </w:r>
            <w:r w:rsidRPr="00C61C59">
              <w:rPr>
                <w:sz w:val="28"/>
                <w:szCs w:val="28"/>
              </w:rPr>
              <w:lastRenderedPageBreak/>
              <w:t>помещения в жилое помещение</w:t>
            </w:r>
          </w:p>
        </w:tc>
      </w:tr>
      <w:tr w:rsidR="00AD4176" w:rsidRPr="00AA41FC" w:rsidTr="00C61C59">
        <w:tc>
          <w:tcPr>
            <w:tcW w:w="577" w:type="dxa"/>
            <w:tcBorders>
              <w:left w:val="single" w:sz="2" w:space="0" w:color="000000"/>
              <w:bottom w:val="single" w:sz="2" w:space="0" w:color="000000"/>
              <w:right w:val="single" w:sz="2" w:space="0" w:color="000000"/>
            </w:tcBorders>
          </w:tcPr>
          <w:p w:rsidR="00AD4176" w:rsidRDefault="00AD4176" w:rsidP="00641282">
            <w:pPr>
              <w:pStyle w:val="aff9"/>
              <w:ind w:firstLine="567"/>
            </w:pPr>
            <w:r>
              <w:lastRenderedPageBreak/>
              <w:t>9</w:t>
            </w:r>
          </w:p>
        </w:tc>
        <w:tc>
          <w:tcPr>
            <w:tcW w:w="3686" w:type="dxa"/>
            <w:tcBorders>
              <w:bottom w:val="single" w:sz="2" w:space="0" w:color="000000"/>
              <w:right w:val="single" w:sz="2" w:space="0" w:color="000000"/>
            </w:tcBorders>
          </w:tcPr>
          <w:p w:rsidR="00AD4176" w:rsidRPr="00C61C59" w:rsidRDefault="00AD4176" w:rsidP="00C61C59">
            <w:pPr>
              <w:pStyle w:val="aff9"/>
              <w:ind w:left="132" w:right="274" w:firstLine="435"/>
              <w:rPr>
                <w:sz w:val="28"/>
                <w:szCs w:val="28"/>
              </w:rPr>
            </w:pPr>
            <w:r w:rsidRPr="00C61C59">
              <w:rPr>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w:t>
            </w:r>
          </w:p>
        </w:tc>
        <w:tc>
          <w:tcPr>
            <w:tcW w:w="4111" w:type="dxa"/>
            <w:gridSpan w:val="2"/>
            <w:tcBorders>
              <w:bottom w:val="single" w:sz="2" w:space="0" w:color="000000"/>
              <w:right w:val="single" w:sz="2" w:space="0" w:color="000000"/>
            </w:tcBorders>
          </w:tcPr>
          <w:p w:rsidR="00AD4176" w:rsidRPr="00C61C59" w:rsidRDefault="00AD4176" w:rsidP="00C61C59">
            <w:pPr>
              <w:pStyle w:val="aff9"/>
              <w:ind w:left="132" w:right="274" w:firstLine="435"/>
              <w:rPr>
                <w:sz w:val="28"/>
                <w:szCs w:val="28"/>
              </w:rPr>
            </w:pPr>
            <w:r w:rsidRPr="00C61C59">
              <w:rPr>
                <w:sz w:val="28"/>
                <w:szCs w:val="28"/>
              </w:rPr>
              <w:t>1 экз., в случае преобразования объектов недвижимости (помещений) с образованием одного и более новых объектов адресации</w:t>
            </w:r>
          </w:p>
        </w:tc>
      </w:tr>
    </w:tbl>
    <w:p w:rsidR="00C61C59" w:rsidRDefault="00C61C59" w:rsidP="002E7D98">
      <w:pPr>
        <w:spacing w:after="0" w:line="240" w:lineRule="auto"/>
        <w:rPr>
          <w:sz w:val="28"/>
          <w:szCs w:val="28"/>
          <w:lang w:val="ru-RU"/>
        </w:rPr>
      </w:pPr>
    </w:p>
    <w:p w:rsidR="00A860B1" w:rsidRDefault="008B2948" w:rsidP="00A860B1">
      <w:pPr>
        <w:spacing w:after="0" w:line="240" w:lineRule="auto"/>
        <w:jc w:val="center"/>
        <w:rPr>
          <w:sz w:val="28"/>
          <w:szCs w:val="28"/>
          <w:lang w:val="ru-RU"/>
        </w:rPr>
      </w:pPr>
      <w:r w:rsidRPr="002E7D98">
        <w:rPr>
          <w:sz w:val="28"/>
          <w:szCs w:val="28"/>
          <w:lang w:val="ru-RU"/>
        </w:rPr>
        <w:t>Исчерпывающий перечень документов и информации, которые заявитель должен представить самостоятельно при подаче заявления об исправлении допущенных опечаток и ошибок в выданных документах в результате предоставления</w:t>
      </w:r>
    </w:p>
    <w:p w:rsidR="00A860B1" w:rsidRDefault="00A860B1" w:rsidP="00A860B1">
      <w:pPr>
        <w:spacing w:after="0" w:line="240" w:lineRule="auto"/>
        <w:rPr>
          <w:sz w:val="28"/>
          <w:szCs w:val="28"/>
          <w:lang w:val="ru-RU"/>
        </w:rPr>
      </w:pPr>
    </w:p>
    <w:p w:rsidR="00A860B1" w:rsidRPr="002E7D98" w:rsidRDefault="00A860B1" w:rsidP="00A860B1">
      <w:pPr>
        <w:spacing w:after="0" w:line="240" w:lineRule="auto"/>
        <w:jc w:val="right"/>
        <w:rPr>
          <w:sz w:val="28"/>
          <w:szCs w:val="28"/>
          <w:lang w:val="ru-RU"/>
        </w:rPr>
      </w:pPr>
      <w:r w:rsidRPr="002E7D98">
        <w:rPr>
          <w:sz w:val="28"/>
          <w:szCs w:val="28"/>
          <w:lang w:val="ru-RU"/>
        </w:rPr>
        <w:t>Таблица № 3</w:t>
      </w:r>
    </w:p>
    <w:p w:rsidR="00A860B1" w:rsidRPr="002E7D98" w:rsidRDefault="00A860B1" w:rsidP="00A860B1">
      <w:pPr>
        <w:spacing w:after="0" w:line="240" w:lineRule="auto"/>
        <w:jc w:val="right"/>
        <w:rPr>
          <w:sz w:val="28"/>
          <w:szCs w:val="28"/>
          <w:lang w:val="ru-RU"/>
        </w:rPr>
      </w:pPr>
    </w:p>
    <w:tbl>
      <w:tblPr>
        <w:tblW w:w="8799" w:type="dxa"/>
        <w:tblLayout w:type="fixed"/>
        <w:tblCellMar>
          <w:left w:w="10" w:type="dxa"/>
          <w:right w:w="10" w:type="dxa"/>
        </w:tblCellMar>
        <w:tblLook w:val="04A0" w:firstRow="1" w:lastRow="0" w:firstColumn="1" w:lastColumn="0" w:noHBand="0" w:noVBand="1"/>
      </w:tblPr>
      <w:tblGrid>
        <w:gridCol w:w="861"/>
        <w:gridCol w:w="3402"/>
        <w:gridCol w:w="4536"/>
      </w:tblGrid>
      <w:tr w:rsidR="00A860B1" w:rsidRPr="00A860B1" w:rsidTr="00A860B1">
        <w:tc>
          <w:tcPr>
            <w:tcW w:w="861" w:type="dxa"/>
            <w:tcBorders>
              <w:top w:val="single" w:sz="2" w:space="0" w:color="000000"/>
              <w:left w:val="single" w:sz="2" w:space="0" w:color="000000"/>
              <w:bottom w:val="single" w:sz="2" w:space="0" w:color="000000"/>
              <w:right w:val="single" w:sz="2" w:space="0" w:color="000000"/>
            </w:tcBorders>
          </w:tcPr>
          <w:p w:rsidR="00A860B1" w:rsidRPr="00A860B1" w:rsidRDefault="00A860B1" w:rsidP="00A860B1">
            <w:pPr>
              <w:pStyle w:val="aff9"/>
              <w:ind w:firstLine="142"/>
              <w:rPr>
                <w:sz w:val="28"/>
                <w:szCs w:val="28"/>
              </w:rPr>
            </w:pPr>
            <w:r>
              <w:rPr>
                <w:sz w:val="28"/>
                <w:szCs w:val="28"/>
              </w:rPr>
              <w:t>№</w:t>
            </w:r>
            <w:r w:rsidRPr="00A860B1">
              <w:rPr>
                <w:sz w:val="28"/>
                <w:szCs w:val="28"/>
              </w:rPr>
              <w:t>п/п</w:t>
            </w:r>
          </w:p>
        </w:tc>
        <w:tc>
          <w:tcPr>
            <w:tcW w:w="3402" w:type="dxa"/>
            <w:tcBorders>
              <w:top w:val="single" w:sz="2" w:space="0" w:color="000000"/>
              <w:bottom w:val="single" w:sz="2" w:space="0" w:color="000000"/>
              <w:right w:val="single" w:sz="2" w:space="0" w:color="000000"/>
            </w:tcBorders>
          </w:tcPr>
          <w:p w:rsidR="00A860B1" w:rsidRPr="00A860B1" w:rsidRDefault="00A860B1" w:rsidP="00A860B1">
            <w:pPr>
              <w:pStyle w:val="aff9"/>
              <w:ind w:firstLine="132"/>
              <w:rPr>
                <w:sz w:val="28"/>
                <w:szCs w:val="28"/>
              </w:rPr>
            </w:pPr>
            <w:r w:rsidRPr="00A860B1">
              <w:rPr>
                <w:sz w:val="28"/>
                <w:szCs w:val="28"/>
              </w:rPr>
              <w:t>Наименование документа</w:t>
            </w:r>
          </w:p>
        </w:tc>
        <w:tc>
          <w:tcPr>
            <w:tcW w:w="4536" w:type="dxa"/>
            <w:tcBorders>
              <w:top w:val="single" w:sz="2" w:space="0" w:color="000000"/>
              <w:bottom w:val="single" w:sz="2" w:space="0" w:color="000000"/>
              <w:right w:val="single" w:sz="2" w:space="0" w:color="000000"/>
            </w:tcBorders>
          </w:tcPr>
          <w:p w:rsidR="00A860B1" w:rsidRPr="00A860B1" w:rsidRDefault="00A860B1" w:rsidP="00A860B1">
            <w:pPr>
              <w:pStyle w:val="aff9"/>
              <w:ind w:firstLine="132"/>
              <w:rPr>
                <w:sz w:val="28"/>
                <w:szCs w:val="28"/>
              </w:rPr>
            </w:pPr>
            <w:r w:rsidRPr="00A860B1">
              <w:rPr>
                <w:sz w:val="28"/>
                <w:szCs w:val="28"/>
              </w:rPr>
              <w:t>Количество экземпляров, форма документа</w:t>
            </w:r>
          </w:p>
        </w:tc>
      </w:tr>
      <w:tr w:rsidR="00A860B1" w:rsidRPr="00AA41FC" w:rsidTr="00A860B1">
        <w:tc>
          <w:tcPr>
            <w:tcW w:w="861" w:type="dxa"/>
            <w:tcBorders>
              <w:left w:val="single" w:sz="2" w:space="0" w:color="000000"/>
              <w:bottom w:val="single" w:sz="2" w:space="0" w:color="000000"/>
              <w:right w:val="single" w:sz="2" w:space="0" w:color="000000"/>
            </w:tcBorders>
          </w:tcPr>
          <w:p w:rsidR="00A860B1" w:rsidRDefault="00A860B1" w:rsidP="00641282">
            <w:pPr>
              <w:pStyle w:val="aff9"/>
              <w:ind w:firstLine="567"/>
            </w:pPr>
            <w:r>
              <w:t>1.</w:t>
            </w:r>
          </w:p>
        </w:tc>
        <w:tc>
          <w:tcPr>
            <w:tcW w:w="3402" w:type="dxa"/>
            <w:tcBorders>
              <w:bottom w:val="single" w:sz="2" w:space="0" w:color="000000"/>
              <w:right w:val="single" w:sz="2" w:space="0" w:color="000000"/>
            </w:tcBorders>
          </w:tcPr>
          <w:p w:rsidR="00A860B1" w:rsidRPr="00A860B1" w:rsidRDefault="00A860B1" w:rsidP="00A860B1">
            <w:pPr>
              <w:pStyle w:val="aff9"/>
              <w:ind w:left="132" w:right="132" w:firstLine="0"/>
              <w:rPr>
                <w:sz w:val="28"/>
                <w:szCs w:val="28"/>
              </w:rPr>
            </w:pPr>
            <w:r w:rsidRPr="00A860B1">
              <w:rPr>
                <w:sz w:val="28"/>
                <w:szCs w:val="28"/>
              </w:rPr>
              <w:t>Заявление об исправлении технической ошибки</w:t>
            </w:r>
          </w:p>
        </w:tc>
        <w:tc>
          <w:tcPr>
            <w:tcW w:w="4536" w:type="dxa"/>
            <w:tcBorders>
              <w:bottom w:val="single" w:sz="2" w:space="0" w:color="000000"/>
              <w:right w:val="single" w:sz="2" w:space="0" w:color="000000"/>
            </w:tcBorders>
          </w:tcPr>
          <w:p w:rsidR="00A860B1" w:rsidRDefault="00A860B1" w:rsidP="00A860B1">
            <w:pPr>
              <w:pStyle w:val="aff9"/>
              <w:ind w:left="132" w:right="132" w:firstLine="435"/>
              <w:rPr>
                <w:sz w:val="28"/>
                <w:szCs w:val="28"/>
              </w:rPr>
            </w:pPr>
            <w:r w:rsidRPr="00A860B1">
              <w:rPr>
                <w:sz w:val="28"/>
                <w:szCs w:val="28"/>
              </w:rPr>
              <w:t xml:space="preserve">1 экз., в форме документа на бумажном носителе по форме согласно приложению </w:t>
            </w:r>
            <w:r>
              <w:rPr>
                <w:sz w:val="28"/>
                <w:szCs w:val="28"/>
              </w:rPr>
              <w:t xml:space="preserve">№ </w:t>
            </w:r>
            <w:r w:rsidRPr="00A860B1">
              <w:rPr>
                <w:sz w:val="28"/>
                <w:szCs w:val="28"/>
              </w:rPr>
              <w:t>6 к настоящему</w:t>
            </w:r>
            <w:r>
              <w:rPr>
                <w:sz w:val="28"/>
                <w:szCs w:val="28"/>
              </w:rPr>
              <w:t xml:space="preserve"> </w:t>
            </w:r>
            <w:r w:rsidRPr="00A860B1">
              <w:rPr>
                <w:sz w:val="28"/>
                <w:szCs w:val="28"/>
              </w:rPr>
              <w:t xml:space="preserve">административному регламенту; </w:t>
            </w:r>
          </w:p>
          <w:p w:rsidR="00A860B1" w:rsidRPr="00A860B1" w:rsidRDefault="00A860B1" w:rsidP="00A860B1">
            <w:pPr>
              <w:pStyle w:val="aff9"/>
              <w:ind w:left="132" w:right="132" w:firstLine="435"/>
              <w:rPr>
                <w:sz w:val="28"/>
                <w:szCs w:val="28"/>
              </w:rPr>
            </w:pPr>
            <w:r w:rsidRPr="00A860B1">
              <w:rPr>
                <w:sz w:val="28"/>
                <w:szCs w:val="28"/>
              </w:rPr>
              <w:t>- в электронной форме (интерактивную форму ЕПГУ, РПГУ, ФИАС</w:t>
            </w:r>
            <w:r>
              <w:rPr>
                <w:sz w:val="28"/>
                <w:szCs w:val="28"/>
              </w:rPr>
              <w:t>)</w:t>
            </w:r>
          </w:p>
        </w:tc>
      </w:tr>
      <w:tr w:rsidR="00A860B1" w:rsidRPr="00AA41FC" w:rsidTr="00A860B1">
        <w:tc>
          <w:tcPr>
            <w:tcW w:w="861" w:type="dxa"/>
            <w:tcBorders>
              <w:left w:val="single" w:sz="2" w:space="0" w:color="000000"/>
              <w:bottom w:val="single" w:sz="2" w:space="0" w:color="000000"/>
              <w:right w:val="single" w:sz="2" w:space="0" w:color="000000"/>
            </w:tcBorders>
          </w:tcPr>
          <w:p w:rsidR="00A860B1" w:rsidRPr="007B6E7F" w:rsidRDefault="00A860B1" w:rsidP="00641282">
            <w:pPr>
              <w:pStyle w:val="aff9"/>
              <w:ind w:firstLine="567"/>
              <w:rPr>
                <w:sz w:val="28"/>
                <w:szCs w:val="28"/>
              </w:rPr>
            </w:pPr>
            <w:r w:rsidRPr="007B6E7F">
              <w:rPr>
                <w:sz w:val="28"/>
                <w:szCs w:val="28"/>
              </w:rPr>
              <w:t>2.</w:t>
            </w:r>
          </w:p>
        </w:tc>
        <w:tc>
          <w:tcPr>
            <w:tcW w:w="3402" w:type="dxa"/>
            <w:tcBorders>
              <w:bottom w:val="single" w:sz="2" w:space="0" w:color="000000"/>
              <w:right w:val="single" w:sz="2" w:space="0" w:color="000000"/>
            </w:tcBorders>
          </w:tcPr>
          <w:p w:rsidR="00A860B1" w:rsidRPr="007B6E7F" w:rsidRDefault="00A860B1" w:rsidP="007B6E7F">
            <w:pPr>
              <w:pStyle w:val="aff9"/>
              <w:ind w:left="132" w:right="132" w:firstLine="435"/>
              <w:rPr>
                <w:sz w:val="28"/>
                <w:szCs w:val="28"/>
              </w:rPr>
            </w:pPr>
            <w:r w:rsidRPr="007B6E7F">
              <w:rPr>
                <w:sz w:val="28"/>
                <w:szCs w:val="28"/>
              </w:rPr>
              <w:t xml:space="preserve">Документ, удостоверяющий личность заявителя или личность представителя: - паспорт гражданина Российской Федерации; - иной документ, удостоверяющий личность гражданина Российской Федерации в соответствии с законодательством Российской Федерации; - паспорт иностранного </w:t>
            </w:r>
            <w:r w:rsidRPr="007B6E7F">
              <w:rPr>
                <w:sz w:val="28"/>
                <w:szCs w:val="28"/>
              </w:rPr>
              <w:lastRenderedPageBreak/>
              <w:t>гражданина; - иной документ, удостоверяющий личность иностранного гражданина (лица без гражданства).</w:t>
            </w:r>
          </w:p>
        </w:tc>
        <w:tc>
          <w:tcPr>
            <w:tcW w:w="4536" w:type="dxa"/>
            <w:tcBorders>
              <w:bottom w:val="single" w:sz="2" w:space="0" w:color="000000"/>
              <w:right w:val="single" w:sz="2" w:space="0" w:color="000000"/>
            </w:tcBorders>
          </w:tcPr>
          <w:p w:rsidR="00A860B1" w:rsidRPr="007B6E7F" w:rsidRDefault="00A860B1" w:rsidP="007B6E7F">
            <w:pPr>
              <w:pStyle w:val="aff9"/>
              <w:ind w:left="132" w:right="274" w:firstLine="435"/>
              <w:rPr>
                <w:sz w:val="28"/>
                <w:szCs w:val="28"/>
              </w:rPr>
            </w:pPr>
            <w:r w:rsidRPr="007B6E7F">
              <w:rPr>
                <w:sz w:val="28"/>
                <w:szCs w:val="28"/>
              </w:rPr>
              <w:lastRenderedPageBreak/>
              <w:t xml:space="preserve">1 экз., подлинник </w:t>
            </w:r>
            <w:r w:rsidR="007B6E7F" w:rsidRPr="007B6E7F">
              <w:rPr>
                <w:sz w:val="28"/>
                <w:szCs w:val="28"/>
              </w:rPr>
              <w:t xml:space="preserve">для ознакомления и снятия копии </w:t>
            </w:r>
            <w:r w:rsidRPr="007B6E7F">
              <w:rPr>
                <w:sz w:val="28"/>
                <w:szCs w:val="28"/>
              </w:rPr>
              <w:t>или копия, заверенная нотариально, с предоставлением оригинала документа или представителя заявителя В случае представления документов в электронной форме посредством ЕПГУ, РПГУ, ФИАС, представление указанного документа не требуется</w:t>
            </w:r>
          </w:p>
        </w:tc>
      </w:tr>
      <w:tr w:rsidR="00A860B1" w:rsidRPr="00AA41FC" w:rsidTr="00A860B1">
        <w:tc>
          <w:tcPr>
            <w:tcW w:w="861" w:type="dxa"/>
            <w:tcBorders>
              <w:left w:val="single" w:sz="2" w:space="0" w:color="000000"/>
              <w:bottom w:val="single" w:sz="2" w:space="0" w:color="000000"/>
              <w:right w:val="single" w:sz="2" w:space="0" w:color="000000"/>
            </w:tcBorders>
          </w:tcPr>
          <w:p w:rsidR="00A860B1" w:rsidRDefault="00A860B1" w:rsidP="00641282">
            <w:pPr>
              <w:pStyle w:val="aff9"/>
              <w:ind w:firstLine="567"/>
            </w:pPr>
            <w:r>
              <w:lastRenderedPageBreak/>
              <w:t>3</w:t>
            </w:r>
          </w:p>
        </w:tc>
        <w:tc>
          <w:tcPr>
            <w:tcW w:w="3402" w:type="dxa"/>
            <w:tcBorders>
              <w:bottom w:val="single" w:sz="2" w:space="0" w:color="000000"/>
              <w:right w:val="single" w:sz="2" w:space="0" w:color="000000"/>
            </w:tcBorders>
          </w:tcPr>
          <w:p w:rsidR="00A860B1" w:rsidRPr="007B6E7F" w:rsidRDefault="00A860B1" w:rsidP="007B6E7F">
            <w:pPr>
              <w:pStyle w:val="aff9"/>
              <w:ind w:left="132" w:right="132" w:firstLine="435"/>
              <w:rPr>
                <w:sz w:val="28"/>
                <w:szCs w:val="28"/>
              </w:rPr>
            </w:pPr>
            <w:r w:rsidRPr="007B6E7F">
              <w:rPr>
                <w:sz w:val="28"/>
                <w:szCs w:val="28"/>
              </w:rPr>
              <w:t>Документы, подтверждающие полномочия представителя: - доверенность, подтверждающая полномочия представителя заявителя; - иной документ, удостоверяющий полномочия представителя заявителя. - приказ о назначении (избрании) физического лица на должность</w:t>
            </w:r>
          </w:p>
        </w:tc>
        <w:tc>
          <w:tcPr>
            <w:tcW w:w="4536" w:type="dxa"/>
            <w:tcBorders>
              <w:bottom w:val="single" w:sz="2" w:space="0" w:color="000000"/>
              <w:right w:val="single" w:sz="2" w:space="0" w:color="000000"/>
            </w:tcBorders>
          </w:tcPr>
          <w:p w:rsidR="00A860B1" w:rsidRPr="007B6E7F" w:rsidRDefault="00A860B1" w:rsidP="007B6E7F">
            <w:pPr>
              <w:pStyle w:val="aff9"/>
              <w:ind w:left="132" w:right="132" w:firstLine="435"/>
              <w:rPr>
                <w:sz w:val="28"/>
                <w:szCs w:val="28"/>
              </w:rPr>
            </w:pPr>
            <w:r w:rsidRPr="007B6E7F">
              <w:rPr>
                <w:sz w:val="28"/>
                <w:szCs w:val="28"/>
              </w:rPr>
              <w:t>1 экз., подлинник В случае представления документов в электронной форме посредством ЕПГУ, РПГУ, ФИАС: - юридическим лицом, документы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 физическим лицом, документы удостоверяется усиленной квалифицированной электронной подписью нотариуса</w:t>
            </w:r>
          </w:p>
        </w:tc>
      </w:tr>
      <w:tr w:rsidR="00A860B1" w:rsidRPr="00AA41FC" w:rsidTr="00A860B1">
        <w:tc>
          <w:tcPr>
            <w:tcW w:w="861" w:type="dxa"/>
            <w:tcBorders>
              <w:left w:val="single" w:sz="2" w:space="0" w:color="000000"/>
              <w:bottom w:val="single" w:sz="2" w:space="0" w:color="000000"/>
              <w:right w:val="single" w:sz="2" w:space="0" w:color="000000"/>
            </w:tcBorders>
          </w:tcPr>
          <w:p w:rsidR="00A860B1" w:rsidRPr="007B6E7F" w:rsidRDefault="00A860B1" w:rsidP="00641282">
            <w:pPr>
              <w:pStyle w:val="aff9"/>
              <w:ind w:firstLine="567"/>
              <w:rPr>
                <w:sz w:val="28"/>
                <w:szCs w:val="28"/>
              </w:rPr>
            </w:pPr>
            <w:r w:rsidRPr="007B6E7F">
              <w:rPr>
                <w:sz w:val="28"/>
                <w:szCs w:val="28"/>
              </w:rPr>
              <w:t>4</w:t>
            </w:r>
          </w:p>
        </w:tc>
        <w:tc>
          <w:tcPr>
            <w:tcW w:w="3402" w:type="dxa"/>
            <w:tcBorders>
              <w:bottom w:val="single" w:sz="2" w:space="0" w:color="000000"/>
              <w:right w:val="single" w:sz="2" w:space="0" w:color="000000"/>
            </w:tcBorders>
          </w:tcPr>
          <w:p w:rsidR="00A860B1" w:rsidRPr="007B6E7F" w:rsidRDefault="00A860B1" w:rsidP="007B6E7F">
            <w:pPr>
              <w:pStyle w:val="aff9"/>
              <w:ind w:left="132" w:right="132" w:firstLine="435"/>
              <w:rPr>
                <w:sz w:val="28"/>
                <w:szCs w:val="28"/>
              </w:rPr>
            </w:pPr>
            <w:r w:rsidRPr="007B6E7F">
              <w:rPr>
                <w:sz w:val="28"/>
                <w:szCs w:val="28"/>
              </w:rPr>
              <w:t>Документы, имеющие юридическую силу и содержащие правильные данные</w:t>
            </w:r>
          </w:p>
        </w:tc>
        <w:tc>
          <w:tcPr>
            <w:tcW w:w="4536" w:type="dxa"/>
            <w:tcBorders>
              <w:bottom w:val="single" w:sz="2" w:space="0" w:color="000000"/>
              <w:right w:val="single" w:sz="2" w:space="0" w:color="000000"/>
            </w:tcBorders>
          </w:tcPr>
          <w:p w:rsidR="00A860B1" w:rsidRPr="007B6E7F" w:rsidRDefault="00A860B1" w:rsidP="007B6E7F">
            <w:pPr>
              <w:pStyle w:val="aff9"/>
              <w:ind w:left="132" w:right="132" w:firstLine="435"/>
              <w:rPr>
                <w:sz w:val="28"/>
                <w:szCs w:val="28"/>
              </w:rPr>
            </w:pPr>
            <w:r w:rsidRPr="007B6E7F">
              <w:rPr>
                <w:sz w:val="28"/>
                <w:szCs w:val="28"/>
              </w:rPr>
              <w:t>1 экз., подлинник для ознакомления и снятия копии</w:t>
            </w:r>
            <w:r w:rsidR="007B6E7F">
              <w:rPr>
                <w:sz w:val="28"/>
                <w:szCs w:val="28"/>
              </w:rPr>
              <w:t>.</w:t>
            </w:r>
            <w:r w:rsidRPr="007B6E7F">
              <w:rPr>
                <w:sz w:val="28"/>
                <w:szCs w:val="28"/>
              </w:rPr>
              <w:t xml:space="preserve"> Обязательно для всех категорий заявителей</w:t>
            </w:r>
          </w:p>
        </w:tc>
      </w:tr>
      <w:tr w:rsidR="00A860B1" w:rsidRPr="00AA41FC" w:rsidTr="00A860B1">
        <w:tc>
          <w:tcPr>
            <w:tcW w:w="861" w:type="dxa"/>
            <w:tcBorders>
              <w:left w:val="single" w:sz="2" w:space="0" w:color="000000"/>
              <w:bottom w:val="single" w:sz="2" w:space="0" w:color="000000"/>
              <w:right w:val="single" w:sz="2" w:space="0" w:color="000000"/>
            </w:tcBorders>
          </w:tcPr>
          <w:p w:rsidR="00A860B1" w:rsidRPr="007B6E7F" w:rsidRDefault="00A860B1" w:rsidP="00641282">
            <w:pPr>
              <w:pStyle w:val="aff9"/>
              <w:ind w:firstLine="567"/>
              <w:rPr>
                <w:sz w:val="28"/>
                <w:szCs w:val="28"/>
              </w:rPr>
            </w:pPr>
            <w:r w:rsidRPr="007B6E7F">
              <w:rPr>
                <w:sz w:val="28"/>
                <w:szCs w:val="28"/>
              </w:rPr>
              <w:t>5</w:t>
            </w:r>
          </w:p>
        </w:tc>
        <w:tc>
          <w:tcPr>
            <w:tcW w:w="3402" w:type="dxa"/>
            <w:tcBorders>
              <w:bottom w:val="single" w:sz="2" w:space="0" w:color="000000"/>
              <w:right w:val="single" w:sz="2" w:space="0" w:color="000000"/>
            </w:tcBorders>
          </w:tcPr>
          <w:p w:rsidR="00A860B1" w:rsidRPr="007B6E7F" w:rsidRDefault="00A860B1" w:rsidP="007B6E7F">
            <w:pPr>
              <w:pStyle w:val="aff9"/>
              <w:ind w:left="132" w:right="132" w:firstLine="435"/>
              <w:rPr>
                <w:sz w:val="28"/>
                <w:szCs w:val="28"/>
              </w:rPr>
            </w:pPr>
            <w:r w:rsidRPr="007B6E7F">
              <w:rPr>
                <w:sz w:val="28"/>
                <w:szCs w:val="28"/>
              </w:rPr>
              <w:t>Документы, подтверждающие наличие в выданном уполномоченным органом результате предоставления муниципальной услуги допущенные опечатки и (или) технические ошибки.</w:t>
            </w:r>
          </w:p>
        </w:tc>
        <w:tc>
          <w:tcPr>
            <w:tcW w:w="4536" w:type="dxa"/>
            <w:tcBorders>
              <w:bottom w:val="single" w:sz="2" w:space="0" w:color="000000"/>
              <w:right w:val="single" w:sz="2" w:space="0" w:color="000000"/>
            </w:tcBorders>
          </w:tcPr>
          <w:p w:rsidR="007B6E7F" w:rsidRPr="007B6E7F" w:rsidRDefault="00A860B1" w:rsidP="00641282">
            <w:pPr>
              <w:pStyle w:val="aff9"/>
              <w:ind w:firstLine="567"/>
              <w:rPr>
                <w:sz w:val="28"/>
                <w:szCs w:val="28"/>
              </w:rPr>
            </w:pPr>
            <w:r w:rsidRPr="007B6E7F">
              <w:rPr>
                <w:sz w:val="28"/>
                <w:szCs w:val="28"/>
              </w:rPr>
              <w:t>1 экз., подлинник для ознакомления и снятия</w:t>
            </w:r>
            <w:r w:rsidR="007B6E7F" w:rsidRPr="007B6E7F">
              <w:rPr>
                <w:sz w:val="28"/>
                <w:szCs w:val="28"/>
              </w:rPr>
              <w:t xml:space="preserve"> </w:t>
            </w:r>
            <w:r w:rsidRPr="007B6E7F">
              <w:rPr>
                <w:sz w:val="28"/>
                <w:szCs w:val="28"/>
              </w:rPr>
              <w:t>копии</w:t>
            </w:r>
            <w:r w:rsidR="007B6E7F" w:rsidRPr="007B6E7F">
              <w:rPr>
                <w:sz w:val="28"/>
                <w:szCs w:val="28"/>
              </w:rPr>
              <w:t>.</w:t>
            </w:r>
            <w:r w:rsidRPr="007B6E7F">
              <w:rPr>
                <w:sz w:val="28"/>
                <w:szCs w:val="28"/>
              </w:rPr>
              <w:t xml:space="preserve"> </w:t>
            </w:r>
          </w:p>
          <w:p w:rsidR="00A860B1" w:rsidRPr="007B6E7F" w:rsidRDefault="00A860B1" w:rsidP="00641282">
            <w:pPr>
              <w:pStyle w:val="aff9"/>
              <w:ind w:firstLine="567"/>
              <w:rPr>
                <w:sz w:val="28"/>
                <w:szCs w:val="28"/>
              </w:rPr>
            </w:pPr>
            <w:r w:rsidRPr="007B6E7F">
              <w:rPr>
                <w:sz w:val="28"/>
                <w:szCs w:val="28"/>
              </w:rPr>
              <w:t>Обязательно для всех категорий заявителей</w:t>
            </w:r>
          </w:p>
        </w:tc>
      </w:tr>
    </w:tbl>
    <w:p w:rsidR="00A860B1" w:rsidRDefault="00A860B1" w:rsidP="00A860B1">
      <w:pPr>
        <w:spacing w:after="0" w:line="240" w:lineRule="auto"/>
        <w:rPr>
          <w:sz w:val="28"/>
          <w:szCs w:val="28"/>
          <w:lang w:val="ru-RU"/>
        </w:rPr>
      </w:pPr>
    </w:p>
    <w:p w:rsidR="00A860B1" w:rsidRDefault="00A860B1" w:rsidP="00A860B1">
      <w:pPr>
        <w:spacing w:after="0" w:line="240" w:lineRule="auto"/>
        <w:rPr>
          <w:sz w:val="28"/>
          <w:szCs w:val="28"/>
          <w:lang w:val="ru-RU"/>
        </w:rPr>
      </w:pPr>
    </w:p>
    <w:p w:rsidR="00A860B1" w:rsidRDefault="00A860B1" w:rsidP="00A860B1">
      <w:pPr>
        <w:spacing w:after="0" w:line="240" w:lineRule="auto"/>
        <w:rPr>
          <w:sz w:val="28"/>
          <w:szCs w:val="28"/>
          <w:lang w:val="ru-RU"/>
        </w:rPr>
      </w:pPr>
    </w:p>
    <w:p w:rsidR="005C7C30" w:rsidRDefault="005C7C30" w:rsidP="00A860B1">
      <w:pPr>
        <w:spacing w:after="0" w:line="240" w:lineRule="auto"/>
        <w:rPr>
          <w:sz w:val="28"/>
          <w:szCs w:val="28"/>
          <w:lang w:val="ru-RU"/>
        </w:rPr>
      </w:pPr>
    </w:p>
    <w:p w:rsidR="005C7C30" w:rsidRDefault="005C7C30" w:rsidP="00A860B1">
      <w:pPr>
        <w:spacing w:after="0" w:line="240" w:lineRule="auto"/>
        <w:rPr>
          <w:sz w:val="28"/>
          <w:szCs w:val="28"/>
          <w:lang w:val="ru-RU"/>
        </w:rPr>
      </w:pPr>
    </w:p>
    <w:p w:rsidR="0077411A" w:rsidRPr="002E7D98" w:rsidRDefault="008B2948" w:rsidP="007B6E7F">
      <w:pPr>
        <w:spacing w:after="0" w:line="240" w:lineRule="auto"/>
        <w:jc w:val="center"/>
        <w:rPr>
          <w:sz w:val="28"/>
          <w:szCs w:val="28"/>
          <w:lang w:val="ru-RU"/>
        </w:rPr>
      </w:pPr>
      <w:r w:rsidRPr="002E7D98">
        <w:rPr>
          <w:sz w:val="28"/>
          <w:szCs w:val="28"/>
          <w:lang w:val="ru-RU"/>
        </w:rPr>
        <w:lastRenderedPageBreak/>
        <w:t>Исчерпывающий перечень документов и информации, которые заявитель должен представить самостоятельно при подаче заявления о выдаче дубликата документа, выданного по результатам предоставления муниципальной услуги</w:t>
      </w:r>
    </w:p>
    <w:p w:rsidR="007B6E7F" w:rsidRDefault="007B6E7F" w:rsidP="007B6E7F">
      <w:pPr>
        <w:spacing w:after="0" w:line="240" w:lineRule="auto"/>
        <w:jc w:val="right"/>
        <w:rPr>
          <w:sz w:val="28"/>
          <w:szCs w:val="28"/>
          <w:lang w:val="ru-RU"/>
        </w:rPr>
      </w:pPr>
    </w:p>
    <w:p w:rsidR="007B6E7F" w:rsidRPr="002E7D98" w:rsidRDefault="007B6E7F" w:rsidP="007B6E7F">
      <w:pPr>
        <w:spacing w:after="0" w:line="240" w:lineRule="auto"/>
        <w:jc w:val="right"/>
        <w:rPr>
          <w:sz w:val="28"/>
          <w:szCs w:val="28"/>
          <w:lang w:val="ru-RU"/>
        </w:rPr>
      </w:pPr>
      <w:r w:rsidRPr="002E7D98">
        <w:rPr>
          <w:sz w:val="28"/>
          <w:szCs w:val="28"/>
          <w:lang w:val="ru-RU"/>
        </w:rPr>
        <w:t>Таблица № 4</w:t>
      </w:r>
    </w:p>
    <w:p w:rsidR="007B6E7F" w:rsidRDefault="007B6E7F" w:rsidP="007B6E7F">
      <w:pPr>
        <w:spacing w:after="0" w:line="240" w:lineRule="auto"/>
        <w:jc w:val="right"/>
        <w:rPr>
          <w:sz w:val="28"/>
          <w:szCs w:val="28"/>
          <w:lang w:val="ru-RU"/>
        </w:rPr>
      </w:pPr>
    </w:p>
    <w:p w:rsidR="007B6E7F" w:rsidRDefault="007B6E7F" w:rsidP="007B6E7F">
      <w:pPr>
        <w:pStyle w:val="aff9"/>
      </w:pPr>
    </w:p>
    <w:tbl>
      <w:tblPr>
        <w:tblW w:w="8941" w:type="dxa"/>
        <w:tblLayout w:type="fixed"/>
        <w:tblCellMar>
          <w:left w:w="10" w:type="dxa"/>
          <w:right w:w="10" w:type="dxa"/>
        </w:tblCellMar>
        <w:tblLook w:val="04A0" w:firstRow="1" w:lastRow="0" w:firstColumn="1" w:lastColumn="0" w:noHBand="0" w:noVBand="1"/>
      </w:tblPr>
      <w:tblGrid>
        <w:gridCol w:w="1003"/>
        <w:gridCol w:w="3543"/>
        <w:gridCol w:w="4395"/>
      </w:tblGrid>
      <w:tr w:rsidR="007B6E7F" w:rsidRPr="007B6E7F" w:rsidTr="007B6E7F">
        <w:tc>
          <w:tcPr>
            <w:tcW w:w="1003" w:type="dxa"/>
            <w:tcBorders>
              <w:top w:val="single" w:sz="2" w:space="0" w:color="000000"/>
              <w:left w:val="single" w:sz="2" w:space="0" w:color="000000"/>
              <w:bottom w:val="single" w:sz="2" w:space="0" w:color="000000"/>
              <w:right w:val="single" w:sz="2" w:space="0" w:color="000000"/>
            </w:tcBorders>
          </w:tcPr>
          <w:p w:rsidR="007B6E7F" w:rsidRPr="007B6E7F" w:rsidRDefault="007B6E7F" w:rsidP="00641282">
            <w:pPr>
              <w:pStyle w:val="aff9"/>
              <w:ind w:firstLine="567"/>
              <w:rPr>
                <w:sz w:val="28"/>
                <w:szCs w:val="28"/>
              </w:rPr>
            </w:pPr>
            <w:r w:rsidRPr="007B6E7F">
              <w:rPr>
                <w:sz w:val="28"/>
                <w:szCs w:val="28"/>
              </w:rPr>
              <w:t>№ п/п</w:t>
            </w:r>
          </w:p>
        </w:tc>
        <w:tc>
          <w:tcPr>
            <w:tcW w:w="3543" w:type="dxa"/>
            <w:tcBorders>
              <w:top w:val="single" w:sz="2" w:space="0" w:color="000000"/>
              <w:bottom w:val="single" w:sz="2" w:space="0" w:color="000000"/>
              <w:right w:val="single" w:sz="2" w:space="0" w:color="000000"/>
            </w:tcBorders>
          </w:tcPr>
          <w:p w:rsidR="007B6E7F" w:rsidRPr="007B6E7F" w:rsidRDefault="007B6E7F" w:rsidP="00641282">
            <w:pPr>
              <w:pStyle w:val="aff9"/>
              <w:ind w:firstLine="567"/>
              <w:rPr>
                <w:sz w:val="28"/>
                <w:szCs w:val="28"/>
              </w:rPr>
            </w:pPr>
            <w:r w:rsidRPr="007B6E7F">
              <w:rPr>
                <w:sz w:val="28"/>
                <w:szCs w:val="28"/>
              </w:rPr>
              <w:t>Наименование документа</w:t>
            </w:r>
          </w:p>
        </w:tc>
        <w:tc>
          <w:tcPr>
            <w:tcW w:w="4395" w:type="dxa"/>
            <w:tcBorders>
              <w:top w:val="single" w:sz="2" w:space="0" w:color="000000"/>
              <w:bottom w:val="single" w:sz="2" w:space="0" w:color="000000"/>
              <w:right w:val="single" w:sz="2" w:space="0" w:color="000000"/>
            </w:tcBorders>
          </w:tcPr>
          <w:p w:rsidR="007B6E7F" w:rsidRPr="007B6E7F" w:rsidRDefault="007B6E7F" w:rsidP="00641282">
            <w:pPr>
              <w:pStyle w:val="aff9"/>
              <w:ind w:firstLine="567"/>
              <w:rPr>
                <w:sz w:val="28"/>
                <w:szCs w:val="28"/>
              </w:rPr>
            </w:pPr>
            <w:r w:rsidRPr="007B6E7F">
              <w:rPr>
                <w:sz w:val="28"/>
                <w:szCs w:val="28"/>
              </w:rPr>
              <w:t>Количество экземпляров, форма документа</w:t>
            </w:r>
          </w:p>
        </w:tc>
      </w:tr>
      <w:tr w:rsidR="007B6E7F" w:rsidRPr="00AA41FC" w:rsidTr="007B6E7F">
        <w:tc>
          <w:tcPr>
            <w:tcW w:w="1003" w:type="dxa"/>
            <w:tcBorders>
              <w:left w:val="single" w:sz="2" w:space="0" w:color="000000"/>
              <w:bottom w:val="single" w:sz="2" w:space="0" w:color="000000"/>
              <w:right w:val="single" w:sz="2" w:space="0" w:color="000000"/>
            </w:tcBorders>
          </w:tcPr>
          <w:p w:rsidR="007B6E7F" w:rsidRDefault="007B6E7F" w:rsidP="00641282">
            <w:pPr>
              <w:pStyle w:val="aff9"/>
              <w:ind w:firstLine="567"/>
            </w:pPr>
            <w:r>
              <w:t>1.</w:t>
            </w:r>
          </w:p>
        </w:tc>
        <w:tc>
          <w:tcPr>
            <w:tcW w:w="3543" w:type="dxa"/>
            <w:tcBorders>
              <w:bottom w:val="single" w:sz="2" w:space="0" w:color="000000"/>
              <w:right w:val="single" w:sz="2" w:space="0" w:color="000000"/>
            </w:tcBorders>
          </w:tcPr>
          <w:p w:rsidR="007B6E7F" w:rsidRPr="007B6E7F" w:rsidRDefault="007B6E7F" w:rsidP="007B6E7F">
            <w:pPr>
              <w:pStyle w:val="aff9"/>
              <w:ind w:left="131" w:right="131" w:firstLine="436"/>
              <w:rPr>
                <w:sz w:val="28"/>
                <w:szCs w:val="28"/>
              </w:rPr>
            </w:pPr>
            <w:r w:rsidRPr="007B6E7F">
              <w:rPr>
                <w:sz w:val="28"/>
                <w:szCs w:val="28"/>
              </w:rPr>
              <w:t>Заявление о выдаче дубликата документа, выданного по результатам предоставления муниципальной услуги</w:t>
            </w:r>
          </w:p>
        </w:tc>
        <w:tc>
          <w:tcPr>
            <w:tcW w:w="4395" w:type="dxa"/>
            <w:tcBorders>
              <w:bottom w:val="single" w:sz="2" w:space="0" w:color="000000"/>
              <w:right w:val="single" w:sz="2" w:space="0" w:color="000000"/>
            </w:tcBorders>
          </w:tcPr>
          <w:p w:rsidR="007B6E7F" w:rsidRDefault="007B6E7F" w:rsidP="007B6E7F">
            <w:pPr>
              <w:pStyle w:val="aff9"/>
              <w:ind w:left="131" w:right="131" w:firstLine="436"/>
              <w:rPr>
                <w:sz w:val="28"/>
                <w:szCs w:val="28"/>
              </w:rPr>
            </w:pPr>
            <w:r w:rsidRPr="007B6E7F">
              <w:rPr>
                <w:sz w:val="28"/>
                <w:szCs w:val="28"/>
              </w:rPr>
              <w:t>1 экз., в форме документа на бумажном носителе по форме</w:t>
            </w:r>
            <w:r>
              <w:rPr>
                <w:sz w:val="28"/>
                <w:szCs w:val="28"/>
              </w:rPr>
              <w:t xml:space="preserve"> </w:t>
            </w:r>
            <w:r w:rsidRPr="007B6E7F">
              <w:rPr>
                <w:sz w:val="28"/>
                <w:szCs w:val="28"/>
              </w:rPr>
              <w:t xml:space="preserve">согласно </w:t>
            </w:r>
            <w:r>
              <w:rPr>
                <w:sz w:val="28"/>
                <w:szCs w:val="28"/>
              </w:rPr>
              <w:t>п</w:t>
            </w:r>
            <w:r w:rsidRPr="007B6E7F">
              <w:rPr>
                <w:sz w:val="28"/>
                <w:szCs w:val="28"/>
              </w:rPr>
              <w:t xml:space="preserve">риложению </w:t>
            </w:r>
            <w:r>
              <w:rPr>
                <w:sz w:val="28"/>
                <w:szCs w:val="28"/>
              </w:rPr>
              <w:t xml:space="preserve">№ </w:t>
            </w:r>
            <w:r w:rsidRPr="007B6E7F">
              <w:rPr>
                <w:sz w:val="28"/>
                <w:szCs w:val="28"/>
              </w:rPr>
              <w:t xml:space="preserve">7 к настоящему административному регламенту; </w:t>
            </w:r>
          </w:p>
          <w:p w:rsidR="007B6E7F" w:rsidRPr="007B6E7F" w:rsidRDefault="007B6E7F" w:rsidP="007B6E7F">
            <w:pPr>
              <w:pStyle w:val="aff9"/>
              <w:ind w:left="131" w:right="131" w:firstLine="436"/>
              <w:rPr>
                <w:sz w:val="28"/>
                <w:szCs w:val="28"/>
              </w:rPr>
            </w:pPr>
            <w:r w:rsidRPr="007B6E7F">
              <w:rPr>
                <w:sz w:val="28"/>
                <w:szCs w:val="28"/>
              </w:rPr>
              <w:t>- в электронной форме (интерактивную форму ЕПГУ, РПГУ</w:t>
            </w:r>
            <w:r>
              <w:rPr>
                <w:sz w:val="28"/>
                <w:szCs w:val="28"/>
              </w:rPr>
              <w:t>).</w:t>
            </w:r>
          </w:p>
        </w:tc>
      </w:tr>
      <w:tr w:rsidR="007B6E7F" w:rsidRPr="00AA41FC" w:rsidTr="007B6E7F">
        <w:tc>
          <w:tcPr>
            <w:tcW w:w="1003" w:type="dxa"/>
            <w:tcBorders>
              <w:left w:val="single" w:sz="2" w:space="0" w:color="000000"/>
              <w:bottom w:val="single" w:sz="2" w:space="0" w:color="000000"/>
              <w:right w:val="single" w:sz="2" w:space="0" w:color="000000"/>
            </w:tcBorders>
          </w:tcPr>
          <w:p w:rsidR="007B6E7F" w:rsidRPr="007B6E7F" w:rsidRDefault="007B6E7F" w:rsidP="00641282">
            <w:pPr>
              <w:pStyle w:val="aff9"/>
              <w:ind w:firstLine="567"/>
              <w:rPr>
                <w:sz w:val="28"/>
                <w:szCs w:val="28"/>
              </w:rPr>
            </w:pPr>
            <w:r w:rsidRPr="007B6E7F">
              <w:rPr>
                <w:sz w:val="28"/>
                <w:szCs w:val="28"/>
              </w:rPr>
              <w:t>2.</w:t>
            </w:r>
          </w:p>
        </w:tc>
        <w:tc>
          <w:tcPr>
            <w:tcW w:w="3543" w:type="dxa"/>
            <w:tcBorders>
              <w:bottom w:val="single" w:sz="2" w:space="0" w:color="000000"/>
              <w:right w:val="single" w:sz="2" w:space="0" w:color="000000"/>
            </w:tcBorders>
          </w:tcPr>
          <w:p w:rsidR="007B6E7F" w:rsidRPr="007B6E7F" w:rsidRDefault="007B6E7F" w:rsidP="007B6E7F">
            <w:pPr>
              <w:pStyle w:val="aff9"/>
              <w:ind w:left="131" w:right="131" w:firstLine="436"/>
              <w:rPr>
                <w:sz w:val="28"/>
                <w:szCs w:val="28"/>
              </w:rPr>
            </w:pPr>
            <w:r w:rsidRPr="007B6E7F">
              <w:rPr>
                <w:sz w:val="28"/>
                <w:szCs w:val="28"/>
              </w:rPr>
              <w:t>Документ, удостоверяющий личность заявителя или личность представителя: - паспорт гражданина Российской Федерации; - иной документ, удостоверяющий личность гражданина Российской Федерации в соответствии с законодательством Российской Федерации; - паспорт иностранного гражданина; - иной документ, удостоверяющий личность иностранного гражданина (лица без гражданства).</w:t>
            </w:r>
          </w:p>
        </w:tc>
        <w:tc>
          <w:tcPr>
            <w:tcW w:w="4395" w:type="dxa"/>
            <w:tcBorders>
              <w:bottom w:val="single" w:sz="2" w:space="0" w:color="000000"/>
              <w:right w:val="single" w:sz="2" w:space="0" w:color="000000"/>
            </w:tcBorders>
          </w:tcPr>
          <w:p w:rsidR="007B6E7F" w:rsidRPr="007B6E7F" w:rsidRDefault="007B6E7F" w:rsidP="007B6E7F">
            <w:pPr>
              <w:pStyle w:val="aff9"/>
              <w:ind w:left="131" w:right="131" w:firstLine="436"/>
              <w:rPr>
                <w:sz w:val="28"/>
                <w:szCs w:val="28"/>
              </w:rPr>
            </w:pPr>
            <w:r w:rsidRPr="007B6E7F">
              <w:rPr>
                <w:sz w:val="28"/>
                <w:szCs w:val="28"/>
              </w:rPr>
              <w:t>1 экз., подлинник для ознакомления и снятия копии или копия, заверенная нотариально, с предоставлением оригинала документа или представителя заявителя В случае представления документов в электронной форме посредством ЕПГУ, РПГУ, представление указанного документа не требуется</w:t>
            </w:r>
            <w:r>
              <w:rPr>
                <w:sz w:val="28"/>
                <w:szCs w:val="28"/>
              </w:rPr>
              <w:t>.</w:t>
            </w:r>
          </w:p>
        </w:tc>
      </w:tr>
      <w:tr w:rsidR="007B6E7F" w:rsidRPr="00AA41FC" w:rsidTr="007B6E7F">
        <w:tc>
          <w:tcPr>
            <w:tcW w:w="1003" w:type="dxa"/>
            <w:tcBorders>
              <w:left w:val="single" w:sz="2" w:space="0" w:color="000000"/>
              <w:bottom w:val="single" w:sz="2" w:space="0" w:color="000000"/>
              <w:right w:val="single" w:sz="2" w:space="0" w:color="000000"/>
            </w:tcBorders>
          </w:tcPr>
          <w:p w:rsidR="007B6E7F" w:rsidRPr="007B6E7F" w:rsidRDefault="007B6E7F" w:rsidP="00641282">
            <w:pPr>
              <w:pStyle w:val="aff9"/>
              <w:ind w:firstLine="567"/>
              <w:rPr>
                <w:sz w:val="28"/>
                <w:szCs w:val="28"/>
              </w:rPr>
            </w:pPr>
            <w:r w:rsidRPr="007B6E7F">
              <w:rPr>
                <w:sz w:val="28"/>
                <w:szCs w:val="28"/>
              </w:rPr>
              <w:t>3</w:t>
            </w:r>
          </w:p>
        </w:tc>
        <w:tc>
          <w:tcPr>
            <w:tcW w:w="3543" w:type="dxa"/>
            <w:tcBorders>
              <w:bottom w:val="single" w:sz="2" w:space="0" w:color="000000"/>
              <w:right w:val="single" w:sz="2" w:space="0" w:color="000000"/>
            </w:tcBorders>
          </w:tcPr>
          <w:p w:rsidR="007B6E7F" w:rsidRPr="007B6E7F" w:rsidRDefault="007B6E7F" w:rsidP="007B6E7F">
            <w:pPr>
              <w:pStyle w:val="aff9"/>
              <w:ind w:left="131" w:right="131" w:firstLine="436"/>
              <w:rPr>
                <w:sz w:val="28"/>
                <w:szCs w:val="28"/>
              </w:rPr>
            </w:pPr>
            <w:r w:rsidRPr="007B6E7F">
              <w:rPr>
                <w:sz w:val="28"/>
                <w:szCs w:val="28"/>
              </w:rPr>
              <w:t xml:space="preserve">Документы, подтверждающие полномочия представителя: - доверенность, подтверждающая </w:t>
            </w:r>
            <w:r w:rsidRPr="007B6E7F">
              <w:rPr>
                <w:sz w:val="28"/>
                <w:szCs w:val="28"/>
              </w:rPr>
              <w:lastRenderedPageBreak/>
              <w:t>полномочия представителя заявителя; - иной документ, удостоверяющий полномочия представителя заявителя. - приказ о назначении (избрании) физического лица на должность</w:t>
            </w:r>
          </w:p>
        </w:tc>
        <w:tc>
          <w:tcPr>
            <w:tcW w:w="4395" w:type="dxa"/>
            <w:tcBorders>
              <w:bottom w:val="single" w:sz="2" w:space="0" w:color="000000"/>
              <w:right w:val="single" w:sz="2" w:space="0" w:color="000000"/>
            </w:tcBorders>
          </w:tcPr>
          <w:p w:rsidR="007B6E7F" w:rsidRPr="007B6E7F" w:rsidRDefault="007B6E7F" w:rsidP="007B6E7F">
            <w:pPr>
              <w:pStyle w:val="aff9"/>
              <w:ind w:left="132" w:right="132" w:firstLine="435"/>
              <w:rPr>
                <w:sz w:val="28"/>
                <w:szCs w:val="28"/>
              </w:rPr>
            </w:pPr>
            <w:r w:rsidRPr="007B6E7F">
              <w:rPr>
                <w:sz w:val="28"/>
                <w:szCs w:val="28"/>
              </w:rPr>
              <w:lastRenderedPageBreak/>
              <w:t xml:space="preserve">1 экз., подлинник В случае представления документов в электронной форме посредством ЕПГУ, РПГУ: - юридическим лицом, документы удостоверяется усиленной квалифицированной </w:t>
            </w:r>
            <w:r w:rsidRPr="007B6E7F">
              <w:rPr>
                <w:sz w:val="28"/>
                <w:szCs w:val="28"/>
              </w:rPr>
              <w:lastRenderedPageBreak/>
              <w:t>электронной подписью или усиленной неквалифицированной электронной подписью правомочного должностного лица такого юридического лица; - физическим лицом, документы удостоверяется усиленной квалифицированной электронной подписью нотариуса</w:t>
            </w:r>
          </w:p>
        </w:tc>
      </w:tr>
    </w:tbl>
    <w:p w:rsidR="007B6E7F" w:rsidRDefault="007B6E7F" w:rsidP="002E7D98">
      <w:pPr>
        <w:spacing w:after="0" w:line="240" w:lineRule="auto"/>
        <w:rPr>
          <w:sz w:val="28"/>
          <w:szCs w:val="28"/>
          <w:lang w:val="ru-RU"/>
        </w:rPr>
      </w:pPr>
    </w:p>
    <w:p w:rsidR="0077411A" w:rsidRPr="002E7D98" w:rsidRDefault="008B2948" w:rsidP="00AF7D1D">
      <w:pPr>
        <w:spacing w:after="0" w:line="240" w:lineRule="auto"/>
        <w:jc w:val="center"/>
        <w:rPr>
          <w:sz w:val="28"/>
          <w:szCs w:val="28"/>
          <w:lang w:val="ru-RU"/>
        </w:rPr>
      </w:pPr>
      <w:r w:rsidRPr="002E7D98">
        <w:rPr>
          <w:sz w:val="28"/>
          <w:szCs w:val="28"/>
          <w:lang w:val="ru-RU"/>
        </w:rPr>
        <w:t>Перечень способов подачи запроса о предоставлении муниципальной услуги и документов, необходимых для предоставления муниципальной услуги</w:t>
      </w:r>
    </w:p>
    <w:p w:rsidR="00AF7D1D" w:rsidRDefault="00AF7D1D" w:rsidP="00AF7D1D">
      <w:pPr>
        <w:spacing w:after="0" w:line="240" w:lineRule="auto"/>
        <w:jc w:val="center"/>
        <w:rPr>
          <w:sz w:val="28"/>
          <w:szCs w:val="28"/>
          <w:lang w:val="ru-RU"/>
        </w:rPr>
      </w:pPr>
    </w:p>
    <w:p w:rsidR="00AF7D1D" w:rsidRPr="002E7D98" w:rsidRDefault="00AF7D1D" w:rsidP="00AF7D1D">
      <w:pPr>
        <w:spacing w:after="0" w:line="240" w:lineRule="auto"/>
        <w:jc w:val="right"/>
        <w:rPr>
          <w:sz w:val="28"/>
          <w:szCs w:val="28"/>
          <w:lang w:val="ru-RU"/>
        </w:rPr>
      </w:pPr>
      <w:r w:rsidRPr="002E7D98">
        <w:rPr>
          <w:sz w:val="28"/>
          <w:szCs w:val="28"/>
          <w:lang w:val="ru-RU"/>
        </w:rPr>
        <w:t>Таблица № 5</w:t>
      </w:r>
    </w:p>
    <w:p w:rsidR="00AF7D1D" w:rsidRDefault="00AF7D1D" w:rsidP="002E7D98">
      <w:pPr>
        <w:spacing w:after="0" w:line="240" w:lineRule="auto"/>
        <w:rPr>
          <w:sz w:val="28"/>
          <w:szCs w:val="28"/>
          <w:lang w:val="ru-RU"/>
        </w:rPr>
      </w:pPr>
    </w:p>
    <w:tbl>
      <w:tblPr>
        <w:tblW w:w="10023" w:type="dxa"/>
        <w:shd w:val="clear" w:color="auto" w:fill="FFFFFF"/>
        <w:tblCellMar>
          <w:top w:w="15" w:type="dxa"/>
          <w:left w:w="15" w:type="dxa"/>
          <w:bottom w:w="15" w:type="dxa"/>
          <w:right w:w="15" w:type="dxa"/>
        </w:tblCellMar>
        <w:tblLook w:val="04A0" w:firstRow="1" w:lastRow="0" w:firstColumn="1" w:lastColumn="0" w:noHBand="0" w:noVBand="1"/>
      </w:tblPr>
      <w:tblGrid>
        <w:gridCol w:w="2293"/>
        <w:gridCol w:w="3708"/>
        <w:gridCol w:w="3759"/>
        <w:gridCol w:w="263"/>
      </w:tblGrid>
      <w:tr w:rsidR="008133E6" w:rsidRPr="008133E6" w:rsidTr="008133E6">
        <w:trPr>
          <w:gridAfter w:val="1"/>
          <w:wAfter w:w="369" w:type="dxa"/>
        </w:trPr>
        <w:tc>
          <w:tcPr>
            <w:tcW w:w="5485"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8133E6">
            <w:pPr>
              <w:spacing w:after="0" w:line="240" w:lineRule="auto"/>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Способ подачи запроса о предоставлении муниципальной услуги и документов, необходимых для предоставления муниципальной услуги заявителем или через представителя заявителя</w:t>
            </w:r>
          </w:p>
        </w:tc>
        <w:tc>
          <w:tcPr>
            <w:tcW w:w="4169" w:type="dxa"/>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8133E6">
            <w:pPr>
              <w:spacing w:after="0" w:line="240" w:lineRule="auto"/>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 </w:t>
            </w:r>
          </w:p>
          <w:p w:rsidR="008133E6" w:rsidRPr="008133E6" w:rsidRDefault="008133E6" w:rsidP="008133E6">
            <w:pPr>
              <w:spacing w:after="0" w:line="240" w:lineRule="auto"/>
              <w:jc w:val="center"/>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Примечание</w:t>
            </w:r>
          </w:p>
        </w:tc>
      </w:tr>
      <w:tr w:rsidR="008133E6" w:rsidRPr="00AA41FC" w:rsidTr="008133E6">
        <w:trPr>
          <w:gridAfter w:val="1"/>
          <w:wAfter w:w="369" w:type="dxa"/>
          <w:trHeight w:val="240"/>
        </w:trPr>
        <w:tc>
          <w:tcPr>
            <w:tcW w:w="235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8133E6">
            <w:pPr>
              <w:spacing w:after="0" w:line="240" w:lineRule="auto"/>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1) При личном обращении</w:t>
            </w:r>
          </w:p>
        </w:tc>
        <w:tc>
          <w:tcPr>
            <w:tcW w:w="3127" w:type="dxa"/>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8133E6">
            <w:pPr>
              <w:spacing w:after="0" w:line="240" w:lineRule="auto"/>
              <w:ind w:right="210" w:firstLine="194"/>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в уполномоченный орган</w:t>
            </w:r>
          </w:p>
        </w:tc>
        <w:tc>
          <w:tcPr>
            <w:tcW w:w="4169"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8133E6">
            <w:pPr>
              <w:spacing w:after="0" w:line="240" w:lineRule="auto"/>
              <w:ind w:left="44" w:right="195"/>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Заявление на получение муниципальной услуги с комплектом документов</w:t>
            </w:r>
          </w:p>
          <w:p w:rsidR="008133E6" w:rsidRPr="008133E6" w:rsidRDefault="008133E6" w:rsidP="008133E6">
            <w:pPr>
              <w:spacing w:after="0" w:line="240" w:lineRule="auto"/>
              <w:ind w:left="44" w:right="195"/>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принимается на бумажном носителе, в том числе по экстерриториальному принципу</w:t>
            </w:r>
          </w:p>
        </w:tc>
      </w:tr>
      <w:tr w:rsidR="008133E6" w:rsidRPr="00AA41FC" w:rsidTr="008133E6">
        <w:trPr>
          <w:gridAfter w:val="1"/>
          <w:wAfter w:w="369" w:type="dxa"/>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133E6" w:rsidRPr="008133E6" w:rsidRDefault="008133E6" w:rsidP="008133E6">
            <w:pPr>
              <w:spacing w:after="0" w:line="240" w:lineRule="auto"/>
              <w:jc w:val="both"/>
              <w:rPr>
                <w:rFonts w:eastAsia="Times New Roman" w:cs="Times New Roman"/>
                <w:color w:val="22272F"/>
                <w:sz w:val="28"/>
                <w:szCs w:val="28"/>
                <w:lang w:val="ru-RU" w:eastAsia="ru-RU"/>
              </w:rPr>
            </w:pPr>
          </w:p>
        </w:tc>
        <w:tc>
          <w:tcPr>
            <w:tcW w:w="3127" w:type="dxa"/>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8133E6">
            <w:pPr>
              <w:spacing w:after="0" w:line="240" w:lineRule="auto"/>
              <w:ind w:right="210" w:firstLine="194"/>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во время личного приема граждан в уполномоченный орган</w:t>
            </w:r>
          </w:p>
        </w:tc>
        <w:tc>
          <w:tcPr>
            <w:tcW w:w="4169"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133E6" w:rsidRPr="008133E6" w:rsidRDefault="008133E6" w:rsidP="008133E6">
            <w:pPr>
              <w:spacing w:after="0" w:line="240" w:lineRule="auto"/>
              <w:jc w:val="both"/>
              <w:rPr>
                <w:rFonts w:eastAsia="Times New Roman" w:cs="Times New Roman"/>
                <w:color w:val="22272F"/>
                <w:sz w:val="28"/>
                <w:szCs w:val="28"/>
                <w:lang w:val="ru-RU" w:eastAsia="ru-RU"/>
              </w:rPr>
            </w:pPr>
          </w:p>
        </w:tc>
      </w:tr>
      <w:tr w:rsidR="008133E6" w:rsidRPr="00AA41FC" w:rsidTr="008133E6">
        <w:trPr>
          <w:gridAfter w:val="1"/>
          <w:wAfter w:w="369" w:type="dxa"/>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133E6" w:rsidRPr="008133E6" w:rsidRDefault="008133E6" w:rsidP="008133E6">
            <w:pPr>
              <w:spacing w:after="0" w:line="240" w:lineRule="auto"/>
              <w:jc w:val="both"/>
              <w:rPr>
                <w:rFonts w:eastAsia="Times New Roman" w:cs="Times New Roman"/>
                <w:color w:val="22272F"/>
                <w:sz w:val="28"/>
                <w:szCs w:val="28"/>
                <w:lang w:val="ru-RU" w:eastAsia="ru-RU"/>
              </w:rPr>
            </w:pPr>
          </w:p>
        </w:tc>
        <w:tc>
          <w:tcPr>
            <w:tcW w:w="3127" w:type="dxa"/>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8133E6">
            <w:pPr>
              <w:spacing w:after="0" w:line="240" w:lineRule="auto"/>
              <w:ind w:right="210" w:firstLine="194"/>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в филиалы, отделы, удаленные рабочие места МФЦ</w:t>
            </w:r>
          </w:p>
        </w:tc>
        <w:tc>
          <w:tcPr>
            <w:tcW w:w="4169"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133E6" w:rsidRPr="008133E6" w:rsidRDefault="008133E6" w:rsidP="008133E6">
            <w:pPr>
              <w:spacing w:after="0" w:line="240" w:lineRule="auto"/>
              <w:jc w:val="both"/>
              <w:rPr>
                <w:rFonts w:eastAsia="Times New Roman" w:cs="Times New Roman"/>
                <w:color w:val="22272F"/>
                <w:sz w:val="28"/>
                <w:szCs w:val="28"/>
                <w:lang w:val="ru-RU" w:eastAsia="ru-RU"/>
              </w:rPr>
            </w:pPr>
          </w:p>
        </w:tc>
      </w:tr>
      <w:tr w:rsidR="004B4E96" w:rsidRPr="00AA41FC" w:rsidTr="008133E6">
        <w:trPr>
          <w:trHeight w:val="240"/>
        </w:trPr>
        <w:tc>
          <w:tcPr>
            <w:tcW w:w="235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9D1D66">
            <w:pPr>
              <w:spacing w:after="0" w:line="240" w:lineRule="auto"/>
              <w:ind w:left="142" w:right="201"/>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2)</w:t>
            </w:r>
            <w:r w:rsidR="009D1D66">
              <w:rPr>
                <w:rFonts w:eastAsia="Times New Roman" w:cs="Times New Roman"/>
                <w:color w:val="22272F"/>
                <w:sz w:val="28"/>
                <w:szCs w:val="28"/>
                <w:lang w:val="ru-RU" w:eastAsia="ru-RU"/>
              </w:rPr>
              <w:t xml:space="preserve"> </w:t>
            </w:r>
            <w:r w:rsidRPr="008133E6">
              <w:rPr>
                <w:rFonts w:eastAsia="Times New Roman" w:cs="Times New Roman"/>
                <w:color w:val="22272F"/>
                <w:sz w:val="28"/>
                <w:szCs w:val="28"/>
                <w:lang w:val="ru-RU" w:eastAsia="ru-RU"/>
              </w:rPr>
              <w:t>Без личной явки заявителя</w:t>
            </w:r>
          </w:p>
        </w:tc>
        <w:tc>
          <w:tcPr>
            <w:tcW w:w="3127" w:type="dxa"/>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2C22D7">
            <w:pPr>
              <w:spacing w:after="0" w:line="240" w:lineRule="auto"/>
              <w:ind w:left="52" w:right="210"/>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 xml:space="preserve">в электронной форме запроса, размещенного на ЕПГУ, РПГУ, через </w:t>
            </w:r>
            <w:r w:rsidR="009D1D66">
              <w:rPr>
                <w:rFonts w:eastAsia="Times New Roman" w:cs="Times New Roman"/>
                <w:color w:val="22272F"/>
                <w:sz w:val="28"/>
                <w:szCs w:val="28"/>
                <w:lang w:val="ru-RU" w:eastAsia="ru-RU"/>
              </w:rPr>
              <w:t>«</w:t>
            </w:r>
            <w:r w:rsidRPr="008133E6">
              <w:rPr>
                <w:rFonts w:eastAsia="Times New Roman" w:cs="Times New Roman"/>
                <w:color w:val="22272F"/>
                <w:sz w:val="28"/>
                <w:szCs w:val="28"/>
                <w:lang w:val="ru-RU" w:eastAsia="ru-RU"/>
              </w:rPr>
              <w:t>Личный кабинет</w:t>
            </w:r>
            <w:r w:rsidR="009D1D66">
              <w:rPr>
                <w:rFonts w:eastAsia="Times New Roman" w:cs="Times New Roman"/>
                <w:color w:val="22272F"/>
                <w:sz w:val="28"/>
                <w:szCs w:val="28"/>
                <w:lang w:val="ru-RU" w:eastAsia="ru-RU"/>
              </w:rPr>
              <w:t>»</w:t>
            </w:r>
            <w:r w:rsidRPr="008133E6">
              <w:rPr>
                <w:rFonts w:eastAsia="Times New Roman" w:cs="Times New Roman"/>
                <w:color w:val="22272F"/>
                <w:sz w:val="28"/>
                <w:szCs w:val="28"/>
                <w:lang w:val="ru-RU" w:eastAsia="ru-RU"/>
              </w:rPr>
              <w:t xml:space="preserve"> заявителя с применением электронной подписи</w:t>
            </w:r>
          </w:p>
        </w:tc>
        <w:tc>
          <w:tcPr>
            <w:tcW w:w="4169"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2C22D7">
            <w:pPr>
              <w:spacing w:after="0" w:line="240" w:lineRule="auto"/>
              <w:ind w:left="44" w:right="126"/>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Заявитель - юридическое лицо (руководитель организации или представитель юридического лица, имеющий право действовать от имени организации без доверенности) заявление и документы подписывает усиленной</w:t>
            </w:r>
          </w:p>
          <w:p w:rsidR="008133E6" w:rsidRPr="008133E6" w:rsidRDefault="008133E6" w:rsidP="002C22D7">
            <w:pPr>
              <w:spacing w:after="0" w:line="240" w:lineRule="auto"/>
              <w:ind w:left="44" w:right="126"/>
              <w:jc w:val="both"/>
              <w:rPr>
                <w:rFonts w:eastAsia="Times New Roman" w:cs="Times New Roman"/>
                <w:sz w:val="28"/>
                <w:szCs w:val="28"/>
                <w:lang w:val="ru-RU" w:eastAsia="ru-RU"/>
              </w:rPr>
            </w:pPr>
            <w:r w:rsidRPr="008133E6">
              <w:rPr>
                <w:rFonts w:eastAsia="Times New Roman" w:cs="Times New Roman"/>
                <w:color w:val="22272F"/>
                <w:sz w:val="28"/>
                <w:szCs w:val="28"/>
                <w:lang w:val="ru-RU" w:eastAsia="ru-RU"/>
              </w:rPr>
              <w:t xml:space="preserve"> квалифицированной электронной подписью, полученной в одном из </w:t>
            </w:r>
            <w:r w:rsidRPr="008133E6">
              <w:rPr>
                <w:rFonts w:eastAsia="Times New Roman" w:cs="Times New Roman"/>
                <w:color w:val="22272F"/>
                <w:sz w:val="28"/>
                <w:szCs w:val="28"/>
                <w:lang w:val="ru-RU" w:eastAsia="ru-RU"/>
              </w:rPr>
              <w:lastRenderedPageBreak/>
              <w:t xml:space="preserve">сертифицированных удостоверяющих центров, в соответствии с </w:t>
            </w:r>
            <w:r w:rsidRPr="008133E6">
              <w:rPr>
                <w:rFonts w:eastAsia="Times New Roman" w:cs="Times New Roman"/>
                <w:sz w:val="28"/>
                <w:szCs w:val="28"/>
                <w:lang w:val="ru-RU" w:eastAsia="ru-RU"/>
              </w:rPr>
              <w:t>требованиями</w:t>
            </w:r>
            <w:r w:rsidR="002C22D7">
              <w:rPr>
                <w:rFonts w:eastAsia="Times New Roman" w:cs="Times New Roman"/>
                <w:sz w:val="28"/>
                <w:szCs w:val="28"/>
                <w:lang w:val="ru-RU" w:eastAsia="ru-RU"/>
              </w:rPr>
              <w:t xml:space="preserve"> </w:t>
            </w:r>
            <w:hyperlink r:id="rId9" w:tgtFrame="_blank" w:history="1">
              <w:r w:rsidRPr="002C22D7">
                <w:rPr>
                  <w:rFonts w:eastAsia="Times New Roman" w:cs="Times New Roman"/>
                  <w:sz w:val="28"/>
                  <w:szCs w:val="28"/>
                  <w:lang w:val="ru-RU" w:eastAsia="ru-RU"/>
                </w:rPr>
                <w:t>Федерального закона</w:t>
              </w:r>
            </w:hyperlink>
            <w:r w:rsidR="002C22D7">
              <w:rPr>
                <w:rFonts w:eastAsia="Times New Roman" w:cs="Times New Roman"/>
                <w:sz w:val="28"/>
                <w:szCs w:val="28"/>
                <w:lang w:val="ru-RU" w:eastAsia="ru-RU"/>
              </w:rPr>
              <w:t xml:space="preserve"> </w:t>
            </w:r>
            <w:r w:rsidRPr="008133E6">
              <w:rPr>
                <w:rFonts w:eastAsia="Times New Roman" w:cs="Times New Roman"/>
                <w:sz w:val="28"/>
                <w:szCs w:val="28"/>
                <w:lang w:val="ru-RU" w:eastAsia="ru-RU"/>
              </w:rPr>
              <w:t>от 06.04.2011 №</w:t>
            </w:r>
            <w:r w:rsidR="002C22D7">
              <w:rPr>
                <w:rFonts w:eastAsia="Times New Roman" w:cs="Times New Roman"/>
                <w:sz w:val="28"/>
                <w:szCs w:val="28"/>
                <w:lang w:val="ru-RU" w:eastAsia="ru-RU"/>
              </w:rPr>
              <w:t xml:space="preserve"> </w:t>
            </w:r>
            <w:r w:rsidRPr="008133E6">
              <w:rPr>
                <w:rFonts w:eastAsia="Times New Roman" w:cs="Times New Roman"/>
                <w:sz w:val="28"/>
                <w:szCs w:val="28"/>
                <w:lang w:val="ru-RU" w:eastAsia="ru-RU"/>
              </w:rPr>
              <w:t xml:space="preserve">63-ФЗ </w:t>
            </w:r>
            <w:r w:rsidR="002C22D7">
              <w:rPr>
                <w:rFonts w:eastAsia="Times New Roman" w:cs="Times New Roman"/>
                <w:sz w:val="28"/>
                <w:szCs w:val="28"/>
                <w:lang w:val="ru-RU" w:eastAsia="ru-RU"/>
              </w:rPr>
              <w:t>«</w:t>
            </w:r>
            <w:r w:rsidRPr="008133E6">
              <w:rPr>
                <w:rFonts w:eastAsia="Times New Roman" w:cs="Times New Roman"/>
                <w:sz w:val="28"/>
                <w:szCs w:val="28"/>
                <w:lang w:val="ru-RU" w:eastAsia="ru-RU"/>
              </w:rPr>
              <w:t>Об электронной подписи</w:t>
            </w:r>
            <w:r w:rsidR="002C22D7">
              <w:rPr>
                <w:rFonts w:eastAsia="Times New Roman" w:cs="Times New Roman"/>
                <w:sz w:val="28"/>
                <w:szCs w:val="28"/>
                <w:lang w:val="ru-RU" w:eastAsia="ru-RU"/>
              </w:rPr>
              <w:t>»</w:t>
            </w:r>
          </w:p>
          <w:p w:rsidR="008133E6" w:rsidRPr="008133E6" w:rsidRDefault="008133E6" w:rsidP="002C22D7">
            <w:pPr>
              <w:spacing w:after="0" w:line="240" w:lineRule="auto"/>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 xml:space="preserve">Заявитель - физическое лицо,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от 25 июня 2012 года № 634 </w:t>
            </w:r>
            <w:r w:rsidR="002C22D7">
              <w:rPr>
                <w:rFonts w:eastAsia="Times New Roman" w:cs="Times New Roman"/>
                <w:color w:val="22272F"/>
                <w:sz w:val="28"/>
                <w:szCs w:val="28"/>
                <w:lang w:val="ru-RU" w:eastAsia="ru-RU"/>
              </w:rPr>
              <w:t>«</w:t>
            </w:r>
            <w:r w:rsidRPr="008133E6">
              <w:rPr>
                <w:rFonts w:eastAsia="Times New Roman" w:cs="Times New Roman"/>
                <w:color w:val="22272F"/>
                <w:sz w:val="28"/>
                <w:szCs w:val="28"/>
                <w:lang w:val="ru-RU" w:eastAsia="ru-RU"/>
              </w:rPr>
              <w:t>О видах электронной подписи, использование которых допускается при обращении за получением государственных и муниципальных услуг</w:t>
            </w:r>
            <w:r w:rsidR="002C22D7">
              <w:rPr>
                <w:rFonts w:eastAsia="Times New Roman" w:cs="Times New Roman"/>
                <w:color w:val="22272F"/>
                <w:sz w:val="28"/>
                <w:szCs w:val="28"/>
                <w:lang w:val="ru-RU" w:eastAsia="ru-RU"/>
              </w:rPr>
              <w:t>»</w:t>
            </w:r>
          </w:p>
        </w:tc>
        <w:tc>
          <w:tcPr>
            <w:tcW w:w="369" w:type="dxa"/>
            <w:shd w:val="clear" w:color="auto" w:fill="FFFFFF"/>
            <w:vAlign w:val="center"/>
            <w:hideMark/>
          </w:tcPr>
          <w:p w:rsidR="008133E6" w:rsidRPr="008133E6" w:rsidRDefault="008133E6" w:rsidP="008133E6">
            <w:pPr>
              <w:spacing w:after="0" w:line="240" w:lineRule="auto"/>
              <w:jc w:val="both"/>
              <w:rPr>
                <w:rFonts w:eastAsia="Times New Roman" w:cs="Times New Roman"/>
                <w:sz w:val="28"/>
                <w:szCs w:val="28"/>
                <w:lang w:val="ru-RU" w:eastAsia="ru-RU"/>
              </w:rPr>
            </w:pPr>
          </w:p>
        </w:tc>
      </w:tr>
      <w:tr w:rsidR="004B4E96" w:rsidRPr="00AA41FC" w:rsidTr="008133E6">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133E6" w:rsidRPr="008133E6" w:rsidRDefault="008133E6" w:rsidP="008133E6">
            <w:pPr>
              <w:spacing w:after="0" w:line="240" w:lineRule="auto"/>
              <w:jc w:val="both"/>
              <w:rPr>
                <w:rFonts w:eastAsia="Times New Roman" w:cs="Times New Roman"/>
                <w:color w:val="22272F"/>
                <w:sz w:val="23"/>
                <w:szCs w:val="23"/>
                <w:lang w:val="ru-RU" w:eastAsia="ru-RU"/>
              </w:rPr>
            </w:pPr>
          </w:p>
        </w:tc>
        <w:tc>
          <w:tcPr>
            <w:tcW w:w="3127" w:type="dxa"/>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2C22D7">
            <w:pPr>
              <w:spacing w:after="0" w:line="240" w:lineRule="auto"/>
              <w:ind w:left="52" w:right="68"/>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в электронной форме запроса через МФЦ, в котором обеспечен доступ к ЕПГУ, РПГУ</w:t>
            </w:r>
          </w:p>
        </w:tc>
        <w:tc>
          <w:tcPr>
            <w:tcW w:w="4169"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133E6" w:rsidRPr="008133E6" w:rsidRDefault="008133E6" w:rsidP="008133E6">
            <w:pPr>
              <w:spacing w:after="0" w:line="240" w:lineRule="auto"/>
              <w:jc w:val="both"/>
              <w:rPr>
                <w:rFonts w:eastAsia="Times New Roman" w:cs="Times New Roman"/>
                <w:color w:val="22272F"/>
                <w:sz w:val="23"/>
                <w:szCs w:val="23"/>
                <w:lang w:val="ru-RU" w:eastAsia="ru-RU"/>
              </w:rPr>
            </w:pPr>
          </w:p>
        </w:tc>
        <w:tc>
          <w:tcPr>
            <w:tcW w:w="369" w:type="dxa"/>
            <w:shd w:val="clear" w:color="auto" w:fill="FFFFFF"/>
            <w:vAlign w:val="center"/>
            <w:hideMark/>
          </w:tcPr>
          <w:p w:rsidR="008133E6" w:rsidRPr="008133E6" w:rsidRDefault="008133E6" w:rsidP="008133E6">
            <w:pPr>
              <w:spacing w:after="0" w:line="240" w:lineRule="auto"/>
              <w:jc w:val="both"/>
              <w:rPr>
                <w:rFonts w:eastAsia="Times New Roman" w:cs="Times New Roman"/>
                <w:sz w:val="20"/>
                <w:szCs w:val="20"/>
                <w:lang w:val="ru-RU" w:eastAsia="ru-RU"/>
              </w:rPr>
            </w:pPr>
          </w:p>
        </w:tc>
      </w:tr>
      <w:tr w:rsidR="004B4E96" w:rsidRPr="00AA41FC" w:rsidTr="008133E6">
        <w:trPr>
          <w:trHeight w:val="240"/>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133E6" w:rsidRPr="008133E6" w:rsidRDefault="008133E6" w:rsidP="008133E6">
            <w:pPr>
              <w:spacing w:after="0" w:line="240" w:lineRule="auto"/>
              <w:jc w:val="both"/>
              <w:rPr>
                <w:rFonts w:eastAsia="Times New Roman" w:cs="Times New Roman"/>
                <w:color w:val="22272F"/>
                <w:sz w:val="23"/>
                <w:szCs w:val="23"/>
                <w:lang w:val="ru-RU" w:eastAsia="ru-RU"/>
              </w:rPr>
            </w:pPr>
          </w:p>
        </w:tc>
        <w:tc>
          <w:tcPr>
            <w:tcW w:w="3127" w:type="dxa"/>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2C22D7">
            <w:pPr>
              <w:spacing w:after="0" w:line="240" w:lineRule="auto"/>
              <w:ind w:left="194" w:right="210"/>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в электронной форме документа по e-mail электронной почты</w:t>
            </w:r>
          </w:p>
        </w:tc>
        <w:tc>
          <w:tcPr>
            <w:tcW w:w="4169"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4B4E96">
            <w:pPr>
              <w:spacing w:after="0" w:line="240" w:lineRule="auto"/>
              <w:ind w:left="220" w:right="122" w:hanging="8"/>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 xml:space="preserve">Заявитель - юридическое лицо (руководитель организации или представитель юридического лица, имеющий право действовать от имени организации без доверенности) заявление и документы подписывает усиленной квалифицированной электронной подписью, полученной в одном из сертифицированных </w:t>
            </w:r>
            <w:r w:rsidRPr="008133E6">
              <w:rPr>
                <w:rFonts w:eastAsia="Times New Roman" w:cs="Times New Roman"/>
                <w:color w:val="22272F"/>
                <w:sz w:val="28"/>
                <w:szCs w:val="28"/>
                <w:lang w:val="ru-RU" w:eastAsia="ru-RU"/>
              </w:rPr>
              <w:lastRenderedPageBreak/>
              <w:t>удостоверяющих центров.</w:t>
            </w:r>
          </w:p>
          <w:p w:rsidR="008133E6" w:rsidRPr="008133E6" w:rsidRDefault="008133E6" w:rsidP="004B4E96">
            <w:pPr>
              <w:spacing w:after="0" w:line="240" w:lineRule="auto"/>
              <w:ind w:left="220" w:right="122" w:hanging="8"/>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Заявитель - физическое лицо, вправе использовать простую электронную подпись.</w:t>
            </w:r>
          </w:p>
          <w:p w:rsidR="008133E6" w:rsidRPr="008133E6" w:rsidRDefault="008133E6" w:rsidP="004B4E96">
            <w:pPr>
              <w:spacing w:after="0" w:line="240" w:lineRule="auto"/>
              <w:ind w:left="220" w:right="122" w:hanging="8"/>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tc>
        <w:tc>
          <w:tcPr>
            <w:tcW w:w="369" w:type="dxa"/>
            <w:shd w:val="clear" w:color="auto" w:fill="FFFFFF"/>
            <w:vAlign w:val="center"/>
            <w:hideMark/>
          </w:tcPr>
          <w:p w:rsidR="008133E6" w:rsidRPr="008133E6" w:rsidRDefault="008133E6" w:rsidP="008133E6">
            <w:pPr>
              <w:spacing w:after="0" w:line="240" w:lineRule="auto"/>
              <w:jc w:val="both"/>
              <w:rPr>
                <w:rFonts w:eastAsia="Times New Roman" w:cs="Times New Roman"/>
                <w:sz w:val="20"/>
                <w:szCs w:val="20"/>
                <w:lang w:val="ru-RU" w:eastAsia="ru-RU"/>
              </w:rPr>
            </w:pPr>
          </w:p>
        </w:tc>
      </w:tr>
      <w:tr w:rsidR="004B4E96" w:rsidRPr="008133E6" w:rsidTr="008133E6">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133E6" w:rsidRPr="008133E6" w:rsidRDefault="008133E6" w:rsidP="008133E6">
            <w:pPr>
              <w:spacing w:after="0" w:line="240" w:lineRule="auto"/>
              <w:jc w:val="both"/>
              <w:rPr>
                <w:rFonts w:eastAsia="Times New Roman" w:cs="Times New Roman"/>
                <w:color w:val="22272F"/>
                <w:sz w:val="23"/>
                <w:szCs w:val="23"/>
                <w:lang w:val="ru-RU" w:eastAsia="ru-RU"/>
              </w:rPr>
            </w:pPr>
          </w:p>
        </w:tc>
        <w:tc>
          <w:tcPr>
            <w:tcW w:w="3127" w:type="dxa"/>
            <w:tcBorders>
              <w:top w:val="single" w:sz="6" w:space="0" w:color="000000"/>
              <w:left w:val="single" w:sz="6" w:space="0" w:color="000000"/>
              <w:bottom w:val="single" w:sz="6" w:space="0" w:color="000000"/>
              <w:right w:val="single" w:sz="6" w:space="0" w:color="000000"/>
            </w:tcBorders>
            <w:shd w:val="clear" w:color="auto" w:fill="FFFFFF"/>
            <w:hideMark/>
          </w:tcPr>
          <w:p w:rsidR="004B4E96" w:rsidRDefault="008133E6" w:rsidP="004B4E96">
            <w:pPr>
              <w:spacing w:after="0" w:line="240" w:lineRule="auto"/>
              <w:ind w:left="172" w:right="91"/>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в форме электронного документа на официальном Интернет-</w:t>
            </w:r>
            <w:r w:rsidR="002C22D7" w:rsidRPr="004B4E96">
              <w:rPr>
                <w:rFonts w:eastAsia="Times New Roman" w:cs="Times New Roman"/>
                <w:color w:val="22272F"/>
                <w:sz w:val="28"/>
                <w:szCs w:val="28"/>
                <w:lang w:val="ru-RU" w:eastAsia="ru-RU"/>
              </w:rPr>
              <w:t>сайте Новоджерелиевского</w:t>
            </w:r>
            <w:r w:rsidRPr="008133E6">
              <w:rPr>
                <w:rFonts w:eastAsia="Times New Roman" w:cs="Times New Roman"/>
                <w:color w:val="22272F"/>
                <w:sz w:val="28"/>
                <w:szCs w:val="28"/>
                <w:lang w:val="ru-RU" w:eastAsia="ru-RU"/>
              </w:rPr>
              <w:t xml:space="preserve"> сельского поселения </w:t>
            </w:r>
            <w:r w:rsidR="002C22D7" w:rsidRPr="004B4E96">
              <w:rPr>
                <w:rFonts w:eastAsia="Times New Roman" w:cs="Times New Roman"/>
                <w:color w:val="22272F"/>
                <w:sz w:val="28"/>
                <w:szCs w:val="28"/>
                <w:lang w:val="ru-RU" w:eastAsia="ru-RU"/>
              </w:rPr>
              <w:t>Брюховецкого муниципального</w:t>
            </w:r>
            <w:r w:rsidRPr="008133E6">
              <w:rPr>
                <w:rFonts w:eastAsia="Times New Roman" w:cs="Times New Roman"/>
                <w:color w:val="22272F"/>
                <w:sz w:val="28"/>
                <w:szCs w:val="28"/>
                <w:lang w:val="ru-RU" w:eastAsia="ru-RU"/>
              </w:rPr>
              <w:t xml:space="preserve"> района </w:t>
            </w:r>
            <w:r w:rsidR="004B4E96">
              <w:rPr>
                <w:rFonts w:eastAsia="Times New Roman" w:cs="Times New Roman"/>
                <w:color w:val="22272F"/>
                <w:sz w:val="28"/>
                <w:szCs w:val="28"/>
                <w:lang w:val="ru-RU" w:eastAsia="ru-RU"/>
              </w:rPr>
              <w:t>Краснодарского края</w:t>
            </w:r>
          </w:p>
          <w:p w:rsidR="008133E6" w:rsidRPr="008133E6" w:rsidRDefault="008133E6" w:rsidP="004B4E96">
            <w:pPr>
              <w:spacing w:after="0" w:line="240" w:lineRule="auto"/>
              <w:ind w:left="172" w:right="91"/>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www.</w:t>
            </w:r>
            <w:r w:rsidR="004B4E96" w:rsidRPr="004B4E96">
              <w:rPr>
                <w:rFonts w:eastAsia="Times New Roman" w:cs="Times New Roman"/>
                <w:color w:val="22272F"/>
                <w:sz w:val="28"/>
                <w:szCs w:val="28"/>
                <w:lang w:val="ru-RU" w:eastAsia="ru-RU"/>
              </w:rPr>
              <w:t>новоджерелиевская</w:t>
            </w:r>
            <w:r w:rsidRPr="008133E6">
              <w:rPr>
                <w:rFonts w:eastAsia="Times New Roman" w:cs="Times New Roman"/>
                <w:color w:val="22272F"/>
                <w:sz w:val="28"/>
                <w:szCs w:val="28"/>
                <w:lang w:val="ru-RU" w:eastAsia="ru-RU"/>
              </w:rPr>
              <w:t>.</w:t>
            </w:r>
            <w:r w:rsidR="004B4E96" w:rsidRPr="004B4E96">
              <w:rPr>
                <w:rFonts w:eastAsia="Times New Roman" w:cs="Times New Roman"/>
                <w:color w:val="22272F"/>
                <w:sz w:val="28"/>
                <w:szCs w:val="28"/>
                <w:lang w:val="ru-RU" w:eastAsia="ru-RU"/>
              </w:rPr>
              <w:t>рф</w:t>
            </w:r>
          </w:p>
        </w:tc>
        <w:tc>
          <w:tcPr>
            <w:tcW w:w="4169"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133E6" w:rsidRPr="008133E6" w:rsidRDefault="008133E6" w:rsidP="008133E6">
            <w:pPr>
              <w:spacing w:after="0" w:line="240" w:lineRule="auto"/>
              <w:jc w:val="both"/>
              <w:rPr>
                <w:rFonts w:eastAsia="Times New Roman" w:cs="Times New Roman"/>
                <w:color w:val="22272F"/>
                <w:sz w:val="23"/>
                <w:szCs w:val="23"/>
                <w:lang w:val="ru-RU" w:eastAsia="ru-RU"/>
              </w:rPr>
            </w:pPr>
          </w:p>
        </w:tc>
        <w:tc>
          <w:tcPr>
            <w:tcW w:w="369" w:type="dxa"/>
            <w:shd w:val="clear" w:color="auto" w:fill="FFFFFF"/>
            <w:vAlign w:val="center"/>
            <w:hideMark/>
          </w:tcPr>
          <w:p w:rsidR="008133E6" w:rsidRPr="008133E6" w:rsidRDefault="008133E6" w:rsidP="008133E6">
            <w:pPr>
              <w:spacing w:after="0" w:line="240" w:lineRule="auto"/>
              <w:jc w:val="both"/>
              <w:rPr>
                <w:rFonts w:eastAsia="Times New Roman" w:cs="Times New Roman"/>
                <w:sz w:val="20"/>
                <w:szCs w:val="20"/>
                <w:lang w:val="ru-RU" w:eastAsia="ru-RU"/>
              </w:rPr>
            </w:pPr>
          </w:p>
        </w:tc>
      </w:tr>
      <w:tr w:rsidR="004B4E96" w:rsidRPr="00AA41FC" w:rsidTr="008133E6">
        <w:trPr>
          <w:trHeight w:val="240"/>
        </w:trPr>
        <w:tc>
          <w:tcPr>
            <w:tcW w:w="235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4B4E96">
            <w:pPr>
              <w:spacing w:after="0" w:line="240" w:lineRule="auto"/>
              <w:ind w:left="142" w:right="107"/>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lastRenderedPageBreak/>
              <w:t>3) Посредством почтового отправления с объявленной ценностью, описью вложения и уведомлением о вручении</w:t>
            </w:r>
          </w:p>
        </w:tc>
        <w:tc>
          <w:tcPr>
            <w:tcW w:w="3127" w:type="dxa"/>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8133E6">
            <w:pPr>
              <w:spacing w:after="0" w:line="240" w:lineRule="auto"/>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в уполномоченный орган</w:t>
            </w:r>
          </w:p>
        </w:tc>
        <w:tc>
          <w:tcPr>
            <w:tcW w:w="4169"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4B4E96">
            <w:pPr>
              <w:spacing w:after="0" w:line="240" w:lineRule="auto"/>
              <w:ind w:left="95" w:right="232"/>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Заявление на получение муниципальной услуги с комплектом документов принимается на бумажном носителе.</w:t>
            </w:r>
          </w:p>
        </w:tc>
        <w:tc>
          <w:tcPr>
            <w:tcW w:w="369" w:type="dxa"/>
            <w:shd w:val="clear" w:color="auto" w:fill="FFFFFF"/>
            <w:vAlign w:val="center"/>
            <w:hideMark/>
          </w:tcPr>
          <w:p w:rsidR="008133E6" w:rsidRPr="008133E6" w:rsidRDefault="008133E6" w:rsidP="008133E6">
            <w:pPr>
              <w:spacing w:after="0" w:line="240" w:lineRule="auto"/>
              <w:jc w:val="both"/>
              <w:rPr>
                <w:rFonts w:eastAsia="Times New Roman" w:cs="Times New Roman"/>
                <w:sz w:val="28"/>
                <w:szCs w:val="28"/>
                <w:lang w:val="ru-RU" w:eastAsia="ru-RU"/>
              </w:rPr>
            </w:pPr>
          </w:p>
        </w:tc>
      </w:tr>
      <w:tr w:rsidR="004B4E96" w:rsidRPr="00AA41FC" w:rsidTr="008133E6">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133E6" w:rsidRPr="008133E6" w:rsidRDefault="008133E6" w:rsidP="008133E6">
            <w:pPr>
              <w:spacing w:after="0" w:line="240" w:lineRule="auto"/>
              <w:jc w:val="both"/>
              <w:rPr>
                <w:rFonts w:eastAsia="Times New Roman" w:cs="Times New Roman"/>
                <w:color w:val="22272F"/>
                <w:sz w:val="23"/>
                <w:szCs w:val="23"/>
                <w:lang w:val="ru-RU" w:eastAsia="ru-RU"/>
              </w:rPr>
            </w:pPr>
          </w:p>
        </w:tc>
        <w:tc>
          <w:tcPr>
            <w:tcW w:w="3127" w:type="dxa"/>
            <w:tcBorders>
              <w:top w:val="single" w:sz="6" w:space="0" w:color="000000"/>
              <w:left w:val="single" w:sz="6" w:space="0" w:color="000000"/>
              <w:bottom w:val="single" w:sz="6" w:space="0" w:color="000000"/>
              <w:right w:val="single" w:sz="6" w:space="0" w:color="000000"/>
            </w:tcBorders>
            <w:shd w:val="clear" w:color="auto" w:fill="FFFFFF"/>
            <w:hideMark/>
          </w:tcPr>
          <w:p w:rsidR="008133E6" w:rsidRPr="008133E6" w:rsidRDefault="008133E6" w:rsidP="004B4E96">
            <w:pPr>
              <w:spacing w:after="0" w:line="240" w:lineRule="auto"/>
              <w:ind w:firstLine="117"/>
              <w:jc w:val="both"/>
              <w:rPr>
                <w:rFonts w:eastAsia="Times New Roman" w:cs="Times New Roman"/>
                <w:color w:val="22272F"/>
                <w:sz w:val="28"/>
                <w:szCs w:val="28"/>
                <w:lang w:val="ru-RU" w:eastAsia="ru-RU"/>
              </w:rPr>
            </w:pPr>
            <w:r w:rsidRPr="008133E6">
              <w:rPr>
                <w:rFonts w:eastAsia="Times New Roman" w:cs="Times New Roman"/>
                <w:color w:val="22272F"/>
                <w:sz w:val="28"/>
                <w:szCs w:val="28"/>
                <w:lang w:val="ru-RU" w:eastAsia="ru-RU"/>
              </w:rPr>
              <w:t>в филиалы, отделы, удаленные рабочие места МФЦ</w:t>
            </w:r>
          </w:p>
        </w:tc>
        <w:tc>
          <w:tcPr>
            <w:tcW w:w="4169"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133E6" w:rsidRPr="008133E6" w:rsidRDefault="008133E6" w:rsidP="008133E6">
            <w:pPr>
              <w:spacing w:after="0" w:line="240" w:lineRule="auto"/>
              <w:jc w:val="both"/>
              <w:rPr>
                <w:rFonts w:eastAsia="Times New Roman" w:cs="Times New Roman"/>
                <w:color w:val="22272F"/>
                <w:sz w:val="23"/>
                <w:szCs w:val="23"/>
                <w:lang w:val="ru-RU" w:eastAsia="ru-RU"/>
              </w:rPr>
            </w:pPr>
          </w:p>
        </w:tc>
        <w:tc>
          <w:tcPr>
            <w:tcW w:w="369" w:type="dxa"/>
            <w:shd w:val="clear" w:color="auto" w:fill="FFFFFF"/>
            <w:vAlign w:val="center"/>
            <w:hideMark/>
          </w:tcPr>
          <w:p w:rsidR="008133E6" w:rsidRPr="008133E6" w:rsidRDefault="008133E6" w:rsidP="008133E6">
            <w:pPr>
              <w:spacing w:after="0" w:line="240" w:lineRule="auto"/>
              <w:jc w:val="both"/>
              <w:rPr>
                <w:rFonts w:eastAsia="Times New Roman" w:cs="Times New Roman"/>
                <w:sz w:val="20"/>
                <w:szCs w:val="20"/>
                <w:lang w:val="ru-RU" w:eastAsia="ru-RU"/>
              </w:rPr>
            </w:pPr>
          </w:p>
        </w:tc>
      </w:tr>
    </w:tbl>
    <w:p w:rsidR="008133E6" w:rsidRDefault="008133E6" w:rsidP="002E7D98">
      <w:pPr>
        <w:spacing w:after="0" w:line="240" w:lineRule="auto"/>
        <w:rPr>
          <w:sz w:val="28"/>
          <w:szCs w:val="28"/>
          <w:lang w:val="ru-RU"/>
        </w:rPr>
      </w:pPr>
    </w:p>
    <w:p w:rsidR="008133E6" w:rsidRDefault="008133E6" w:rsidP="002E7D98">
      <w:pPr>
        <w:spacing w:after="0" w:line="240" w:lineRule="auto"/>
        <w:rPr>
          <w:sz w:val="28"/>
          <w:szCs w:val="28"/>
          <w:lang w:val="ru-RU"/>
        </w:rPr>
      </w:pPr>
    </w:p>
    <w:p w:rsidR="00053E67" w:rsidRDefault="00053E67" w:rsidP="002E7D98">
      <w:pPr>
        <w:spacing w:after="0" w:line="240" w:lineRule="auto"/>
        <w:rPr>
          <w:sz w:val="28"/>
          <w:szCs w:val="28"/>
          <w:lang w:val="ru-RU"/>
        </w:rPr>
      </w:pPr>
    </w:p>
    <w:p w:rsidR="00053E67" w:rsidRDefault="00053E67" w:rsidP="00053E67">
      <w:pPr>
        <w:spacing w:after="0" w:line="240" w:lineRule="auto"/>
        <w:rPr>
          <w:sz w:val="28"/>
          <w:szCs w:val="28"/>
          <w:lang w:val="ru-RU"/>
        </w:rPr>
      </w:pPr>
      <w:r>
        <w:rPr>
          <w:sz w:val="28"/>
          <w:szCs w:val="28"/>
          <w:lang w:val="ru-RU"/>
        </w:rPr>
        <w:t>Глава</w:t>
      </w:r>
      <w:r w:rsidRPr="002E7D98">
        <w:rPr>
          <w:sz w:val="28"/>
          <w:szCs w:val="28"/>
          <w:lang w:val="ru-RU"/>
        </w:rPr>
        <w:t xml:space="preserve"> </w:t>
      </w:r>
    </w:p>
    <w:p w:rsidR="00053E67" w:rsidRDefault="00053E67" w:rsidP="00053E67">
      <w:pPr>
        <w:spacing w:after="0" w:line="240" w:lineRule="auto"/>
        <w:rPr>
          <w:sz w:val="28"/>
          <w:szCs w:val="28"/>
          <w:lang w:val="ru-RU"/>
        </w:rPr>
      </w:pPr>
      <w:r w:rsidRPr="002E7D98">
        <w:rPr>
          <w:sz w:val="28"/>
          <w:szCs w:val="28"/>
          <w:lang w:val="ru-RU"/>
        </w:rPr>
        <w:t>Новоджерелиевского</w:t>
      </w:r>
      <w:r>
        <w:rPr>
          <w:sz w:val="28"/>
          <w:szCs w:val="28"/>
          <w:lang w:val="ru-RU"/>
        </w:rPr>
        <w:t xml:space="preserve"> </w:t>
      </w:r>
      <w:r w:rsidRPr="002E7D98">
        <w:rPr>
          <w:sz w:val="28"/>
          <w:szCs w:val="28"/>
          <w:lang w:val="ru-RU"/>
        </w:rPr>
        <w:t>сельского поселения</w:t>
      </w:r>
    </w:p>
    <w:p w:rsidR="00053E67" w:rsidRPr="002E7D98" w:rsidRDefault="00053E67" w:rsidP="00053E67">
      <w:pPr>
        <w:spacing w:after="0" w:line="240" w:lineRule="auto"/>
        <w:rPr>
          <w:sz w:val="28"/>
          <w:szCs w:val="28"/>
          <w:lang w:val="ru-RU"/>
        </w:rPr>
      </w:pPr>
      <w:r w:rsidRPr="002E7D98">
        <w:rPr>
          <w:sz w:val="28"/>
          <w:szCs w:val="28"/>
          <w:lang w:val="ru-RU"/>
        </w:rPr>
        <w:t>Брюховецкого муниципального района</w:t>
      </w:r>
    </w:p>
    <w:p w:rsidR="00053E67" w:rsidRPr="002E7D98" w:rsidRDefault="00053E67" w:rsidP="00053E67">
      <w:pPr>
        <w:spacing w:after="0" w:line="240" w:lineRule="auto"/>
        <w:rPr>
          <w:sz w:val="28"/>
          <w:szCs w:val="28"/>
          <w:lang w:val="ru-RU"/>
        </w:rPr>
      </w:pPr>
      <w:r w:rsidRPr="002E7D98">
        <w:rPr>
          <w:sz w:val="28"/>
          <w:szCs w:val="28"/>
          <w:lang w:val="ru-RU"/>
        </w:rPr>
        <w:t>Краснодарского края</w:t>
      </w:r>
      <w:r>
        <w:rPr>
          <w:sz w:val="28"/>
          <w:szCs w:val="28"/>
          <w:lang w:val="ru-RU"/>
        </w:rPr>
        <w:t xml:space="preserve">                                                                           О.В. Ткаченко</w:t>
      </w:r>
    </w:p>
    <w:p w:rsidR="00AA41FC" w:rsidRDefault="00AA41FC" w:rsidP="00053E67">
      <w:pPr>
        <w:spacing w:after="0" w:line="240" w:lineRule="auto"/>
        <w:ind w:firstLine="5103"/>
        <w:rPr>
          <w:sz w:val="28"/>
          <w:szCs w:val="28"/>
          <w:lang w:val="ru-RU"/>
        </w:rPr>
        <w:sectPr w:rsidR="00AA41FC" w:rsidSect="00AA41FC">
          <w:pgSz w:w="12240" w:h="15840"/>
          <w:pgMar w:top="1134" w:right="567" w:bottom="1134" w:left="1701" w:header="709" w:footer="709" w:gutter="0"/>
          <w:pgNumType w:start="1"/>
          <w:cols w:space="720"/>
          <w:titlePg/>
          <w:docGrid w:linePitch="360"/>
        </w:sectPr>
      </w:pPr>
    </w:p>
    <w:p w:rsidR="00053E67" w:rsidRPr="002E7D98" w:rsidRDefault="00053E67" w:rsidP="00053E67">
      <w:pPr>
        <w:spacing w:after="0" w:line="240" w:lineRule="auto"/>
        <w:ind w:firstLine="5103"/>
        <w:rPr>
          <w:sz w:val="28"/>
          <w:szCs w:val="28"/>
          <w:lang w:val="ru-RU"/>
        </w:rPr>
      </w:pPr>
      <w:r w:rsidRPr="002E7D98">
        <w:rPr>
          <w:sz w:val="28"/>
          <w:szCs w:val="28"/>
          <w:lang w:val="ru-RU"/>
        </w:rPr>
        <w:lastRenderedPageBreak/>
        <w:t xml:space="preserve">ПРИЛОЖЕНИЕ </w:t>
      </w:r>
      <w:r>
        <w:rPr>
          <w:sz w:val="28"/>
          <w:szCs w:val="28"/>
          <w:lang w:val="ru-RU"/>
        </w:rPr>
        <w:t>№ 4</w:t>
      </w:r>
    </w:p>
    <w:p w:rsidR="00053E67" w:rsidRPr="002E7D98" w:rsidRDefault="00053E67" w:rsidP="00053E67">
      <w:pPr>
        <w:spacing w:after="0" w:line="240" w:lineRule="auto"/>
        <w:ind w:firstLine="5103"/>
        <w:rPr>
          <w:sz w:val="28"/>
          <w:szCs w:val="28"/>
          <w:lang w:val="ru-RU"/>
        </w:rPr>
      </w:pPr>
      <w:r w:rsidRPr="002E7D98">
        <w:rPr>
          <w:sz w:val="28"/>
          <w:szCs w:val="28"/>
          <w:lang w:val="ru-RU"/>
        </w:rPr>
        <w:t>к административному регламенту</w:t>
      </w:r>
    </w:p>
    <w:p w:rsidR="00053E67" w:rsidRPr="002E7D98" w:rsidRDefault="00053E67" w:rsidP="00053E67">
      <w:pPr>
        <w:spacing w:after="0" w:line="240" w:lineRule="auto"/>
        <w:ind w:firstLine="5103"/>
        <w:rPr>
          <w:sz w:val="28"/>
          <w:szCs w:val="28"/>
          <w:lang w:val="ru-RU"/>
        </w:rPr>
      </w:pPr>
      <w:r w:rsidRPr="002E7D98">
        <w:rPr>
          <w:sz w:val="28"/>
          <w:szCs w:val="28"/>
          <w:lang w:val="ru-RU"/>
        </w:rPr>
        <w:t>предоставления администрацией</w:t>
      </w:r>
    </w:p>
    <w:p w:rsidR="00053E67" w:rsidRDefault="00053E67" w:rsidP="00053E67">
      <w:pPr>
        <w:spacing w:after="0" w:line="240" w:lineRule="auto"/>
        <w:ind w:firstLine="5103"/>
        <w:rPr>
          <w:sz w:val="28"/>
          <w:szCs w:val="28"/>
          <w:lang w:val="ru-RU"/>
        </w:rPr>
      </w:pPr>
      <w:r w:rsidRPr="002E7D98">
        <w:rPr>
          <w:sz w:val="28"/>
          <w:szCs w:val="28"/>
          <w:lang w:val="ru-RU"/>
        </w:rPr>
        <w:t>Новоджерелиевского сельского</w:t>
      </w:r>
    </w:p>
    <w:p w:rsidR="00053E67" w:rsidRDefault="00053E67" w:rsidP="00053E67">
      <w:pPr>
        <w:spacing w:after="0" w:line="240" w:lineRule="auto"/>
        <w:ind w:firstLine="5103"/>
        <w:rPr>
          <w:sz w:val="28"/>
          <w:szCs w:val="28"/>
          <w:lang w:val="ru-RU"/>
        </w:rPr>
      </w:pPr>
      <w:r>
        <w:rPr>
          <w:sz w:val="28"/>
          <w:szCs w:val="28"/>
          <w:lang w:val="ru-RU"/>
        </w:rPr>
        <w:t>п</w:t>
      </w:r>
      <w:r w:rsidRPr="002E7D98">
        <w:rPr>
          <w:sz w:val="28"/>
          <w:szCs w:val="28"/>
          <w:lang w:val="ru-RU"/>
        </w:rPr>
        <w:t>оселения</w:t>
      </w:r>
      <w:r>
        <w:rPr>
          <w:sz w:val="28"/>
          <w:szCs w:val="28"/>
          <w:lang w:val="ru-RU"/>
        </w:rPr>
        <w:t xml:space="preserve"> Брюховецкого</w:t>
      </w:r>
    </w:p>
    <w:p w:rsidR="00053E67" w:rsidRPr="002E7D98" w:rsidRDefault="00053E67" w:rsidP="00053E67">
      <w:pPr>
        <w:spacing w:after="0" w:line="240" w:lineRule="auto"/>
        <w:ind w:firstLine="5103"/>
        <w:rPr>
          <w:sz w:val="28"/>
          <w:szCs w:val="28"/>
          <w:lang w:val="ru-RU"/>
        </w:rPr>
      </w:pPr>
      <w:r w:rsidRPr="002E7D98">
        <w:rPr>
          <w:sz w:val="28"/>
          <w:szCs w:val="28"/>
          <w:lang w:val="ru-RU"/>
        </w:rPr>
        <w:t>муниципального района</w:t>
      </w:r>
    </w:p>
    <w:p w:rsidR="00053E67" w:rsidRPr="002E7D98" w:rsidRDefault="00053E67" w:rsidP="00053E67">
      <w:pPr>
        <w:spacing w:after="0" w:line="240" w:lineRule="auto"/>
        <w:ind w:firstLine="5103"/>
        <w:rPr>
          <w:sz w:val="28"/>
          <w:szCs w:val="28"/>
          <w:lang w:val="ru-RU"/>
        </w:rPr>
      </w:pPr>
      <w:r w:rsidRPr="002E7D98">
        <w:rPr>
          <w:sz w:val="28"/>
          <w:szCs w:val="28"/>
          <w:lang w:val="ru-RU"/>
        </w:rPr>
        <w:t>Краснодарского края муниципальной</w:t>
      </w:r>
    </w:p>
    <w:p w:rsidR="001A55FF" w:rsidRDefault="00053E67" w:rsidP="001A55FF">
      <w:pPr>
        <w:spacing w:after="0" w:line="240" w:lineRule="auto"/>
        <w:ind w:firstLine="5103"/>
        <w:rPr>
          <w:sz w:val="28"/>
          <w:szCs w:val="28"/>
          <w:lang w:val="ru-RU"/>
        </w:rPr>
      </w:pPr>
      <w:r w:rsidRPr="002E7D98">
        <w:rPr>
          <w:sz w:val="28"/>
          <w:szCs w:val="28"/>
          <w:lang w:val="ru-RU"/>
        </w:rPr>
        <w:t xml:space="preserve">услуги </w:t>
      </w:r>
      <w:r>
        <w:rPr>
          <w:sz w:val="28"/>
          <w:szCs w:val="28"/>
          <w:lang w:val="ru-RU"/>
        </w:rPr>
        <w:t>«</w:t>
      </w:r>
      <w:r w:rsidR="001A55FF">
        <w:rPr>
          <w:sz w:val="28"/>
          <w:szCs w:val="28"/>
          <w:lang w:val="ru-RU"/>
        </w:rPr>
        <w:t>«</w:t>
      </w:r>
      <w:r w:rsidR="001A55FF" w:rsidRPr="002E7D98">
        <w:rPr>
          <w:sz w:val="28"/>
          <w:szCs w:val="28"/>
          <w:lang w:val="ru-RU"/>
        </w:rPr>
        <w:t>Присвоение, изменение и</w:t>
      </w:r>
    </w:p>
    <w:p w:rsidR="001A55FF" w:rsidRPr="002E7D98" w:rsidRDefault="001A55FF" w:rsidP="001A55FF">
      <w:pPr>
        <w:spacing w:after="0" w:line="240" w:lineRule="auto"/>
        <w:ind w:firstLine="5103"/>
        <w:rPr>
          <w:sz w:val="28"/>
          <w:szCs w:val="28"/>
          <w:lang w:val="ru-RU"/>
        </w:rPr>
      </w:pPr>
      <w:r w:rsidRPr="002E7D98">
        <w:rPr>
          <w:sz w:val="28"/>
          <w:szCs w:val="28"/>
          <w:lang w:val="ru-RU"/>
        </w:rPr>
        <w:t>аннулирование</w:t>
      </w:r>
      <w:r>
        <w:rPr>
          <w:sz w:val="28"/>
          <w:szCs w:val="28"/>
          <w:lang w:val="ru-RU"/>
        </w:rPr>
        <w:t xml:space="preserve"> адресов»</w:t>
      </w:r>
    </w:p>
    <w:p w:rsidR="00053E67" w:rsidRDefault="00053E67" w:rsidP="00053E67">
      <w:pPr>
        <w:spacing w:after="0" w:line="240" w:lineRule="auto"/>
        <w:rPr>
          <w:sz w:val="28"/>
          <w:szCs w:val="28"/>
          <w:lang w:val="ru-RU"/>
        </w:rPr>
      </w:pPr>
    </w:p>
    <w:p w:rsidR="00053E67" w:rsidRDefault="00053E67" w:rsidP="00053E67">
      <w:pPr>
        <w:spacing w:after="0" w:line="240" w:lineRule="auto"/>
        <w:rPr>
          <w:sz w:val="28"/>
          <w:szCs w:val="28"/>
          <w:lang w:val="ru-RU"/>
        </w:rPr>
      </w:pPr>
    </w:p>
    <w:p w:rsidR="0077411A" w:rsidRPr="00053E67" w:rsidRDefault="008B2948" w:rsidP="00053E67">
      <w:pPr>
        <w:spacing w:after="0" w:line="240" w:lineRule="auto"/>
        <w:jc w:val="center"/>
        <w:rPr>
          <w:b/>
          <w:sz w:val="28"/>
          <w:szCs w:val="28"/>
          <w:lang w:val="ru-RU"/>
        </w:rPr>
      </w:pPr>
      <w:r w:rsidRPr="00053E67">
        <w:rPr>
          <w:b/>
          <w:sz w:val="28"/>
          <w:szCs w:val="28"/>
          <w:lang w:val="ru-RU"/>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p w:rsidR="00053E67" w:rsidRDefault="00053E67" w:rsidP="002E7D98">
      <w:pPr>
        <w:spacing w:after="0" w:line="240" w:lineRule="auto"/>
        <w:rPr>
          <w:sz w:val="28"/>
          <w:szCs w:val="28"/>
          <w:lang w:val="ru-RU"/>
        </w:rPr>
      </w:pPr>
    </w:p>
    <w:p w:rsidR="0077411A" w:rsidRPr="002E7D98" w:rsidRDefault="005C7C30" w:rsidP="008F0D9D">
      <w:pPr>
        <w:spacing w:after="0" w:line="240" w:lineRule="auto"/>
        <w:ind w:firstLine="567"/>
        <w:jc w:val="both"/>
        <w:rPr>
          <w:sz w:val="28"/>
          <w:szCs w:val="28"/>
          <w:lang w:val="ru-RU"/>
        </w:rPr>
      </w:pPr>
      <w:r>
        <w:rPr>
          <w:sz w:val="28"/>
          <w:szCs w:val="28"/>
          <w:lang w:val="ru-RU"/>
        </w:rPr>
        <w:t xml:space="preserve">1. </w:t>
      </w:r>
      <w:r w:rsidR="008B2948" w:rsidRPr="002E7D98">
        <w:rPr>
          <w:sz w:val="28"/>
          <w:szCs w:val="28"/>
          <w:lang w:val="ru-RU"/>
        </w:rPr>
        <w:t>Обращение заявителя об оказании муниципальной услуги, предоставление которой не осуществляется уполномоченным органом</w:t>
      </w:r>
      <w:r w:rsidR="00053E67">
        <w:rPr>
          <w:sz w:val="28"/>
          <w:szCs w:val="28"/>
          <w:lang w:val="ru-RU"/>
        </w:rPr>
        <w:t>.</w:t>
      </w:r>
    </w:p>
    <w:p w:rsidR="0077411A" w:rsidRPr="002E7D98" w:rsidRDefault="005C7C30" w:rsidP="008F0D9D">
      <w:pPr>
        <w:spacing w:after="0" w:line="240" w:lineRule="auto"/>
        <w:ind w:firstLine="567"/>
        <w:jc w:val="both"/>
        <w:rPr>
          <w:sz w:val="28"/>
          <w:szCs w:val="28"/>
          <w:lang w:val="ru-RU"/>
        </w:rPr>
      </w:pPr>
      <w:r>
        <w:rPr>
          <w:sz w:val="28"/>
          <w:szCs w:val="28"/>
          <w:lang w:val="ru-RU"/>
        </w:rPr>
        <w:t xml:space="preserve">2. </w:t>
      </w:r>
      <w:r w:rsidR="008B2948" w:rsidRPr="002E7D98">
        <w:rPr>
          <w:sz w:val="28"/>
          <w:szCs w:val="28"/>
          <w:lang w:val="ru-RU"/>
        </w:rPr>
        <w:t>Заявитель не относится к категории лиц, имеющих в соответствии с законодательством Российской Федерации право на получение муниципальной услуги</w:t>
      </w:r>
      <w:r w:rsidR="00053E67">
        <w:rPr>
          <w:sz w:val="28"/>
          <w:szCs w:val="28"/>
          <w:lang w:val="ru-RU"/>
        </w:rPr>
        <w:t>.</w:t>
      </w:r>
    </w:p>
    <w:p w:rsidR="0077411A" w:rsidRPr="002E7D98" w:rsidRDefault="005C7C30" w:rsidP="008F0D9D">
      <w:pPr>
        <w:spacing w:after="0" w:line="240" w:lineRule="auto"/>
        <w:ind w:firstLine="567"/>
        <w:jc w:val="both"/>
        <w:rPr>
          <w:sz w:val="28"/>
          <w:szCs w:val="28"/>
          <w:lang w:val="ru-RU"/>
        </w:rPr>
      </w:pPr>
      <w:r>
        <w:rPr>
          <w:sz w:val="28"/>
          <w:szCs w:val="28"/>
          <w:lang w:val="ru-RU"/>
        </w:rPr>
        <w:t xml:space="preserve">3. </w:t>
      </w:r>
      <w:r w:rsidR="008B2948" w:rsidRPr="002E7D98">
        <w:rPr>
          <w:sz w:val="28"/>
          <w:szCs w:val="28"/>
          <w:lang w:val="ru-RU"/>
        </w:rPr>
        <w:t>Заявление подано лицом, не имеющим полномочий представлять интересы заявителя</w:t>
      </w:r>
      <w:r w:rsidR="00053E67">
        <w:rPr>
          <w:sz w:val="28"/>
          <w:szCs w:val="28"/>
          <w:lang w:val="ru-RU"/>
        </w:rPr>
        <w:t>.</w:t>
      </w:r>
    </w:p>
    <w:p w:rsidR="0077411A" w:rsidRPr="002E7D98" w:rsidRDefault="005C7C30" w:rsidP="008F0D9D">
      <w:pPr>
        <w:spacing w:after="0" w:line="240" w:lineRule="auto"/>
        <w:ind w:firstLine="567"/>
        <w:jc w:val="both"/>
        <w:rPr>
          <w:sz w:val="28"/>
          <w:szCs w:val="28"/>
          <w:lang w:val="ru-RU"/>
        </w:rPr>
      </w:pPr>
      <w:r>
        <w:rPr>
          <w:sz w:val="28"/>
          <w:szCs w:val="28"/>
          <w:lang w:val="ru-RU"/>
        </w:rPr>
        <w:t xml:space="preserve">4. </w:t>
      </w:r>
      <w:r w:rsidR="008B2948" w:rsidRPr="002E7D98">
        <w:rPr>
          <w:sz w:val="28"/>
          <w:szCs w:val="28"/>
          <w:lang w:val="ru-RU"/>
        </w:rPr>
        <w:t xml:space="preserve">Содержание заявления не соответствует требованиям пункта 3.5.1 подраздела 3.5 раздела </w:t>
      </w:r>
      <w:r w:rsidR="008B2948" w:rsidRPr="002E7D98">
        <w:rPr>
          <w:sz w:val="28"/>
          <w:szCs w:val="28"/>
        </w:rPr>
        <w:t>III</w:t>
      </w:r>
      <w:r w:rsidR="008B2948" w:rsidRPr="002E7D98">
        <w:rPr>
          <w:sz w:val="28"/>
          <w:szCs w:val="28"/>
          <w:lang w:val="ru-RU"/>
        </w:rPr>
        <w:t xml:space="preserve"> настоящего административного регламента.</w:t>
      </w:r>
    </w:p>
    <w:p w:rsidR="0077411A" w:rsidRPr="002E7D98" w:rsidRDefault="005C7C30" w:rsidP="008F0D9D">
      <w:pPr>
        <w:spacing w:after="0" w:line="240" w:lineRule="auto"/>
        <w:ind w:firstLine="567"/>
        <w:jc w:val="both"/>
        <w:rPr>
          <w:sz w:val="28"/>
          <w:szCs w:val="28"/>
          <w:lang w:val="ru-RU"/>
        </w:rPr>
      </w:pPr>
      <w:r>
        <w:rPr>
          <w:sz w:val="28"/>
          <w:szCs w:val="28"/>
          <w:lang w:val="ru-RU"/>
        </w:rPr>
        <w:t xml:space="preserve">5. </w:t>
      </w:r>
      <w:r w:rsidR="008B2948" w:rsidRPr="002E7D98">
        <w:rPr>
          <w:sz w:val="28"/>
          <w:szCs w:val="28"/>
          <w:lang w:val="ru-RU"/>
        </w:rPr>
        <w:t>Наличие в заявлении (в том числе в интерактивной форме заявления) и прилагаемых документах неполных, недостоверных сведений либо несоответствие документов требованиям нормативных правовых актов Российской Федерации</w:t>
      </w:r>
      <w:r w:rsidR="00053E67">
        <w:rPr>
          <w:sz w:val="28"/>
          <w:szCs w:val="28"/>
          <w:lang w:val="ru-RU"/>
        </w:rPr>
        <w:t>.</w:t>
      </w:r>
    </w:p>
    <w:p w:rsidR="0077411A" w:rsidRPr="002E7D98" w:rsidRDefault="005C7C30" w:rsidP="008F0D9D">
      <w:pPr>
        <w:spacing w:after="0" w:line="240" w:lineRule="auto"/>
        <w:ind w:firstLine="567"/>
        <w:jc w:val="both"/>
        <w:rPr>
          <w:sz w:val="28"/>
          <w:szCs w:val="28"/>
          <w:lang w:val="ru-RU"/>
        </w:rPr>
      </w:pPr>
      <w:r>
        <w:rPr>
          <w:sz w:val="28"/>
          <w:szCs w:val="28"/>
          <w:lang w:val="ru-RU"/>
        </w:rPr>
        <w:t xml:space="preserve">6. </w:t>
      </w:r>
      <w:r w:rsidR="008B2948" w:rsidRPr="002E7D98">
        <w:rPr>
          <w:sz w:val="28"/>
          <w:szCs w:val="28"/>
          <w:lang w:val="ru-RU"/>
        </w:rPr>
        <w:t>Представленный документ, удостоверяющий личность, документ, удостоверяющий полномочия представителя заявителя, не заверены в установленном законодательством Российской Федерации порядке или утратили силу на момент обращения за муниципальной услугой</w:t>
      </w:r>
      <w:r w:rsidR="00053E67">
        <w:rPr>
          <w:sz w:val="28"/>
          <w:szCs w:val="28"/>
          <w:lang w:val="ru-RU"/>
        </w:rPr>
        <w:t>.</w:t>
      </w:r>
    </w:p>
    <w:p w:rsidR="0077411A" w:rsidRPr="002E7D98" w:rsidRDefault="005C7C30" w:rsidP="008F0D9D">
      <w:pPr>
        <w:spacing w:after="0" w:line="240" w:lineRule="auto"/>
        <w:ind w:firstLine="567"/>
        <w:jc w:val="both"/>
        <w:rPr>
          <w:sz w:val="28"/>
          <w:szCs w:val="28"/>
          <w:lang w:val="ru-RU"/>
        </w:rPr>
      </w:pPr>
      <w:r>
        <w:rPr>
          <w:sz w:val="28"/>
          <w:szCs w:val="28"/>
          <w:lang w:val="ru-RU"/>
        </w:rPr>
        <w:t xml:space="preserve">7. </w:t>
      </w:r>
      <w:r w:rsidR="008B2948" w:rsidRPr="002E7D98">
        <w:rPr>
          <w:sz w:val="28"/>
          <w:szCs w:val="28"/>
          <w:lang w:val="ru-RU"/>
        </w:rPr>
        <w:t>Представление неполного комплекта документов, необходимых для предоставления муниципальной услуги</w:t>
      </w:r>
      <w:r w:rsidR="00053E67">
        <w:rPr>
          <w:sz w:val="28"/>
          <w:szCs w:val="28"/>
          <w:lang w:val="ru-RU"/>
        </w:rPr>
        <w:t>.</w:t>
      </w:r>
    </w:p>
    <w:p w:rsidR="0077411A" w:rsidRPr="002E7D98" w:rsidRDefault="005C7C30" w:rsidP="008F0D9D">
      <w:pPr>
        <w:spacing w:after="0" w:line="240" w:lineRule="auto"/>
        <w:ind w:firstLine="567"/>
        <w:jc w:val="both"/>
        <w:rPr>
          <w:sz w:val="28"/>
          <w:szCs w:val="28"/>
          <w:lang w:val="ru-RU"/>
        </w:rPr>
      </w:pPr>
      <w:r>
        <w:rPr>
          <w:sz w:val="28"/>
          <w:szCs w:val="28"/>
          <w:lang w:val="ru-RU"/>
        </w:rPr>
        <w:t xml:space="preserve">8. </w:t>
      </w:r>
      <w:r w:rsidR="008B2948" w:rsidRPr="002E7D98">
        <w:rPr>
          <w:sz w:val="28"/>
          <w:szCs w:val="28"/>
          <w:lang w:val="ru-RU"/>
        </w:rPr>
        <w:t>Копии документов, представленные без предъявления оригиналов, не имеют нотариального удостоверения</w:t>
      </w:r>
      <w:r w:rsidR="00053E67">
        <w:rPr>
          <w:sz w:val="28"/>
          <w:szCs w:val="28"/>
          <w:lang w:val="ru-RU"/>
        </w:rPr>
        <w:t>.</w:t>
      </w:r>
    </w:p>
    <w:p w:rsidR="0077411A" w:rsidRPr="002E7D98" w:rsidRDefault="005C7C30" w:rsidP="008F0D9D">
      <w:pPr>
        <w:spacing w:after="0" w:line="240" w:lineRule="auto"/>
        <w:ind w:firstLine="567"/>
        <w:jc w:val="both"/>
        <w:rPr>
          <w:sz w:val="28"/>
          <w:szCs w:val="28"/>
          <w:lang w:val="ru-RU"/>
        </w:rPr>
      </w:pPr>
      <w:r>
        <w:rPr>
          <w:sz w:val="28"/>
          <w:szCs w:val="28"/>
          <w:lang w:val="ru-RU"/>
        </w:rPr>
        <w:t xml:space="preserve">9. </w:t>
      </w:r>
      <w:r w:rsidR="008B2948" w:rsidRPr="002E7D98">
        <w:rPr>
          <w:sz w:val="28"/>
          <w:szCs w:val="28"/>
          <w:lang w:val="ru-RU"/>
        </w:rPr>
        <w:t>Документы содержат повреждения, подчистки и исправления текста, наличие, которых не позволяет в полном объеме использовать информацию и сведения, содержащиеся в документах для предоставления услуги</w:t>
      </w:r>
      <w:r w:rsidR="00053E67">
        <w:rPr>
          <w:sz w:val="28"/>
          <w:szCs w:val="28"/>
          <w:lang w:val="ru-RU"/>
        </w:rPr>
        <w:t>.</w:t>
      </w:r>
    </w:p>
    <w:p w:rsidR="0077411A" w:rsidRPr="002E7D98" w:rsidRDefault="005C7C30" w:rsidP="008F0D9D">
      <w:pPr>
        <w:spacing w:after="0" w:line="240" w:lineRule="auto"/>
        <w:ind w:firstLine="567"/>
        <w:jc w:val="both"/>
        <w:rPr>
          <w:sz w:val="28"/>
          <w:szCs w:val="28"/>
          <w:lang w:val="ru-RU"/>
        </w:rPr>
      </w:pPr>
      <w:r>
        <w:rPr>
          <w:sz w:val="28"/>
          <w:szCs w:val="28"/>
          <w:lang w:val="ru-RU"/>
        </w:rPr>
        <w:t xml:space="preserve">10. </w:t>
      </w:r>
      <w:r w:rsidR="008B2948" w:rsidRPr="002E7D98">
        <w:rPr>
          <w:sz w:val="28"/>
          <w:szCs w:val="28"/>
          <w:lang w:val="ru-RU"/>
        </w:rPr>
        <w:t>Отказ заявителя от подачи документов</w:t>
      </w:r>
      <w:r w:rsidR="00053E67">
        <w:rPr>
          <w:sz w:val="28"/>
          <w:szCs w:val="28"/>
          <w:lang w:val="ru-RU"/>
        </w:rPr>
        <w:t>.</w:t>
      </w:r>
    </w:p>
    <w:p w:rsidR="000915E0" w:rsidRDefault="005C7C30" w:rsidP="008F0D9D">
      <w:pPr>
        <w:spacing w:after="0" w:line="240" w:lineRule="auto"/>
        <w:ind w:firstLine="567"/>
        <w:jc w:val="both"/>
        <w:rPr>
          <w:sz w:val="28"/>
          <w:szCs w:val="28"/>
          <w:lang w:val="ru-RU"/>
        </w:rPr>
      </w:pPr>
      <w:r>
        <w:rPr>
          <w:sz w:val="28"/>
          <w:szCs w:val="28"/>
          <w:lang w:val="ru-RU"/>
        </w:rPr>
        <w:t xml:space="preserve">11. </w:t>
      </w:r>
      <w:r w:rsidR="008B2948" w:rsidRPr="002E7D98">
        <w:rPr>
          <w:sz w:val="28"/>
          <w:szCs w:val="28"/>
          <w:lang w:val="ru-RU"/>
        </w:rPr>
        <w:t xml:space="preserve">Несоблюдение установленных статьей 11 Федерального закона от 06.04.2011 № 63-ФЗ </w:t>
      </w:r>
      <w:r w:rsidR="00053E67">
        <w:rPr>
          <w:sz w:val="28"/>
          <w:szCs w:val="28"/>
          <w:lang w:val="ru-RU"/>
        </w:rPr>
        <w:t>«</w:t>
      </w:r>
      <w:r w:rsidR="008B2948" w:rsidRPr="002E7D98">
        <w:rPr>
          <w:sz w:val="28"/>
          <w:szCs w:val="28"/>
          <w:lang w:val="ru-RU"/>
        </w:rPr>
        <w:t>Об электронной подписи</w:t>
      </w:r>
      <w:r w:rsidR="00053E67">
        <w:rPr>
          <w:sz w:val="28"/>
          <w:szCs w:val="28"/>
          <w:lang w:val="ru-RU"/>
        </w:rPr>
        <w:t>»</w:t>
      </w:r>
      <w:r w:rsidR="008B2948" w:rsidRPr="002E7D98">
        <w:rPr>
          <w:sz w:val="28"/>
          <w:szCs w:val="28"/>
          <w:lang w:val="ru-RU"/>
        </w:rPr>
        <w:t xml:space="preserve"> условий признания </w:t>
      </w:r>
    </w:p>
    <w:p w:rsidR="000915E0" w:rsidRDefault="000915E0" w:rsidP="008F0D9D">
      <w:pPr>
        <w:spacing w:after="0" w:line="240" w:lineRule="auto"/>
        <w:ind w:firstLine="567"/>
        <w:jc w:val="both"/>
        <w:rPr>
          <w:sz w:val="28"/>
          <w:szCs w:val="28"/>
          <w:lang w:val="ru-RU"/>
        </w:rPr>
      </w:pPr>
    </w:p>
    <w:p w:rsidR="0077411A" w:rsidRPr="002E7D98" w:rsidRDefault="008B2948" w:rsidP="000915E0">
      <w:pPr>
        <w:spacing w:after="0" w:line="240" w:lineRule="auto"/>
        <w:jc w:val="both"/>
        <w:rPr>
          <w:sz w:val="28"/>
          <w:szCs w:val="28"/>
          <w:lang w:val="ru-RU"/>
        </w:rPr>
      </w:pPr>
      <w:r w:rsidRPr="002E7D98">
        <w:rPr>
          <w:sz w:val="28"/>
          <w:szCs w:val="28"/>
          <w:lang w:val="ru-RU"/>
        </w:rPr>
        <w:lastRenderedPageBreak/>
        <w:t>действительности усиленной квалифицированной электронной подписи.</w:t>
      </w:r>
    </w:p>
    <w:p w:rsidR="00053E67" w:rsidRDefault="00053E67" w:rsidP="008F0D9D">
      <w:pPr>
        <w:spacing w:after="0" w:line="240" w:lineRule="auto"/>
        <w:rPr>
          <w:sz w:val="28"/>
          <w:szCs w:val="28"/>
          <w:lang w:val="ru-RU"/>
        </w:rPr>
      </w:pPr>
    </w:p>
    <w:p w:rsidR="00053E67" w:rsidRDefault="00053E67" w:rsidP="008F0D9D">
      <w:pPr>
        <w:spacing w:after="0" w:line="240" w:lineRule="auto"/>
        <w:rPr>
          <w:sz w:val="28"/>
          <w:szCs w:val="28"/>
          <w:lang w:val="ru-RU"/>
        </w:rPr>
      </w:pPr>
    </w:p>
    <w:p w:rsidR="00053E67" w:rsidRDefault="00053E67" w:rsidP="002E7D98">
      <w:pPr>
        <w:spacing w:after="0" w:line="240" w:lineRule="auto"/>
        <w:rPr>
          <w:sz w:val="28"/>
          <w:szCs w:val="28"/>
          <w:lang w:val="ru-RU"/>
        </w:rPr>
      </w:pPr>
    </w:p>
    <w:p w:rsidR="00053E67" w:rsidRDefault="00053E67" w:rsidP="00053E67">
      <w:pPr>
        <w:spacing w:after="0" w:line="240" w:lineRule="auto"/>
        <w:rPr>
          <w:sz w:val="28"/>
          <w:szCs w:val="28"/>
          <w:lang w:val="ru-RU"/>
        </w:rPr>
      </w:pPr>
      <w:r>
        <w:rPr>
          <w:sz w:val="28"/>
          <w:szCs w:val="28"/>
          <w:lang w:val="ru-RU"/>
        </w:rPr>
        <w:t>Глава</w:t>
      </w:r>
      <w:r w:rsidRPr="002E7D98">
        <w:rPr>
          <w:sz w:val="28"/>
          <w:szCs w:val="28"/>
          <w:lang w:val="ru-RU"/>
        </w:rPr>
        <w:t xml:space="preserve"> </w:t>
      </w:r>
    </w:p>
    <w:p w:rsidR="00053E67" w:rsidRDefault="00053E67" w:rsidP="00053E67">
      <w:pPr>
        <w:spacing w:after="0" w:line="240" w:lineRule="auto"/>
        <w:rPr>
          <w:sz w:val="28"/>
          <w:szCs w:val="28"/>
          <w:lang w:val="ru-RU"/>
        </w:rPr>
      </w:pPr>
      <w:r w:rsidRPr="002E7D98">
        <w:rPr>
          <w:sz w:val="28"/>
          <w:szCs w:val="28"/>
          <w:lang w:val="ru-RU"/>
        </w:rPr>
        <w:t>Новоджерелиевского</w:t>
      </w:r>
      <w:r>
        <w:rPr>
          <w:sz w:val="28"/>
          <w:szCs w:val="28"/>
          <w:lang w:val="ru-RU"/>
        </w:rPr>
        <w:t xml:space="preserve"> </w:t>
      </w:r>
      <w:r w:rsidRPr="002E7D98">
        <w:rPr>
          <w:sz w:val="28"/>
          <w:szCs w:val="28"/>
          <w:lang w:val="ru-RU"/>
        </w:rPr>
        <w:t>сельского поселения</w:t>
      </w:r>
    </w:p>
    <w:p w:rsidR="00053E67" w:rsidRPr="002E7D98" w:rsidRDefault="00053E67" w:rsidP="00053E67">
      <w:pPr>
        <w:spacing w:after="0" w:line="240" w:lineRule="auto"/>
        <w:rPr>
          <w:sz w:val="28"/>
          <w:szCs w:val="28"/>
          <w:lang w:val="ru-RU"/>
        </w:rPr>
      </w:pPr>
      <w:r w:rsidRPr="002E7D98">
        <w:rPr>
          <w:sz w:val="28"/>
          <w:szCs w:val="28"/>
          <w:lang w:val="ru-RU"/>
        </w:rPr>
        <w:t>Брюховецкого муниципального района</w:t>
      </w:r>
    </w:p>
    <w:p w:rsidR="00053E67" w:rsidRPr="002E7D98" w:rsidRDefault="00053E67" w:rsidP="00053E67">
      <w:pPr>
        <w:spacing w:after="0" w:line="240" w:lineRule="auto"/>
        <w:rPr>
          <w:sz w:val="28"/>
          <w:szCs w:val="28"/>
          <w:lang w:val="ru-RU"/>
        </w:rPr>
      </w:pPr>
      <w:r w:rsidRPr="002E7D98">
        <w:rPr>
          <w:sz w:val="28"/>
          <w:szCs w:val="28"/>
          <w:lang w:val="ru-RU"/>
        </w:rPr>
        <w:t>Краснодарского края</w:t>
      </w:r>
      <w:r>
        <w:rPr>
          <w:sz w:val="28"/>
          <w:szCs w:val="28"/>
          <w:lang w:val="ru-RU"/>
        </w:rPr>
        <w:t xml:space="preserve">                                                                           О.В. Ткаченко</w:t>
      </w: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AA41FC" w:rsidRDefault="00AA41FC" w:rsidP="00053E67">
      <w:pPr>
        <w:spacing w:after="0" w:line="240" w:lineRule="auto"/>
        <w:ind w:firstLine="5103"/>
        <w:rPr>
          <w:sz w:val="28"/>
          <w:szCs w:val="28"/>
          <w:lang w:val="ru-RU"/>
        </w:rPr>
        <w:sectPr w:rsidR="00AA41FC" w:rsidSect="00AA41FC">
          <w:pgSz w:w="12240" w:h="15840"/>
          <w:pgMar w:top="1134" w:right="567" w:bottom="1134" w:left="1701" w:header="709" w:footer="709" w:gutter="0"/>
          <w:pgNumType w:start="1"/>
          <w:cols w:space="720"/>
          <w:titlePg/>
          <w:docGrid w:linePitch="360"/>
        </w:sectPr>
      </w:pPr>
    </w:p>
    <w:p w:rsidR="00053E67" w:rsidRPr="002E7D98" w:rsidRDefault="00053E67" w:rsidP="00053E67">
      <w:pPr>
        <w:spacing w:after="0" w:line="240" w:lineRule="auto"/>
        <w:ind w:firstLine="5103"/>
        <w:rPr>
          <w:sz w:val="28"/>
          <w:szCs w:val="28"/>
          <w:lang w:val="ru-RU"/>
        </w:rPr>
      </w:pPr>
      <w:r w:rsidRPr="002E7D98">
        <w:rPr>
          <w:sz w:val="28"/>
          <w:szCs w:val="28"/>
          <w:lang w:val="ru-RU"/>
        </w:rPr>
        <w:lastRenderedPageBreak/>
        <w:t xml:space="preserve">ПРИЛОЖЕНИЕ </w:t>
      </w:r>
      <w:r>
        <w:rPr>
          <w:sz w:val="28"/>
          <w:szCs w:val="28"/>
          <w:lang w:val="ru-RU"/>
        </w:rPr>
        <w:t>№ 5</w:t>
      </w:r>
    </w:p>
    <w:p w:rsidR="00053E67" w:rsidRPr="002E7D98" w:rsidRDefault="00053E67" w:rsidP="00053E67">
      <w:pPr>
        <w:spacing w:after="0" w:line="240" w:lineRule="auto"/>
        <w:ind w:firstLine="5103"/>
        <w:rPr>
          <w:sz w:val="28"/>
          <w:szCs w:val="28"/>
          <w:lang w:val="ru-RU"/>
        </w:rPr>
      </w:pPr>
      <w:r w:rsidRPr="002E7D98">
        <w:rPr>
          <w:sz w:val="28"/>
          <w:szCs w:val="28"/>
          <w:lang w:val="ru-RU"/>
        </w:rPr>
        <w:t>к административному регламенту</w:t>
      </w:r>
    </w:p>
    <w:p w:rsidR="00053E67" w:rsidRPr="002E7D98" w:rsidRDefault="00053E67" w:rsidP="00053E67">
      <w:pPr>
        <w:spacing w:after="0" w:line="240" w:lineRule="auto"/>
        <w:ind w:firstLine="5103"/>
        <w:rPr>
          <w:sz w:val="28"/>
          <w:szCs w:val="28"/>
          <w:lang w:val="ru-RU"/>
        </w:rPr>
      </w:pPr>
      <w:r w:rsidRPr="002E7D98">
        <w:rPr>
          <w:sz w:val="28"/>
          <w:szCs w:val="28"/>
          <w:lang w:val="ru-RU"/>
        </w:rPr>
        <w:t>предоставления администрацией</w:t>
      </w:r>
    </w:p>
    <w:p w:rsidR="00053E67" w:rsidRDefault="00053E67" w:rsidP="00053E67">
      <w:pPr>
        <w:spacing w:after="0" w:line="240" w:lineRule="auto"/>
        <w:ind w:firstLine="5103"/>
        <w:rPr>
          <w:sz w:val="28"/>
          <w:szCs w:val="28"/>
          <w:lang w:val="ru-RU"/>
        </w:rPr>
      </w:pPr>
      <w:r w:rsidRPr="002E7D98">
        <w:rPr>
          <w:sz w:val="28"/>
          <w:szCs w:val="28"/>
          <w:lang w:val="ru-RU"/>
        </w:rPr>
        <w:t>Новоджерелиевского сельского</w:t>
      </w:r>
    </w:p>
    <w:p w:rsidR="00053E67" w:rsidRDefault="00053E67" w:rsidP="00053E67">
      <w:pPr>
        <w:spacing w:after="0" w:line="240" w:lineRule="auto"/>
        <w:ind w:firstLine="5103"/>
        <w:rPr>
          <w:sz w:val="28"/>
          <w:szCs w:val="28"/>
          <w:lang w:val="ru-RU"/>
        </w:rPr>
      </w:pPr>
      <w:r>
        <w:rPr>
          <w:sz w:val="28"/>
          <w:szCs w:val="28"/>
          <w:lang w:val="ru-RU"/>
        </w:rPr>
        <w:t>п</w:t>
      </w:r>
      <w:r w:rsidRPr="002E7D98">
        <w:rPr>
          <w:sz w:val="28"/>
          <w:szCs w:val="28"/>
          <w:lang w:val="ru-RU"/>
        </w:rPr>
        <w:t>оселения</w:t>
      </w:r>
      <w:r>
        <w:rPr>
          <w:sz w:val="28"/>
          <w:szCs w:val="28"/>
          <w:lang w:val="ru-RU"/>
        </w:rPr>
        <w:t xml:space="preserve"> Брюховецкого</w:t>
      </w:r>
    </w:p>
    <w:p w:rsidR="00053E67" w:rsidRPr="002E7D98" w:rsidRDefault="00053E67" w:rsidP="00053E67">
      <w:pPr>
        <w:spacing w:after="0" w:line="240" w:lineRule="auto"/>
        <w:ind w:firstLine="5103"/>
        <w:rPr>
          <w:sz w:val="28"/>
          <w:szCs w:val="28"/>
          <w:lang w:val="ru-RU"/>
        </w:rPr>
      </w:pPr>
      <w:r w:rsidRPr="002E7D98">
        <w:rPr>
          <w:sz w:val="28"/>
          <w:szCs w:val="28"/>
          <w:lang w:val="ru-RU"/>
        </w:rPr>
        <w:t>муниципального района</w:t>
      </w:r>
    </w:p>
    <w:p w:rsidR="00053E67" w:rsidRPr="002E7D98" w:rsidRDefault="00053E67" w:rsidP="00053E67">
      <w:pPr>
        <w:spacing w:after="0" w:line="240" w:lineRule="auto"/>
        <w:ind w:firstLine="5103"/>
        <w:rPr>
          <w:sz w:val="28"/>
          <w:szCs w:val="28"/>
          <w:lang w:val="ru-RU"/>
        </w:rPr>
      </w:pPr>
      <w:r w:rsidRPr="002E7D98">
        <w:rPr>
          <w:sz w:val="28"/>
          <w:szCs w:val="28"/>
          <w:lang w:val="ru-RU"/>
        </w:rPr>
        <w:t>Краснодарского края муниципальной</w:t>
      </w:r>
    </w:p>
    <w:p w:rsidR="001A55FF" w:rsidRDefault="00053E67" w:rsidP="001A55FF">
      <w:pPr>
        <w:spacing w:after="0" w:line="240" w:lineRule="auto"/>
        <w:ind w:firstLine="5103"/>
        <w:rPr>
          <w:sz w:val="28"/>
          <w:szCs w:val="28"/>
          <w:lang w:val="ru-RU"/>
        </w:rPr>
      </w:pPr>
      <w:r w:rsidRPr="002E7D98">
        <w:rPr>
          <w:sz w:val="28"/>
          <w:szCs w:val="28"/>
          <w:lang w:val="ru-RU"/>
        </w:rPr>
        <w:t xml:space="preserve">услуги </w:t>
      </w:r>
      <w:r>
        <w:rPr>
          <w:sz w:val="28"/>
          <w:szCs w:val="28"/>
          <w:lang w:val="ru-RU"/>
        </w:rPr>
        <w:t>«</w:t>
      </w:r>
      <w:r w:rsidR="001A55FF" w:rsidRPr="002E7D98">
        <w:rPr>
          <w:sz w:val="28"/>
          <w:szCs w:val="28"/>
          <w:lang w:val="ru-RU"/>
        </w:rPr>
        <w:t>Присвоение, изменение и</w:t>
      </w:r>
    </w:p>
    <w:p w:rsidR="001A55FF" w:rsidRPr="002E7D98" w:rsidRDefault="001A55FF" w:rsidP="001A55FF">
      <w:pPr>
        <w:spacing w:after="0" w:line="240" w:lineRule="auto"/>
        <w:ind w:firstLine="5103"/>
        <w:rPr>
          <w:sz w:val="28"/>
          <w:szCs w:val="28"/>
          <w:lang w:val="ru-RU"/>
        </w:rPr>
      </w:pPr>
      <w:r w:rsidRPr="002E7D98">
        <w:rPr>
          <w:sz w:val="28"/>
          <w:szCs w:val="28"/>
          <w:lang w:val="ru-RU"/>
        </w:rPr>
        <w:t>аннулирование</w:t>
      </w:r>
      <w:r>
        <w:rPr>
          <w:sz w:val="28"/>
          <w:szCs w:val="28"/>
          <w:lang w:val="ru-RU"/>
        </w:rPr>
        <w:t xml:space="preserve"> адресов»</w:t>
      </w:r>
    </w:p>
    <w:p w:rsidR="00053E67" w:rsidRDefault="00053E67" w:rsidP="001A55FF">
      <w:pPr>
        <w:spacing w:after="0" w:line="240" w:lineRule="auto"/>
        <w:ind w:firstLine="5103"/>
        <w:rPr>
          <w:sz w:val="28"/>
          <w:szCs w:val="28"/>
          <w:lang w:val="ru-RU"/>
        </w:rPr>
      </w:pPr>
    </w:p>
    <w:p w:rsidR="00053E67" w:rsidRDefault="00053E67" w:rsidP="002E7D98">
      <w:pPr>
        <w:spacing w:after="0" w:line="240" w:lineRule="auto"/>
        <w:rPr>
          <w:sz w:val="28"/>
          <w:szCs w:val="28"/>
          <w:lang w:val="ru-RU"/>
        </w:rPr>
      </w:pPr>
    </w:p>
    <w:p w:rsidR="0077411A" w:rsidRPr="00053E67" w:rsidRDefault="008B2948" w:rsidP="00053E67">
      <w:pPr>
        <w:spacing w:after="0" w:line="240" w:lineRule="auto"/>
        <w:jc w:val="center"/>
        <w:rPr>
          <w:b/>
          <w:sz w:val="28"/>
          <w:szCs w:val="28"/>
          <w:lang w:val="ru-RU"/>
        </w:rPr>
      </w:pPr>
      <w:r w:rsidRPr="00053E67">
        <w:rPr>
          <w:b/>
          <w:sz w:val="28"/>
          <w:szCs w:val="28"/>
          <w:lang w:val="ru-RU"/>
        </w:rPr>
        <w:t xml:space="preserve">Перечень оснований для отказа в предоставлении муниципальной услуги </w:t>
      </w:r>
      <w:r w:rsidR="00053E67">
        <w:rPr>
          <w:b/>
          <w:sz w:val="28"/>
          <w:szCs w:val="28"/>
          <w:lang w:val="ru-RU"/>
        </w:rPr>
        <w:t>«</w:t>
      </w:r>
      <w:r w:rsidRPr="00053E67">
        <w:rPr>
          <w:b/>
          <w:sz w:val="28"/>
          <w:szCs w:val="28"/>
          <w:lang w:val="ru-RU"/>
        </w:rPr>
        <w:t>Присвоение, изменение и аннулирование адресов</w:t>
      </w:r>
      <w:r w:rsidR="00053E67">
        <w:rPr>
          <w:b/>
          <w:sz w:val="28"/>
          <w:szCs w:val="28"/>
          <w:lang w:val="ru-RU"/>
        </w:rPr>
        <w:t>»</w:t>
      </w:r>
    </w:p>
    <w:p w:rsidR="00053E67" w:rsidRDefault="00053E67" w:rsidP="002E7D98">
      <w:pPr>
        <w:spacing w:after="0" w:line="240" w:lineRule="auto"/>
        <w:rPr>
          <w:sz w:val="28"/>
          <w:szCs w:val="28"/>
          <w:lang w:val="ru-RU"/>
        </w:rPr>
      </w:pPr>
    </w:p>
    <w:p w:rsidR="00053E67" w:rsidRPr="002E7D98" w:rsidRDefault="00053E67" w:rsidP="00053E67">
      <w:pPr>
        <w:spacing w:after="0" w:line="240" w:lineRule="auto"/>
        <w:jc w:val="right"/>
        <w:rPr>
          <w:sz w:val="28"/>
          <w:szCs w:val="28"/>
          <w:lang w:val="ru-RU"/>
        </w:rPr>
      </w:pPr>
      <w:r w:rsidRPr="002E7D98">
        <w:rPr>
          <w:sz w:val="28"/>
          <w:szCs w:val="28"/>
          <w:lang w:val="ru-RU"/>
        </w:rPr>
        <w:t>Таблица № 1</w:t>
      </w:r>
    </w:p>
    <w:p w:rsidR="00053E67" w:rsidRDefault="00053E67" w:rsidP="00053E67">
      <w:pPr>
        <w:spacing w:after="0" w:line="240" w:lineRule="auto"/>
        <w:jc w:val="right"/>
        <w:rPr>
          <w:sz w:val="28"/>
          <w:szCs w:val="28"/>
          <w:lang w:val="ru-RU"/>
        </w:rPr>
      </w:pPr>
    </w:p>
    <w:p w:rsidR="0077411A" w:rsidRPr="002E7D98" w:rsidRDefault="005C7C30" w:rsidP="00053E6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firstLine="567"/>
        <w:jc w:val="both"/>
        <w:rPr>
          <w:sz w:val="28"/>
          <w:szCs w:val="28"/>
          <w:lang w:val="ru-RU"/>
        </w:rPr>
      </w:pPr>
      <w:r>
        <w:rPr>
          <w:sz w:val="28"/>
          <w:szCs w:val="28"/>
          <w:lang w:val="ru-RU"/>
        </w:rPr>
        <w:t xml:space="preserve">1. </w:t>
      </w:r>
      <w:r w:rsidR="008B2948" w:rsidRPr="002E7D98">
        <w:rPr>
          <w:sz w:val="28"/>
          <w:szCs w:val="28"/>
          <w:lang w:val="ru-RU"/>
        </w:rPr>
        <w:t>Несоответствие представленных документов требованиям, установленным законодательством Российской Федерации</w:t>
      </w:r>
      <w:r w:rsidR="00053E67">
        <w:rPr>
          <w:sz w:val="28"/>
          <w:szCs w:val="28"/>
          <w:lang w:val="ru-RU"/>
        </w:rPr>
        <w:t>.</w:t>
      </w:r>
    </w:p>
    <w:p w:rsidR="0077411A" w:rsidRPr="002E7D98" w:rsidRDefault="005C7C30" w:rsidP="00053E6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firstLine="567"/>
        <w:jc w:val="both"/>
        <w:rPr>
          <w:sz w:val="28"/>
          <w:szCs w:val="28"/>
          <w:lang w:val="ru-RU"/>
        </w:rPr>
      </w:pPr>
      <w:r>
        <w:rPr>
          <w:sz w:val="28"/>
          <w:szCs w:val="28"/>
          <w:lang w:val="ru-RU"/>
        </w:rPr>
        <w:t xml:space="preserve">2. </w:t>
      </w:r>
      <w:r w:rsidR="008B2948" w:rsidRPr="002E7D98">
        <w:rPr>
          <w:sz w:val="28"/>
          <w:szCs w:val="28"/>
          <w:lang w:val="ru-RU"/>
        </w:rPr>
        <w:t>Выявление в представленных документах недостоверных сведений</w:t>
      </w:r>
      <w:r w:rsidR="00053E67">
        <w:rPr>
          <w:sz w:val="28"/>
          <w:szCs w:val="28"/>
          <w:lang w:val="ru-RU"/>
        </w:rPr>
        <w:t>.</w:t>
      </w:r>
    </w:p>
    <w:p w:rsidR="0077411A" w:rsidRPr="002E7D98" w:rsidRDefault="005C7C30" w:rsidP="00053E6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firstLine="567"/>
        <w:jc w:val="both"/>
        <w:rPr>
          <w:sz w:val="28"/>
          <w:szCs w:val="28"/>
          <w:lang w:val="ru-RU"/>
        </w:rPr>
      </w:pPr>
      <w:r>
        <w:rPr>
          <w:sz w:val="28"/>
          <w:szCs w:val="28"/>
          <w:lang w:val="ru-RU"/>
        </w:rPr>
        <w:t xml:space="preserve">3. </w:t>
      </w:r>
      <w:r w:rsidR="008B2948" w:rsidRPr="002E7D98">
        <w:rPr>
          <w:sz w:val="28"/>
          <w:szCs w:val="28"/>
          <w:lang w:val="ru-RU"/>
        </w:rPr>
        <w:t>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r w:rsidR="00053E67">
        <w:rPr>
          <w:sz w:val="28"/>
          <w:szCs w:val="28"/>
          <w:lang w:val="ru-RU"/>
        </w:rPr>
        <w:t>.</w:t>
      </w:r>
    </w:p>
    <w:p w:rsidR="0077411A" w:rsidRPr="002E7D98" w:rsidRDefault="005C7C30" w:rsidP="00053E6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firstLine="567"/>
        <w:jc w:val="both"/>
        <w:rPr>
          <w:sz w:val="28"/>
          <w:szCs w:val="28"/>
          <w:lang w:val="ru-RU"/>
        </w:rPr>
      </w:pPr>
      <w:r>
        <w:rPr>
          <w:sz w:val="28"/>
          <w:szCs w:val="28"/>
          <w:lang w:val="ru-RU"/>
        </w:rPr>
        <w:t xml:space="preserve">4. </w:t>
      </w:r>
      <w:r w:rsidR="008B2948" w:rsidRPr="002E7D98">
        <w:rPr>
          <w:sz w:val="28"/>
          <w:szCs w:val="28"/>
          <w:lang w:val="ru-RU"/>
        </w:rPr>
        <w:t>Ответ на межведомственный запрос свидетельствует об отсутствии документов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r w:rsidR="00053E67">
        <w:rPr>
          <w:sz w:val="28"/>
          <w:szCs w:val="28"/>
          <w:lang w:val="ru-RU"/>
        </w:rPr>
        <w:t>.</w:t>
      </w:r>
    </w:p>
    <w:p w:rsidR="0077411A" w:rsidRPr="002E7D98" w:rsidRDefault="005C7C30" w:rsidP="00053E6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firstLine="567"/>
        <w:jc w:val="both"/>
        <w:rPr>
          <w:sz w:val="28"/>
          <w:szCs w:val="28"/>
          <w:lang w:val="ru-RU"/>
        </w:rPr>
      </w:pPr>
      <w:r>
        <w:rPr>
          <w:sz w:val="28"/>
          <w:szCs w:val="28"/>
          <w:lang w:val="ru-RU"/>
        </w:rPr>
        <w:t xml:space="preserve">5. </w:t>
      </w:r>
      <w:r w:rsidR="008B2948" w:rsidRPr="002E7D98">
        <w:rPr>
          <w:sz w:val="28"/>
          <w:szCs w:val="28"/>
          <w:lang w:val="ru-RU"/>
        </w:rPr>
        <w:t>С заявлением о присвоении объекту адресации адреса обратилось лицо, не указанное в пунктах 27 и 29 Правил присвоения, изменения, аннулирования адресов</w:t>
      </w:r>
      <w:r w:rsidR="00053E67">
        <w:rPr>
          <w:sz w:val="28"/>
          <w:szCs w:val="28"/>
          <w:lang w:val="ru-RU"/>
        </w:rPr>
        <w:t>.</w:t>
      </w:r>
    </w:p>
    <w:p w:rsidR="0077411A" w:rsidRPr="002E7D98" w:rsidRDefault="005C7C30" w:rsidP="00053E6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firstLine="567"/>
        <w:jc w:val="both"/>
        <w:rPr>
          <w:sz w:val="28"/>
          <w:szCs w:val="28"/>
          <w:lang w:val="ru-RU"/>
        </w:rPr>
      </w:pPr>
      <w:r>
        <w:rPr>
          <w:sz w:val="28"/>
          <w:szCs w:val="28"/>
          <w:lang w:val="ru-RU"/>
        </w:rPr>
        <w:t xml:space="preserve">6. </w:t>
      </w:r>
      <w:r w:rsidR="008B2948" w:rsidRPr="002E7D98">
        <w:rPr>
          <w:sz w:val="28"/>
          <w:szCs w:val="28"/>
          <w:lang w:val="ru-RU"/>
        </w:rPr>
        <w:t>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аннулирования адресов</w:t>
      </w:r>
      <w:r w:rsidR="00053E67">
        <w:rPr>
          <w:sz w:val="28"/>
          <w:szCs w:val="28"/>
          <w:lang w:val="ru-RU"/>
        </w:rPr>
        <w:t>.</w:t>
      </w:r>
    </w:p>
    <w:p w:rsidR="0077411A" w:rsidRPr="002E7D98" w:rsidRDefault="005C7C30" w:rsidP="00053E6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firstLine="567"/>
        <w:jc w:val="both"/>
        <w:rPr>
          <w:sz w:val="28"/>
          <w:szCs w:val="28"/>
          <w:lang w:val="ru-RU"/>
        </w:rPr>
      </w:pPr>
      <w:r>
        <w:rPr>
          <w:sz w:val="28"/>
          <w:szCs w:val="28"/>
          <w:lang w:val="ru-RU"/>
        </w:rPr>
        <w:t xml:space="preserve">7. </w:t>
      </w:r>
      <w:r w:rsidR="008B2948" w:rsidRPr="002E7D98">
        <w:rPr>
          <w:sz w:val="28"/>
          <w:szCs w:val="28"/>
          <w:lang w:val="ru-RU"/>
        </w:rPr>
        <w:t>Обращение (в письменном виде) заявителя с просьбой о прекращении муниципальной услуги</w:t>
      </w:r>
      <w:r w:rsidR="00053E67">
        <w:rPr>
          <w:sz w:val="28"/>
          <w:szCs w:val="28"/>
          <w:lang w:val="ru-RU"/>
        </w:rPr>
        <w:t>.</w:t>
      </w:r>
    </w:p>
    <w:p w:rsidR="00053E67" w:rsidRDefault="00053E67" w:rsidP="002E7D98">
      <w:pPr>
        <w:spacing w:after="0" w:line="240" w:lineRule="auto"/>
        <w:rPr>
          <w:sz w:val="28"/>
          <w:szCs w:val="28"/>
          <w:lang w:val="ru-RU"/>
        </w:rPr>
      </w:pPr>
    </w:p>
    <w:p w:rsidR="0077411A" w:rsidRPr="002E7D98" w:rsidRDefault="008B2948" w:rsidP="00053E67">
      <w:pPr>
        <w:spacing w:after="0" w:line="240" w:lineRule="auto"/>
        <w:jc w:val="center"/>
        <w:rPr>
          <w:sz w:val="28"/>
          <w:szCs w:val="28"/>
          <w:lang w:val="ru-RU"/>
        </w:rPr>
      </w:pPr>
      <w:r w:rsidRPr="002E7D98">
        <w:rPr>
          <w:sz w:val="28"/>
          <w:szCs w:val="28"/>
          <w:lang w:val="ru-RU"/>
        </w:rPr>
        <w:t>Перечень оснований для отказа в исправлении допущенных опечаток и ошибок в ранее выданных документах в результате предоставления муниципальной услуги</w:t>
      </w:r>
    </w:p>
    <w:p w:rsidR="00053E67" w:rsidRDefault="00053E67" w:rsidP="00053E67">
      <w:pPr>
        <w:spacing w:after="0" w:line="240" w:lineRule="auto"/>
        <w:jc w:val="center"/>
        <w:rPr>
          <w:sz w:val="28"/>
          <w:szCs w:val="28"/>
          <w:lang w:val="ru-RU"/>
        </w:rPr>
      </w:pPr>
    </w:p>
    <w:p w:rsidR="00053E67" w:rsidRPr="002E7D98" w:rsidRDefault="00053E67" w:rsidP="00053E67">
      <w:pPr>
        <w:spacing w:after="0" w:line="240" w:lineRule="auto"/>
        <w:jc w:val="right"/>
        <w:rPr>
          <w:sz w:val="28"/>
          <w:szCs w:val="28"/>
          <w:lang w:val="ru-RU"/>
        </w:rPr>
      </w:pPr>
      <w:r w:rsidRPr="002E7D98">
        <w:rPr>
          <w:sz w:val="28"/>
          <w:szCs w:val="28"/>
          <w:lang w:val="ru-RU"/>
        </w:rPr>
        <w:t>Таблица № 2</w:t>
      </w:r>
    </w:p>
    <w:p w:rsidR="0077411A" w:rsidRPr="002E7D98" w:rsidRDefault="005C7C30" w:rsidP="00053E6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firstLine="567"/>
        <w:rPr>
          <w:sz w:val="28"/>
          <w:szCs w:val="28"/>
          <w:lang w:val="ru-RU"/>
        </w:rPr>
      </w:pPr>
      <w:r>
        <w:rPr>
          <w:sz w:val="28"/>
          <w:szCs w:val="28"/>
          <w:lang w:val="ru-RU"/>
        </w:rPr>
        <w:lastRenderedPageBreak/>
        <w:t xml:space="preserve">1. </w:t>
      </w:r>
      <w:r w:rsidR="008B2948" w:rsidRPr="002E7D98">
        <w:rPr>
          <w:sz w:val="28"/>
          <w:szCs w:val="28"/>
          <w:lang w:val="ru-RU"/>
        </w:rPr>
        <w:t>Несоответствие представленных документов требованиям, установленным законодательством Российской Федерации</w:t>
      </w:r>
      <w:r>
        <w:rPr>
          <w:sz w:val="28"/>
          <w:szCs w:val="28"/>
          <w:lang w:val="ru-RU"/>
        </w:rPr>
        <w:t>.</w:t>
      </w:r>
    </w:p>
    <w:p w:rsidR="0077411A" w:rsidRPr="002E7D98" w:rsidRDefault="005C7C30" w:rsidP="00053E6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firstLine="567"/>
        <w:rPr>
          <w:sz w:val="28"/>
          <w:szCs w:val="28"/>
          <w:lang w:val="ru-RU"/>
        </w:rPr>
      </w:pPr>
      <w:r>
        <w:rPr>
          <w:sz w:val="28"/>
          <w:szCs w:val="28"/>
          <w:lang w:val="ru-RU"/>
        </w:rPr>
        <w:t xml:space="preserve">2. </w:t>
      </w:r>
      <w:r w:rsidR="008B2948" w:rsidRPr="002E7D98">
        <w:rPr>
          <w:sz w:val="28"/>
          <w:szCs w:val="28"/>
          <w:lang w:val="ru-RU"/>
        </w:rPr>
        <w:t>Выявление в представленных документах недостоверных сведений</w:t>
      </w:r>
      <w:r>
        <w:rPr>
          <w:sz w:val="28"/>
          <w:szCs w:val="28"/>
          <w:lang w:val="ru-RU"/>
        </w:rPr>
        <w:t>.</w:t>
      </w:r>
    </w:p>
    <w:p w:rsidR="0077411A" w:rsidRPr="002E7D98" w:rsidRDefault="005C7C30" w:rsidP="00053E6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firstLine="567"/>
        <w:rPr>
          <w:sz w:val="28"/>
          <w:szCs w:val="28"/>
          <w:lang w:val="ru-RU"/>
        </w:rPr>
      </w:pPr>
      <w:r>
        <w:rPr>
          <w:sz w:val="28"/>
          <w:szCs w:val="28"/>
          <w:lang w:val="ru-RU"/>
        </w:rPr>
        <w:t xml:space="preserve">3. </w:t>
      </w:r>
      <w:r w:rsidR="008B2948" w:rsidRPr="002E7D98">
        <w:rPr>
          <w:sz w:val="28"/>
          <w:szCs w:val="28"/>
          <w:lang w:val="ru-RU"/>
        </w:rPr>
        <w:t>Отсутствие допущенных опечаток и ошибок в выданных в результате предоставления муниципальной услуги документах</w:t>
      </w:r>
      <w:r>
        <w:rPr>
          <w:sz w:val="28"/>
          <w:szCs w:val="28"/>
          <w:lang w:val="ru-RU"/>
        </w:rPr>
        <w:t>.</w:t>
      </w:r>
    </w:p>
    <w:p w:rsidR="00053E67" w:rsidRDefault="00053E67" w:rsidP="002E7D98">
      <w:pPr>
        <w:spacing w:after="0" w:line="240" w:lineRule="auto"/>
        <w:rPr>
          <w:sz w:val="28"/>
          <w:szCs w:val="28"/>
          <w:lang w:val="ru-RU"/>
        </w:rPr>
      </w:pPr>
    </w:p>
    <w:p w:rsidR="0077411A" w:rsidRPr="002E7D98" w:rsidRDefault="008B2948" w:rsidP="00053E67">
      <w:pPr>
        <w:spacing w:after="0" w:line="240" w:lineRule="auto"/>
        <w:jc w:val="center"/>
        <w:rPr>
          <w:sz w:val="28"/>
          <w:szCs w:val="28"/>
          <w:lang w:val="ru-RU"/>
        </w:rPr>
      </w:pPr>
      <w:r w:rsidRPr="002E7D98">
        <w:rPr>
          <w:sz w:val="28"/>
          <w:szCs w:val="28"/>
          <w:lang w:val="ru-RU"/>
        </w:rPr>
        <w:t>Перечень оснований для отказа в выдаче дубликата документа, ранее выданного по результатам предоставления муниципальной услуги</w:t>
      </w:r>
    </w:p>
    <w:p w:rsidR="00053E67" w:rsidRDefault="00053E67" w:rsidP="00053E67">
      <w:pPr>
        <w:spacing w:after="0" w:line="240" w:lineRule="auto"/>
        <w:jc w:val="right"/>
        <w:rPr>
          <w:sz w:val="28"/>
          <w:szCs w:val="28"/>
          <w:lang w:val="ru-RU"/>
        </w:rPr>
      </w:pPr>
    </w:p>
    <w:p w:rsidR="00053E67" w:rsidRPr="00053E67" w:rsidRDefault="00053E67" w:rsidP="00053E67">
      <w:pPr>
        <w:spacing w:after="0" w:line="240" w:lineRule="auto"/>
        <w:jc w:val="right"/>
        <w:rPr>
          <w:sz w:val="28"/>
          <w:szCs w:val="28"/>
          <w:lang w:val="ru-RU"/>
        </w:rPr>
      </w:pPr>
      <w:r w:rsidRPr="00053E67">
        <w:rPr>
          <w:sz w:val="28"/>
          <w:szCs w:val="28"/>
          <w:lang w:val="ru-RU"/>
        </w:rPr>
        <w:t>Таблица № 3</w:t>
      </w:r>
    </w:p>
    <w:p w:rsidR="00053E67" w:rsidRPr="00053E67" w:rsidRDefault="00053E67" w:rsidP="00053E67">
      <w:pPr>
        <w:pStyle w:val="aff9"/>
        <w:rPr>
          <w:sz w:val="28"/>
          <w:szCs w:val="28"/>
        </w:rPr>
      </w:pPr>
    </w:p>
    <w:tbl>
      <w:tblPr>
        <w:tblW w:w="9933" w:type="dxa"/>
        <w:tblLayout w:type="fixed"/>
        <w:tblCellMar>
          <w:left w:w="10" w:type="dxa"/>
          <w:right w:w="10" w:type="dxa"/>
        </w:tblCellMar>
        <w:tblLook w:val="04A0" w:firstRow="1" w:lastRow="0" w:firstColumn="1" w:lastColumn="0" w:noHBand="0" w:noVBand="1"/>
      </w:tblPr>
      <w:tblGrid>
        <w:gridCol w:w="1003"/>
        <w:gridCol w:w="8930"/>
      </w:tblGrid>
      <w:tr w:rsidR="00053E67" w:rsidRPr="00AA41FC" w:rsidTr="005C7C30">
        <w:tc>
          <w:tcPr>
            <w:tcW w:w="1003" w:type="dxa"/>
            <w:tcBorders>
              <w:top w:val="single" w:sz="2" w:space="0" w:color="000000"/>
              <w:left w:val="single" w:sz="2" w:space="0" w:color="000000"/>
              <w:bottom w:val="single" w:sz="2" w:space="0" w:color="000000"/>
              <w:right w:val="single" w:sz="2" w:space="0" w:color="000000"/>
            </w:tcBorders>
          </w:tcPr>
          <w:p w:rsidR="00053E67" w:rsidRPr="00053E67" w:rsidRDefault="00053E67" w:rsidP="00641282">
            <w:pPr>
              <w:pStyle w:val="aff9"/>
              <w:ind w:firstLine="567"/>
              <w:rPr>
                <w:sz w:val="28"/>
                <w:szCs w:val="28"/>
              </w:rPr>
            </w:pPr>
            <w:r w:rsidRPr="00053E67">
              <w:rPr>
                <w:sz w:val="28"/>
                <w:szCs w:val="28"/>
              </w:rPr>
              <w:t>1</w:t>
            </w:r>
          </w:p>
        </w:tc>
        <w:tc>
          <w:tcPr>
            <w:tcW w:w="8930" w:type="dxa"/>
            <w:tcBorders>
              <w:top w:val="single" w:sz="2" w:space="0" w:color="000000"/>
              <w:bottom w:val="single" w:sz="2" w:space="0" w:color="000000"/>
              <w:right w:val="single" w:sz="2" w:space="0" w:color="000000"/>
            </w:tcBorders>
          </w:tcPr>
          <w:p w:rsidR="00053E67" w:rsidRPr="00053E67" w:rsidRDefault="00053E67" w:rsidP="00053E67">
            <w:pPr>
              <w:pStyle w:val="aff9"/>
              <w:ind w:left="145" w:right="149" w:firstLine="422"/>
              <w:rPr>
                <w:sz w:val="28"/>
                <w:szCs w:val="28"/>
              </w:rPr>
            </w:pPr>
            <w:r w:rsidRPr="00053E67">
              <w:rPr>
                <w:sz w:val="28"/>
                <w:szCs w:val="28"/>
              </w:rPr>
              <w:t>Несоответствие представленных документов требованиям, установленным законодательством Российской Федерации</w:t>
            </w:r>
          </w:p>
        </w:tc>
      </w:tr>
      <w:tr w:rsidR="00053E67" w:rsidRPr="00AA41FC" w:rsidTr="005C7C30">
        <w:tc>
          <w:tcPr>
            <w:tcW w:w="1003" w:type="dxa"/>
            <w:tcBorders>
              <w:left w:val="single" w:sz="2" w:space="0" w:color="000000"/>
              <w:bottom w:val="single" w:sz="2" w:space="0" w:color="000000"/>
              <w:right w:val="single" w:sz="2" w:space="0" w:color="000000"/>
            </w:tcBorders>
          </w:tcPr>
          <w:p w:rsidR="00053E67" w:rsidRPr="00053E67" w:rsidRDefault="00053E67" w:rsidP="00641282">
            <w:pPr>
              <w:pStyle w:val="aff9"/>
              <w:ind w:firstLine="567"/>
              <w:rPr>
                <w:sz w:val="28"/>
                <w:szCs w:val="28"/>
              </w:rPr>
            </w:pPr>
            <w:r w:rsidRPr="00053E67">
              <w:rPr>
                <w:sz w:val="28"/>
                <w:szCs w:val="28"/>
              </w:rPr>
              <w:t>2</w:t>
            </w:r>
          </w:p>
        </w:tc>
        <w:tc>
          <w:tcPr>
            <w:tcW w:w="8930" w:type="dxa"/>
            <w:tcBorders>
              <w:bottom w:val="single" w:sz="2" w:space="0" w:color="000000"/>
              <w:right w:val="single" w:sz="2" w:space="0" w:color="000000"/>
            </w:tcBorders>
          </w:tcPr>
          <w:p w:rsidR="00053E67" w:rsidRPr="00053E67" w:rsidRDefault="00053E67" w:rsidP="00053E67">
            <w:pPr>
              <w:pStyle w:val="aff9"/>
              <w:ind w:left="145" w:right="149" w:firstLine="422"/>
              <w:rPr>
                <w:sz w:val="28"/>
                <w:szCs w:val="28"/>
              </w:rPr>
            </w:pPr>
            <w:r w:rsidRPr="00053E67">
              <w:rPr>
                <w:sz w:val="28"/>
                <w:szCs w:val="28"/>
              </w:rPr>
              <w:t>Выявление в представленных документах недостоверных сведений</w:t>
            </w:r>
          </w:p>
        </w:tc>
      </w:tr>
      <w:tr w:rsidR="00053E67" w:rsidRPr="00AA41FC" w:rsidTr="005C7C30">
        <w:tc>
          <w:tcPr>
            <w:tcW w:w="1003" w:type="dxa"/>
            <w:tcBorders>
              <w:left w:val="single" w:sz="2" w:space="0" w:color="000000"/>
              <w:bottom w:val="single" w:sz="2" w:space="0" w:color="000000"/>
              <w:right w:val="single" w:sz="2" w:space="0" w:color="000000"/>
            </w:tcBorders>
          </w:tcPr>
          <w:p w:rsidR="00053E67" w:rsidRPr="00053E67" w:rsidRDefault="00053E67" w:rsidP="00641282">
            <w:pPr>
              <w:pStyle w:val="aff9"/>
              <w:ind w:firstLine="567"/>
              <w:rPr>
                <w:sz w:val="28"/>
                <w:szCs w:val="28"/>
              </w:rPr>
            </w:pPr>
            <w:r w:rsidRPr="00053E67">
              <w:rPr>
                <w:sz w:val="28"/>
                <w:szCs w:val="28"/>
              </w:rPr>
              <w:t>3</w:t>
            </w:r>
          </w:p>
        </w:tc>
        <w:tc>
          <w:tcPr>
            <w:tcW w:w="8930" w:type="dxa"/>
            <w:tcBorders>
              <w:bottom w:val="single" w:sz="2" w:space="0" w:color="000000"/>
              <w:right w:val="single" w:sz="2" w:space="0" w:color="000000"/>
            </w:tcBorders>
          </w:tcPr>
          <w:p w:rsidR="00053E67" w:rsidRPr="00053E67" w:rsidRDefault="00053E67" w:rsidP="00053E67">
            <w:pPr>
              <w:pStyle w:val="aff9"/>
              <w:ind w:left="145" w:right="149" w:firstLine="422"/>
              <w:rPr>
                <w:sz w:val="28"/>
                <w:szCs w:val="28"/>
              </w:rPr>
            </w:pPr>
            <w:r w:rsidRPr="00053E67">
              <w:rPr>
                <w:sz w:val="28"/>
                <w:szCs w:val="28"/>
              </w:rPr>
              <w:t>Отсутствие факта обращения заявителя за получением муниципальной услуги по результатам, которой выдан соответствующий документ</w:t>
            </w:r>
          </w:p>
        </w:tc>
      </w:tr>
      <w:tr w:rsidR="00053E67" w:rsidRPr="00AA41FC" w:rsidTr="005C7C30">
        <w:tc>
          <w:tcPr>
            <w:tcW w:w="1003" w:type="dxa"/>
            <w:tcBorders>
              <w:left w:val="single" w:sz="2" w:space="0" w:color="000000"/>
              <w:bottom w:val="single" w:sz="2" w:space="0" w:color="000000"/>
              <w:right w:val="single" w:sz="2" w:space="0" w:color="000000"/>
            </w:tcBorders>
          </w:tcPr>
          <w:p w:rsidR="00053E67" w:rsidRPr="00053E67" w:rsidRDefault="00053E67" w:rsidP="00641282">
            <w:pPr>
              <w:pStyle w:val="aff9"/>
              <w:ind w:firstLine="567"/>
              <w:rPr>
                <w:sz w:val="28"/>
                <w:szCs w:val="28"/>
              </w:rPr>
            </w:pPr>
            <w:r w:rsidRPr="00053E67">
              <w:rPr>
                <w:sz w:val="28"/>
                <w:szCs w:val="28"/>
              </w:rPr>
              <w:t>4</w:t>
            </w:r>
          </w:p>
        </w:tc>
        <w:tc>
          <w:tcPr>
            <w:tcW w:w="8930" w:type="dxa"/>
            <w:tcBorders>
              <w:bottom w:val="single" w:sz="2" w:space="0" w:color="000000"/>
              <w:right w:val="single" w:sz="2" w:space="0" w:color="000000"/>
            </w:tcBorders>
          </w:tcPr>
          <w:p w:rsidR="00053E67" w:rsidRPr="00053E67" w:rsidRDefault="00053E67" w:rsidP="00053E67">
            <w:pPr>
              <w:pStyle w:val="aff9"/>
              <w:ind w:left="145" w:right="149" w:firstLine="422"/>
              <w:rPr>
                <w:sz w:val="28"/>
                <w:szCs w:val="28"/>
              </w:rPr>
            </w:pPr>
            <w:r w:rsidRPr="00053E67">
              <w:rPr>
                <w:sz w:val="28"/>
                <w:szCs w:val="28"/>
              </w:rPr>
              <w:t>Отсутствие в запросе о выдаче дубликата информации, позволяющей идентифицировать ранее выданный документ</w:t>
            </w:r>
          </w:p>
        </w:tc>
      </w:tr>
    </w:tbl>
    <w:p w:rsidR="00053E67" w:rsidRDefault="00053E67" w:rsidP="002E7D98">
      <w:pPr>
        <w:spacing w:after="0" w:line="240" w:lineRule="auto"/>
        <w:rPr>
          <w:sz w:val="28"/>
          <w:szCs w:val="28"/>
          <w:lang w:val="ru-RU"/>
        </w:rPr>
      </w:pPr>
    </w:p>
    <w:p w:rsidR="00053E67" w:rsidRDefault="00053E67" w:rsidP="002E7D98">
      <w:pPr>
        <w:spacing w:after="0" w:line="240" w:lineRule="auto"/>
        <w:rPr>
          <w:sz w:val="28"/>
          <w:szCs w:val="28"/>
          <w:lang w:val="ru-RU"/>
        </w:rPr>
      </w:pPr>
    </w:p>
    <w:p w:rsidR="00053E67" w:rsidRDefault="00053E67" w:rsidP="002E7D98">
      <w:pPr>
        <w:spacing w:after="0" w:line="240" w:lineRule="auto"/>
        <w:rPr>
          <w:sz w:val="28"/>
          <w:szCs w:val="28"/>
          <w:lang w:val="ru-RU"/>
        </w:rPr>
      </w:pPr>
    </w:p>
    <w:p w:rsidR="00053E67" w:rsidRDefault="00053E67" w:rsidP="00053E67">
      <w:pPr>
        <w:spacing w:after="0" w:line="240" w:lineRule="auto"/>
        <w:rPr>
          <w:sz w:val="28"/>
          <w:szCs w:val="28"/>
          <w:lang w:val="ru-RU"/>
        </w:rPr>
      </w:pPr>
      <w:r>
        <w:rPr>
          <w:sz w:val="28"/>
          <w:szCs w:val="28"/>
          <w:lang w:val="ru-RU"/>
        </w:rPr>
        <w:t>Глава</w:t>
      </w:r>
      <w:r w:rsidRPr="002E7D98">
        <w:rPr>
          <w:sz w:val="28"/>
          <w:szCs w:val="28"/>
          <w:lang w:val="ru-RU"/>
        </w:rPr>
        <w:t xml:space="preserve"> </w:t>
      </w:r>
    </w:p>
    <w:p w:rsidR="00053E67" w:rsidRDefault="00053E67" w:rsidP="00053E67">
      <w:pPr>
        <w:spacing w:after="0" w:line="240" w:lineRule="auto"/>
        <w:rPr>
          <w:sz w:val="28"/>
          <w:szCs w:val="28"/>
          <w:lang w:val="ru-RU"/>
        </w:rPr>
      </w:pPr>
      <w:r w:rsidRPr="002E7D98">
        <w:rPr>
          <w:sz w:val="28"/>
          <w:szCs w:val="28"/>
          <w:lang w:val="ru-RU"/>
        </w:rPr>
        <w:t>Новоджерелиевского</w:t>
      </w:r>
      <w:r>
        <w:rPr>
          <w:sz w:val="28"/>
          <w:szCs w:val="28"/>
          <w:lang w:val="ru-RU"/>
        </w:rPr>
        <w:t xml:space="preserve"> </w:t>
      </w:r>
      <w:r w:rsidRPr="002E7D98">
        <w:rPr>
          <w:sz w:val="28"/>
          <w:szCs w:val="28"/>
          <w:lang w:val="ru-RU"/>
        </w:rPr>
        <w:t>сельского поселения</w:t>
      </w:r>
    </w:p>
    <w:p w:rsidR="00053E67" w:rsidRPr="002E7D98" w:rsidRDefault="00053E67" w:rsidP="00053E67">
      <w:pPr>
        <w:spacing w:after="0" w:line="240" w:lineRule="auto"/>
        <w:rPr>
          <w:sz w:val="28"/>
          <w:szCs w:val="28"/>
          <w:lang w:val="ru-RU"/>
        </w:rPr>
      </w:pPr>
      <w:r w:rsidRPr="002E7D98">
        <w:rPr>
          <w:sz w:val="28"/>
          <w:szCs w:val="28"/>
          <w:lang w:val="ru-RU"/>
        </w:rPr>
        <w:t>Брюховецкого муниципального района</w:t>
      </w:r>
    </w:p>
    <w:p w:rsidR="00053E67" w:rsidRPr="002E7D98" w:rsidRDefault="00053E67" w:rsidP="00053E67">
      <w:pPr>
        <w:spacing w:after="0" w:line="240" w:lineRule="auto"/>
        <w:rPr>
          <w:sz w:val="28"/>
          <w:szCs w:val="28"/>
          <w:lang w:val="ru-RU"/>
        </w:rPr>
      </w:pPr>
      <w:r w:rsidRPr="002E7D98">
        <w:rPr>
          <w:sz w:val="28"/>
          <w:szCs w:val="28"/>
          <w:lang w:val="ru-RU"/>
        </w:rPr>
        <w:t>Краснодарского края</w:t>
      </w:r>
      <w:r>
        <w:rPr>
          <w:sz w:val="28"/>
          <w:szCs w:val="28"/>
          <w:lang w:val="ru-RU"/>
        </w:rPr>
        <w:t xml:space="preserve">                                                                           О.В. Ткаченко</w:t>
      </w:r>
    </w:p>
    <w:p w:rsidR="00053E67" w:rsidRDefault="00053E67" w:rsidP="00053E67">
      <w:pPr>
        <w:spacing w:after="0" w:line="240" w:lineRule="auto"/>
        <w:ind w:firstLine="5103"/>
        <w:rPr>
          <w:sz w:val="28"/>
          <w:szCs w:val="28"/>
          <w:lang w:val="ru-RU"/>
        </w:rPr>
      </w:pPr>
    </w:p>
    <w:p w:rsidR="00053E67" w:rsidRDefault="00053E67" w:rsidP="002E7D98">
      <w:pPr>
        <w:spacing w:after="0" w:line="240" w:lineRule="auto"/>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053E67" w:rsidRDefault="00053E67" w:rsidP="00053E67">
      <w:pPr>
        <w:spacing w:after="0" w:line="240" w:lineRule="auto"/>
        <w:ind w:firstLine="5103"/>
        <w:rPr>
          <w:sz w:val="28"/>
          <w:szCs w:val="28"/>
          <w:lang w:val="ru-RU"/>
        </w:rPr>
      </w:pPr>
    </w:p>
    <w:p w:rsidR="005C7C30" w:rsidRDefault="005C7C30" w:rsidP="00053E67">
      <w:pPr>
        <w:spacing w:after="0" w:line="240" w:lineRule="auto"/>
        <w:ind w:firstLine="5103"/>
        <w:rPr>
          <w:sz w:val="28"/>
          <w:szCs w:val="28"/>
          <w:lang w:val="ru-RU"/>
        </w:rPr>
      </w:pPr>
    </w:p>
    <w:p w:rsidR="00AA41FC" w:rsidRDefault="00AA41FC" w:rsidP="00053E67">
      <w:pPr>
        <w:spacing w:after="0" w:line="240" w:lineRule="auto"/>
        <w:ind w:firstLine="5103"/>
        <w:rPr>
          <w:sz w:val="28"/>
          <w:szCs w:val="28"/>
          <w:lang w:val="ru-RU"/>
        </w:rPr>
        <w:sectPr w:rsidR="00AA41FC" w:rsidSect="00AA41FC">
          <w:pgSz w:w="12240" w:h="15840"/>
          <w:pgMar w:top="1134" w:right="567" w:bottom="1134" w:left="1701" w:header="709" w:footer="709" w:gutter="0"/>
          <w:pgNumType w:start="1"/>
          <w:cols w:space="720"/>
          <w:titlePg/>
          <w:docGrid w:linePitch="360"/>
        </w:sectPr>
      </w:pPr>
    </w:p>
    <w:p w:rsidR="00053E67" w:rsidRPr="002E7D98" w:rsidRDefault="00053E67" w:rsidP="00053E67">
      <w:pPr>
        <w:spacing w:after="0" w:line="240" w:lineRule="auto"/>
        <w:ind w:firstLine="5103"/>
        <w:rPr>
          <w:sz w:val="28"/>
          <w:szCs w:val="28"/>
          <w:lang w:val="ru-RU"/>
        </w:rPr>
      </w:pPr>
      <w:r w:rsidRPr="002E7D98">
        <w:rPr>
          <w:sz w:val="28"/>
          <w:szCs w:val="28"/>
          <w:lang w:val="ru-RU"/>
        </w:rPr>
        <w:lastRenderedPageBreak/>
        <w:t xml:space="preserve">ПРИЛОЖЕНИЕ </w:t>
      </w:r>
      <w:r>
        <w:rPr>
          <w:sz w:val="28"/>
          <w:szCs w:val="28"/>
          <w:lang w:val="ru-RU"/>
        </w:rPr>
        <w:t>№ 6</w:t>
      </w:r>
    </w:p>
    <w:p w:rsidR="00053E67" w:rsidRPr="002E7D98" w:rsidRDefault="00053E67" w:rsidP="00053E67">
      <w:pPr>
        <w:spacing w:after="0" w:line="240" w:lineRule="auto"/>
        <w:ind w:firstLine="5103"/>
        <w:rPr>
          <w:sz w:val="28"/>
          <w:szCs w:val="28"/>
          <w:lang w:val="ru-RU"/>
        </w:rPr>
      </w:pPr>
      <w:r w:rsidRPr="002E7D98">
        <w:rPr>
          <w:sz w:val="28"/>
          <w:szCs w:val="28"/>
          <w:lang w:val="ru-RU"/>
        </w:rPr>
        <w:t>к административному регламенту</w:t>
      </w:r>
    </w:p>
    <w:p w:rsidR="00053E67" w:rsidRPr="002E7D98" w:rsidRDefault="00053E67" w:rsidP="00053E67">
      <w:pPr>
        <w:spacing w:after="0" w:line="240" w:lineRule="auto"/>
        <w:ind w:firstLine="5103"/>
        <w:rPr>
          <w:sz w:val="28"/>
          <w:szCs w:val="28"/>
          <w:lang w:val="ru-RU"/>
        </w:rPr>
      </w:pPr>
      <w:r w:rsidRPr="002E7D98">
        <w:rPr>
          <w:sz w:val="28"/>
          <w:szCs w:val="28"/>
          <w:lang w:val="ru-RU"/>
        </w:rPr>
        <w:t>предоставления администрацией</w:t>
      </w:r>
    </w:p>
    <w:p w:rsidR="00053E67" w:rsidRDefault="00053E67" w:rsidP="00053E67">
      <w:pPr>
        <w:spacing w:after="0" w:line="240" w:lineRule="auto"/>
        <w:ind w:firstLine="5103"/>
        <w:rPr>
          <w:sz w:val="28"/>
          <w:szCs w:val="28"/>
          <w:lang w:val="ru-RU"/>
        </w:rPr>
      </w:pPr>
      <w:r w:rsidRPr="002E7D98">
        <w:rPr>
          <w:sz w:val="28"/>
          <w:szCs w:val="28"/>
          <w:lang w:val="ru-RU"/>
        </w:rPr>
        <w:t>Новоджерелиевского сельского</w:t>
      </w:r>
    </w:p>
    <w:p w:rsidR="00053E67" w:rsidRDefault="00053E67" w:rsidP="00053E67">
      <w:pPr>
        <w:spacing w:after="0" w:line="240" w:lineRule="auto"/>
        <w:ind w:firstLine="5103"/>
        <w:rPr>
          <w:sz w:val="28"/>
          <w:szCs w:val="28"/>
          <w:lang w:val="ru-RU"/>
        </w:rPr>
      </w:pPr>
      <w:r>
        <w:rPr>
          <w:sz w:val="28"/>
          <w:szCs w:val="28"/>
          <w:lang w:val="ru-RU"/>
        </w:rPr>
        <w:t>п</w:t>
      </w:r>
      <w:r w:rsidRPr="002E7D98">
        <w:rPr>
          <w:sz w:val="28"/>
          <w:szCs w:val="28"/>
          <w:lang w:val="ru-RU"/>
        </w:rPr>
        <w:t>оселения</w:t>
      </w:r>
      <w:r>
        <w:rPr>
          <w:sz w:val="28"/>
          <w:szCs w:val="28"/>
          <w:lang w:val="ru-RU"/>
        </w:rPr>
        <w:t xml:space="preserve"> Брюховецкого</w:t>
      </w:r>
    </w:p>
    <w:p w:rsidR="00053E67" w:rsidRPr="002E7D98" w:rsidRDefault="00053E67" w:rsidP="00053E67">
      <w:pPr>
        <w:spacing w:after="0" w:line="240" w:lineRule="auto"/>
        <w:ind w:firstLine="5103"/>
        <w:rPr>
          <w:sz w:val="28"/>
          <w:szCs w:val="28"/>
          <w:lang w:val="ru-RU"/>
        </w:rPr>
      </w:pPr>
      <w:r w:rsidRPr="002E7D98">
        <w:rPr>
          <w:sz w:val="28"/>
          <w:szCs w:val="28"/>
          <w:lang w:val="ru-RU"/>
        </w:rPr>
        <w:t>муниципального района</w:t>
      </w:r>
    </w:p>
    <w:p w:rsidR="00053E67" w:rsidRPr="002E7D98" w:rsidRDefault="00053E67" w:rsidP="00053E67">
      <w:pPr>
        <w:spacing w:after="0" w:line="240" w:lineRule="auto"/>
        <w:ind w:firstLine="5103"/>
        <w:rPr>
          <w:sz w:val="28"/>
          <w:szCs w:val="28"/>
          <w:lang w:val="ru-RU"/>
        </w:rPr>
      </w:pPr>
      <w:r w:rsidRPr="002E7D98">
        <w:rPr>
          <w:sz w:val="28"/>
          <w:szCs w:val="28"/>
          <w:lang w:val="ru-RU"/>
        </w:rPr>
        <w:t>Краснодарского края муниципальной</w:t>
      </w:r>
    </w:p>
    <w:p w:rsidR="001A55FF" w:rsidRDefault="00053E67" w:rsidP="001A55FF">
      <w:pPr>
        <w:spacing w:after="0" w:line="240" w:lineRule="auto"/>
        <w:ind w:firstLine="5103"/>
        <w:rPr>
          <w:sz w:val="28"/>
          <w:szCs w:val="28"/>
          <w:lang w:val="ru-RU"/>
        </w:rPr>
      </w:pPr>
      <w:r w:rsidRPr="002E7D98">
        <w:rPr>
          <w:sz w:val="28"/>
          <w:szCs w:val="28"/>
          <w:lang w:val="ru-RU"/>
        </w:rPr>
        <w:t xml:space="preserve">услуги </w:t>
      </w:r>
      <w:r>
        <w:rPr>
          <w:sz w:val="28"/>
          <w:szCs w:val="28"/>
          <w:lang w:val="ru-RU"/>
        </w:rPr>
        <w:t>«</w:t>
      </w:r>
      <w:r w:rsidR="001A55FF">
        <w:rPr>
          <w:sz w:val="28"/>
          <w:szCs w:val="28"/>
          <w:lang w:val="ru-RU"/>
        </w:rPr>
        <w:t>«</w:t>
      </w:r>
      <w:r w:rsidR="001A55FF" w:rsidRPr="002E7D98">
        <w:rPr>
          <w:sz w:val="28"/>
          <w:szCs w:val="28"/>
          <w:lang w:val="ru-RU"/>
        </w:rPr>
        <w:t>Присвоение, изменение и</w:t>
      </w:r>
    </w:p>
    <w:p w:rsidR="001A55FF" w:rsidRPr="002E7D98" w:rsidRDefault="001A55FF" w:rsidP="001A55FF">
      <w:pPr>
        <w:spacing w:after="0" w:line="240" w:lineRule="auto"/>
        <w:ind w:firstLine="5103"/>
        <w:rPr>
          <w:sz w:val="28"/>
          <w:szCs w:val="28"/>
          <w:lang w:val="ru-RU"/>
        </w:rPr>
      </w:pPr>
      <w:r w:rsidRPr="002E7D98">
        <w:rPr>
          <w:sz w:val="28"/>
          <w:szCs w:val="28"/>
          <w:lang w:val="ru-RU"/>
        </w:rPr>
        <w:t>аннулирование</w:t>
      </w:r>
      <w:r>
        <w:rPr>
          <w:sz w:val="28"/>
          <w:szCs w:val="28"/>
          <w:lang w:val="ru-RU"/>
        </w:rPr>
        <w:t xml:space="preserve"> адресов»</w:t>
      </w:r>
    </w:p>
    <w:p w:rsidR="00053E67" w:rsidRDefault="00053E67" w:rsidP="00053E67">
      <w:pPr>
        <w:spacing w:after="0" w:line="240" w:lineRule="auto"/>
        <w:rPr>
          <w:sz w:val="28"/>
          <w:szCs w:val="28"/>
          <w:lang w:val="ru-RU"/>
        </w:rPr>
      </w:pPr>
    </w:p>
    <w:p w:rsidR="00053E67" w:rsidRDefault="00053E67" w:rsidP="00053E67">
      <w:pPr>
        <w:spacing w:after="0" w:line="240" w:lineRule="auto"/>
        <w:rPr>
          <w:sz w:val="28"/>
          <w:szCs w:val="28"/>
          <w:lang w:val="ru-RU"/>
        </w:rPr>
      </w:pPr>
    </w:p>
    <w:p w:rsidR="0077411A" w:rsidRPr="00053E67" w:rsidRDefault="008B2948" w:rsidP="00053E67">
      <w:pPr>
        <w:spacing w:after="0" w:line="240" w:lineRule="auto"/>
        <w:jc w:val="center"/>
        <w:rPr>
          <w:b/>
          <w:sz w:val="28"/>
          <w:szCs w:val="28"/>
          <w:lang w:val="ru-RU"/>
        </w:rPr>
      </w:pPr>
      <w:r w:rsidRPr="00053E67">
        <w:rPr>
          <w:b/>
          <w:sz w:val="28"/>
          <w:szCs w:val="28"/>
          <w:lang w:val="ru-RU"/>
        </w:rPr>
        <w:t>ЗАЯВЛЕНИЕ</w:t>
      </w:r>
    </w:p>
    <w:p w:rsidR="0077411A" w:rsidRPr="00053E67" w:rsidRDefault="008B2948" w:rsidP="00053E67">
      <w:pPr>
        <w:spacing w:after="0" w:line="240" w:lineRule="auto"/>
        <w:jc w:val="center"/>
        <w:rPr>
          <w:b/>
          <w:sz w:val="28"/>
          <w:szCs w:val="28"/>
          <w:lang w:val="ru-RU"/>
        </w:rPr>
      </w:pPr>
      <w:r w:rsidRPr="00053E67">
        <w:rPr>
          <w:b/>
          <w:sz w:val="28"/>
          <w:szCs w:val="28"/>
          <w:lang w:val="ru-RU"/>
        </w:rPr>
        <w:t>об исправлении допущенных опечаток и (или) ошибок в ранее выданных документах</w:t>
      </w:r>
    </w:p>
    <w:p w:rsidR="00053E67" w:rsidRDefault="00053E67" w:rsidP="002E7D98">
      <w:pPr>
        <w:spacing w:after="0" w:line="240" w:lineRule="auto"/>
        <w:rPr>
          <w:sz w:val="28"/>
          <w:szCs w:val="28"/>
          <w:lang w:val="ru-RU"/>
        </w:rPr>
      </w:pPr>
    </w:p>
    <w:p w:rsidR="0077411A" w:rsidRPr="002E7D98" w:rsidRDefault="008B2948" w:rsidP="007207F9">
      <w:pPr>
        <w:spacing w:after="0" w:line="240" w:lineRule="auto"/>
        <w:ind w:left="5103"/>
        <w:rPr>
          <w:sz w:val="28"/>
          <w:szCs w:val="28"/>
          <w:lang w:val="ru-RU"/>
        </w:rPr>
      </w:pPr>
      <w:r w:rsidRPr="002E7D98">
        <w:rPr>
          <w:sz w:val="28"/>
          <w:szCs w:val="28"/>
          <w:lang w:val="ru-RU"/>
        </w:rPr>
        <w:t>Главе Новоджерелиевского сельского поселения</w:t>
      </w:r>
      <w:r w:rsidR="007207F9">
        <w:rPr>
          <w:sz w:val="28"/>
          <w:szCs w:val="28"/>
          <w:lang w:val="ru-RU"/>
        </w:rPr>
        <w:t xml:space="preserve"> </w:t>
      </w:r>
      <w:r w:rsidRPr="002E7D98">
        <w:rPr>
          <w:sz w:val="28"/>
          <w:szCs w:val="28"/>
          <w:lang w:val="ru-RU"/>
        </w:rPr>
        <w:t>Брюховецкого муниципального района</w:t>
      </w:r>
    </w:p>
    <w:p w:rsidR="0077411A" w:rsidRPr="002E7D98" w:rsidRDefault="008B2948" w:rsidP="007207F9">
      <w:pPr>
        <w:spacing w:after="0" w:line="240" w:lineRule="auto"/>
        <w:ind w:left="5103"/>
        <w:rPr>
          <w:sz w:val="28"/>
          <w:szCs w:val="28"/>
          <w:lang w:val="ru-RU"/>
        </w:rPr>
      </w:pPr>
      <w:r w:rsidRPr="002E7D98">
        <w:rPr>
          <w:sz w:val="28"/>
          <w:szCs w:val="28"/>
          <w:lang w:val="ru-RU"/>
        </w:rPr>
        <w:t>Краснодарского края</w:t>
      </w:r>
    </w:p>
    <w:p w:rsidR="0077411A" w:rsidRPr="002E7D98" w:rsidRDefault="008B2948" w:rsidP="007207F9">
      <w:pPr>
        <w:spacing w:after="0" w:line="240" w:lineRule="auto"/>
        <w:ind w:left="5103"/>
        <w:rPr>
          <w:sz w:val="28"/>
          <w:szCs w:val="28"/>
          <w:lang w:val="ru-RU"/>
        </w:rPr>
      </w:pPr>
      <w:r w:rsidRPr="002E7D98">
        <w:rPr>
          <w:sz w:val="28"/>
          <w:szCs w:val="28"/>
          <w:lang w:val="ru-RU"/>
        </w:rPr>
        <w:t>(фамилия, имя, отчество (последнее - при наличии)</w:t>
      </w:r>
    </w:p>
    <w:p w:rsidR="0077411A" w:rsidRPr="002E7D98" w:rsidRDefault="008B2948" w:rsidP="007207F9">
      <w:pPr>
        <w:spacing w:after="0" w:line="240" w:lineRule="auto"/>
        <w:ind w:left="5103"/>
        <w:rPr>
          <w:sz w:val="28"/>
          <w:szCs w:val="28"/>
          <w:lang w:val="ru-RU"/>
        </w:rPr>
      </w:pPr>
      <w:r w:rsidRPr="002E7D98">
        <w:rPr>
          <w:sz w:val="28"/>
          <w:szCs w:val="28"/>
          <w:lang w:val="ru-RU"/>
        </w:rPr>
        <w:t>заявителя или полное наименование</w:t>
      </w:r>
    </w:p>
    <w:p w:rsidR="0077411A" w:rsidRPr="002E7D98" w:rsidRDefault="008B2948" w:rsidP="007207F9">
      <w:pPr>
        <w:spacing w:after="0" w:line="240" w:lineRule="auto"/>
        <w:ind w:left="5103"/>
        <w:rPr>
          <w:sz w:val="28"/>
          <w:szCs w:val="28"/>
          <w:lang w:val="ru-RU"/>
        </w:rPr>
      </w:pPr>
      <w:r w:rsidRPr="002E7D98">
        <w:rPr>
          <w:sz w:val="28"/>
          <w:szCs w:val="28"/>
          <w:lang w:val="ru-RU"/>
        </w:rPr>
        <w:t>юридического лица)</w:t>
      </w:r>
    </w:p>
    <w:p w:rsidR="0077411A" w:rsidRPr="002E7D98" w:rsidRDefault="008B2948" w:rsidP="007207F9">
      <w:pPr>
        <w:spacing w:after="0" w:line="240" w:lineRule="auto"/>
        <w:ind w:left="5103"/>
        <w:rPr>
          <w:sz w:val="28"/>
          <w:szCs w:val="28"/>
          <w:lang w:val="ru-RU"/>
        </w:rPr>
      </w:pPr>
      <w:r w:rsidRPr="002E7D98">
        <w:rPr>
          <w:sz w:val="28"/>
          <w:szCs w:val="28"/>
          <w:lang w:val="ru-RU"/>
        </w:rPr>
        <w:t>(</w:t>
      </w:r>
      <w:r w:rsidR="00273F3A" w:rsidRPr="002E7D98">
        <w:rPr>
          <w:sz w:val="28"/>
          <w:szCs w:val="28"/>
          <w:lang w:val="ru-RU"/>
        </w:rPr>
        <w:t>реквизиты,</w:t>
      </w:r>
      <w:r w:rsidRPr="002E7D98">
        <w:rPr>
          <w:sz w:val="28"/>
          <w:szCs w:val="28"/>
          <w:lang w:val="ru-RU"/>
        </w:rPr>
        <w:t xml:space="preserve"> удостоверяющие личность заявителя</w:t>
      </w:r>
      <w:r w:rsidR="007207F9">
        <w:rPr>
          <w:sz w:val="28"/>
          <w:szCs w:val="28"/>
          <w:lang w:val="ru-RU"/>
        </w:rPr>
        <w:t xml:space="preserve"> </w:t>
      </w:r>
      <w:r w:rsidRPr="002E7D98">
        <w:rPr>
          <w:sz w:val="28"/>
          <w:szCs w:val="28"/>
          <w:lang w:val="ru-RU"/>
        </w:rPr>
        <w:t>или реквизиты регистрации юридического лица)</w:t>
      </w:r>
    </w:p>
    <w:p w:rsidR="0077411A" w:rsidRPr="002E7D98" w:rsidRDefault="008B2948" w:rsidP="007207F9">
      <w:pPr>
        <w:spacing w:after="0" w:line="240" w:lineRule="auto"/>
        <w:ind w:left="5103"/>
        <w:rPr>
          <w:sz w:val="28"/>
          <w:szCs w:val="28"/>
          <w:lang w:val="ru-RU"/>
        </w:rPr>
      </w:pPr>
      <w:r w:rsidRPr="002E7D98">
        <w:rPr>
          <w:sz w:val="28"/>
          <w:szCs w:val="28"/>
          <w:lang w:val="ru-RU"/>
        </w:rPr>
        <w:t>(идентификационный номер налогоплательщика,</w:t>
      </w:r>
      <w:r w:rsidR="007207F9">
        <w:rPr>
          <w:sz w:val="28"/>
          <w:szCs w:val="28"/>
          <w:lang w:val="ru-RU"/>
        </w:rPr>
        <w:t xml:space="preserve"> </w:t>
      </w:r>
      <w:r w:rsidRPr="002E7D98">
        <w:rPr>
          <w:sz w:val="28"/>
          <w:szCs w:val="28"/>
          <w:lang w:val="ru-RU"/>
        </w:rPr>
        <w:t>регистрационный номер записи юридического лица</w:t>
      </w:r>
    </w:p>
    <w:p w:rsidR="0077411A" w:rsidRPr="002E7D98" w:rsidRDefault="008B2948" w:rsidP="007207F9">
      <w:pPr>
        <w:spacing w:after="0" w:line="240" w:lineRule="auto"/>
        <w:ind w:left="5103"/>
        <w:rPr>
          <w:sz w:val="28"/>
          <w:szCs w:val="28"/>
          <w:lang w:val="ru-RU"/>
        </w:rPr>
      </w:pPr>
      <w:r w:rsidRPr="002E7D98">
        <w:rPr>
          <w:sz w:val="28"/>
          <w:szCs w:val="28"/>
          <w:lang w:val="ru-RU"/>
        </w:rPr>
        <w:t>в ЕГРЮЛ, ЕГРИП)</w:t>
      </w:r>
    </w:p>
    <w:p w:rsidR="0077411A" w:rsidRPr="002E7D98" w:rsidRDefault="008B2948" w:rsidP="007207F9">
      <w:pPr>
        <w:spacing w:after="0" w:line="240" w:lineRule="auto"/>
        <w:ind w:left="5103"/>
        <w:rPr>
          <w:sz w:val="28"/>
          <w:szCs w:val="28"/>
          <w:lang w:val="ru-RU"/>
        </w:rPr>
      </w:pPr>
      <w:r w:rsidRPr="002E7D98">
        <w:rPr>
          <w:sz w:val="28"/>
          <w:szCs w:val="28"/>
          <w:lang w:val="ru-RU"/>
        </w:rPr>
        <w:t>Почтовый адрес:</w:t>
      </w:r>
    </w:p>
    <w:p w:rsidR="0077411A" w:rsidRPr="002E7D98" w:rsidRDefault="008B2948" w:rsidP="007207F9">
      <w:pPr>
        <w:spacing w:after="0" w:line="240" w:lineRule="auto"/>
        <w:ind w:left="5103"/>
        <w:rPr>
          <w:sz w:val="28"/>
          <w:szCs w:val="28"/>
          <w:lang w:val="ru-RU"/>
        </w:rPr>
      </w:pPr>
      <w:r w:rsidRPr="002E7D98">
        <w:rPr>
          <w:sz w:val="28"/>
          <w:szCs w:val="28"/>
          <w:lang w:val="ru-RU"/>
        </w:rPr>
        <w:t>(полностью адрес регистрации и место нахождения)</w:t>
      </w:r>
    </w:p>
    <w:p w:rsidR="0077411A" w:rsidRPr="002E7D98" w:rsidRDefault="008B2948" w:rsidP="007207F9">
      <w:pPr>
        <w:spacing w:after="0" w:line="240" w:lineRule="auto"/>
        <w:ind w:left="5103"/>
        <w:rPr>
          <w:sz w:val="28"/>
          <w:szCs w:val="28"/>
          <w:lang w:val="ru-RU"/>
        </w:rPr>
      </w:pPr>
      <w:r w:rsidRPr="002E7D98">
        <w:rPr>
          <w:sz w:val="28"/>
          <w:szCs w:val="28"/>
          <w:lang w:val="ru-RU"/>
        </w:rPr>
        <w:t>Телефон: _____</w:t>
      </w:r>
      <w:r w:rsidR="007207F9">
        <w:rPr>
          <w:sz w:val="28"/>
          <w:szCs w:val="28"/>
          <w:lang w:val="ru-RU"/>
        </w:rPr>
        <w:t>_____________________________</w:t>
      </w:r>
    </w:p>
    <w:p w:rsidR="0077411A" w:rsidRPr="002E7D98" w:rsidRDefault="008B2948" w:rsidP="007207F9">
      <w:pPr>
        <w:spacing w:after="0" w:line="240" w:lineRule="auto"/>
        <w:ind w:left="5103"/>
        <w:rPr>
          <w:sz w:val="28"/>
          <w:szCs w:val="28"/>
          <w:lang w:val="ru-RU"/>
        </w:rPr>
      </w:pPr>
      <w:r w:rsidRPr="002E7D98">
        <w:rPr>
          <w:sz w:val="28"/>
          <w:szCs w:val="28"/>
        </w:rPr>
        <w:t>E</w:t>
      </w:r>
      <w:r w:rsidRPr="002E7D98">
        <w:rPr>
          <w:sz w:val="28"/>
          <w:szCs w:val="28"/>
          <w:lang w:val="ru-RU"/>
        </w:rPr>
        <w:t>-</w:t>
      </w:r>
      <w:r w:rsidRPr="002E7D98">
        <w:rPr>
          <w:sz w:val="28"/>
          <w:szCs w:val="28"/>
        </w:rPr>
        <w:t>mail</w:t>
      </w:r>
      <w:r w:rsidRPr="002E7D98">
        <w:rPr>
          <w:sz w:val="28"/>
          <w:szCs w:val="28"/>
          <w:lang w:val="ru-RU"/>
        </w:rPr>
        <w:t>: ________</w:t>
      </w:r>
      <w:r w:rsidR="007207F9">
        <w:rPr>
          <w:sz w:val="28"/>
          <w:szCs w:val="28"/>
          <w:lang w:val="ru-RU"/>
        </w:rPr>
        <w:t>__________________________</w:t>
      </w:r>
    </w:p>
    <w:p w:rsidR="0077411A" w:rsidRPr="002E7D98" w:rsidRDefault="00273F3A" w:rsidP="007207F9">
      <w:pPr>
        <w:spacing w:after="0" w:line="240" w:lineRule="auto"/>
        <w:ind w:left="5103"/>
        <w:rPr>
          <w:sz w:val="28"/>
          <w:szCs w:val="28"/>
          <w:lang w:val="ru-RU"/>
        </w:rPr>
      </w:pPr>
      <w:r w:rsidRPr="002E7D98">
        <w:rPr>
          <w:sz w:val="28"/>
          <w:szCs w:val="28"/>
          <w:lang w:val="ru-RU"/>
        </w:rPr>
        <w:t>Представитель: _</w:t>
      </w:r>
      <w:r w:rsidR="008B2948" w:rsidRPr="002E7D98">
        <w:rPr>
          <w:sz w:val="28"/>
          <w:szCs w:val="28"/>
          <w:lang w:val="ru-RU"/>
        </w:rPr>
        <w:t>_________________________________</w:t>
      </w:r>
    </w:p>
    <w:p w:rsidR="0077411A" w:rsidRPr="002E7D98" w:rsidRDefault="008B2948" w:rsidP="007207F9">
      <w:pPr>
        <w:spacing w:after="0" w:line="240" w:lineRule="auto"/>
        <w:ind w:left="5103"/>
        <w:rPr>
          <w:sz w:val="28"/>
          <w:szCs w:val="28"/>
          <w:lang w:val="ru-RU"/>
        </w:rPr>
      </w:pPr>
      <w:r w:rsidRPr="002E7D98">
        <w:rPr>
          <w:sz w:val="28"/>
          <w:szCs w:val="28"/>
          <w:lang w:val="ru-RU"/>
        </w:rPr>
        <w:t>(фамилия, имя, отчество (последнее - при наличии)</w:t>
      </w:r>
    </w:p>
    <w:p w:rsidR="0077411A" w:rsidRPr="002E7D98" w:rsidRDefault="008B2948" w:rsidP="007207F9">
      <w:pPr>
        <w:spacing w:after="0" w:line="240" w:lineRule="auto"/>
        <w:ind w:left="5103"/>
        <w:rPr>
          <w:sz w:val="28"/>
          <w:szCs w:val="28"/>
          <w:lang w:val="ru-RU"/>
        </w:rPr>
      </w:pPr>
      <w:r w:rsidRPr="002E7D98">
        <w:rPr>
          <w:sz w:val="28"/>
          <w:szCs w:val="28"/>
          <w:lang w:val="ru-RU"/>
        </w:rPr>
        <w:lastRenderedPageBreak/>
        <w:t>(</w:t>
      </w:r>
      <w:r w:rsidR="00273F3A" w:rsidRPr="002E7D98">
        <w:rPr>
          <w:sz w:val="28"/>
          <w:szCs w:val="28"/>
          <w:lang w:val="ru-RU"/>
        </w:rPr>
        <w:t>реквизиты,</w:t>
      </w:r>
      <w:r w:rsidRPr="002E7D98">
        <w:rPr>
          <w:sz w:val="28"/>
          <w:szCs w:val="28"/>
          <w:lang w:val="ru-RU"/>
        </w:rPr>
        <w:t xml:space="preserve"> удостоверяющие личность заявителя)</w:t>
      </w:r>
    </w:p>
    <w:p w:rsidR="0077411A" w:rsidRPr="002E7D98" w:rsidRDefault="008B2948" w:rsidP="007207F9">
      <w:pPr>
        <w:spacing w:after="0" w:line="240" w:lineRule="auto"/>
        <w:ind w:left="5103"/>
        <w:rPr>
          <w:sz w:val="28"/>
          <w:szCs w:val="28"/>
          <w:lang w:val="ru-RU"/>
        </w:rPr>
      </w:pPr>
      <w:r w:rsidRPr="002E7D98">
        <w:rPr>
          <w:sz w:val="28"/>
          <w:szCs w:val="28"/>
          <w:lang w:val="ru-RU"/>
        </w:rPr>
        <w:t xml:space="preserve">На </w:t>
      </w:r>
      <w:r w:rsidR="00273F3A" w:rsidRPr="002E7D98">
        <w:rPr>
          <w:sz w:val="28"/>
          <w:szCs w:val="28"/>
          <w:lang w:val="ru-RU"/>
        </w:rPr>
        <w:t>основании: _</w:t>
      </w:r>
      <w:r w:rsidRPr="002E7D98">
        <w:rPr>
          <w:sz w:val="28"/>
          <w:szCs w:val="28"/>
          <w:lang w:val="ru-RU"/>
        </w:rPr>
        <w:t>_________________________________</w:t>
      </w:r>
    </w:p>
    <w:p w:rsidR="0077411A" w:rsidRPr="002E7D98" w:rsidRDefault="008B2948" w:rsidP="007207F9">
      <w:pPr>
        <w:spacing w:after="0" w:line="240" w:lineRule="auto"/>
        <w:ind w:left="5103"/>
        <w:rPr>
          <w:sz w:val="28"/>
          <w:szCs w:val="28"/>
          <w:lang w:val="ru-RU"/>
        </w:rPr>
      </w:pPr>
      <w:r w:rsidRPr="002E7D98">
        <w:rPr>
          <w:sz w:val="28"/>
          <w:szCs w:val="28"/>
          <w:lang w:val="ru-RU"/>
        </w:rPr>
        <w:t>(наименование и реквизиты доверенности,</w:t>
      </w:r>
    </w:p>
    <w:p w:rsidR="0077411A" w:rsidRPr="002E7D98" w:rsidRDefault="008B2948" w:rsidP="007207F9">
      <w:pPr>
        <w:spacing w:after="0" w:line="240" w:lineRule="auto"/>
        <w:ind w:left="5103"/>
        <w:rPr>
          <w:sz w:val="28"/>
          <w:szCs w:val="28"/>
          <w:lang w:val="ru-RU"/>
        </w:rPr>
      </w:pPr>
      <w:r w:rsidRPr="002E7D98">
        <w:rPr>
          <w:sz w:val="28"/>
          <w:szCs w:val="28"/>
          <w:lang w:val="ru-RU"/>
        </w:rPr>
        <w:t>иного документа, ф.и.о. нотариуса, округ)</w:t>
      </w:r>
    </w:p>
    <w:p w:rsidR="007207F9" w:rsidRDefault="007207F9" w:rsidP="002E7D98">
      <w:pPr>
        <w:spacing w:after="0" w:line="240" w:lineRule="auto"/>
        <w:rPr>
          <w:sz w:val="28"/>
          <w:szCs w:val="28"/>
          <w:lang w:val="ru-RU"/>
        </w:rPr>
      </w:pPr>
    </w:p>
    <w:p w:rsidR="007207F9" w:rsidRDefault="007207F9" w:rsidP="002E7D98">
      <w:pPr>
        <w:spacing w:after="0" w:line="240" w:lineRule="auto"/>
        <w:rPr>
          <w:sz w:val="28"/>
          <w:szCs w:val="28"/>
          <w:lang w:val="ru-RU"/>
        </w:rPr>
      </w:pPr>
    </w:p>
    <w:p w:rsidR="0077411A" w:rsidRPr="002E7D98" w:rsidRDefault="008B2948" w:rsidP="007207F9">
      <w:pPr>
        <w:spacing w:after="0" w:line="240" w:lineRule="auto"/>
        <w:jc w:val="center"/>
        <w:rPr>
          <w:sz w:val="28"/>
          <w:szCs w:val="28"/>
          <w:lang w:val="ru-RU"/>
        </w:rPr>
      </w:pPr>
      <w:r w:rsidRPr="002E7D98">
        <w:rPr>
          <w:sz w:val="28"/>
          <w:szCs w:val="28"/>
          <w:lang w:val="ru-RU"/>
        </w:rPr>
        <w:t>Заявление</w:t>
      </w:r>
    </w:p>
    <w:p w:rsidR="007207F9" w:rsidRDefault="007207F9" w:rsidP="002E7D98">
      <w:pPr>
        <w:spacing w:after="0" w:line="240" w:lineRule="auto"/>
        <w:rPr>
          <w:sz w:val="28"/>
          <w:szCs w:val="28"/>
          <w:lang w:val="ru-RU"/>
        </w:rPr>
      </w:pPr>
    </w:p>
    <w:p w:rsidR="0077411A" w:rsidRPr="002E7D98" w:rsidRDefault="008B2948" w:rsidP="007207F9">
      <w:pPr>
        <w:spacing w:after="0" w:line="240" w:lineRule="auto"/>
        <w:ind w:firstLine="709"/>
        <w:jc w:val="both"/>
        <w:rPr>
          <w:sz w:val="28"/>
          <w:szCs w:val="28"/>
          <w:lang w:val="ru-RU"/>
        </w:rPr>
      </w:pPr>
      <w:r w:rsidRPr="002E7D98">
        <w:rPr>
          <w:sz w:val="28"/>
          <w:szCs w:val="28"/>
          <w:lang w:val="ru-RU"/>
        </w:rPr>
        <w:t>Прошу исправить опечатку и (или) ошибку в документе:</w:t>
      </w:r>
    </w:p>
    <w:p w:rsidR="0077411A" w:rsidRPr="002E7D98" w:rsidRDefault="008B2948" w:rsidP="007207F9">
      <w:pPr>
        <w:spacing w:after="0" w:line="240" w:lineRule="auto"/>
        <w:ind w:firstLine="709"/>
        <w:jc w:val="both"/>
        <w:rPr>
          <w:sz w:val="28"/>
          <w:szCs w:val="28"/>
          <w:lang w:val="ru-RU"/>
        </w:rPr>
      </w:pPr>
      <w:r w:rsidRPr="002E7D98">
        <w:rPr>
          <w:sz w:val="28"/>
          <w:szCs w:val="28"/>
          <w:lang w:val="ru-RU"/>
        </w:rPr>
        <w:t>(наименование, реквизиты документа, являющегося результатом предоставления муниципальной услуги, в котором допущена ошибка или опечатка)</w:t>
      </w:r>
    </w:p>
    <w:p w:rsidR="007207F9" w:rsidRDefault="007207F9" w:rsidP="002E7D98">
      <w:pPr>
        <w:spacing w:after="0" w:line="240" w:lineRule="auto"/>
        <w:rPr>
          <w:sz w:val="28"/>
          <w:szCs w:val="28"/>
          <w:lang w:val="ru-RU"/>
        </w:rPr>
      </w:pPr>
    </w:p>
    <w:p w:rsidR="0077411A" w:rsidRPr="002E7D98" w:rsidRDefault="008B2948" w:rsidP="00273F3A">
      <w:pPr>
        <w:spacing w:after="0" w:line="240" w:lineRule="auto"/>
        <w:ind w:firstLine="709"/>
        <w:jc w:val="both"/>
        <w:rPr>
          <w:sz w:val="28"/>
          <w:szCs w:val="28"/>
          <w:lang w:val="ru-RU"/>
        </w:rPr>
      </w:pPr>
      <w:r w:rsidRPr="002E7D98">
        <w:rPr>
          <w:sz w:val="28"/>
          <w:szCs w:val="28"/>
          <w:lang w:val="ru-RU"/>
        </w:rPr>
        <w:t>Приложение (при наличии): ______________________________________.</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прилагаются материалы, обосновывающие наличие опечатки и (или) ошибки</w:t>
      </w:r>
      <w:r w:rsidR="00273F3A">
        <w:rPr>
          <w:sz w:val="28"/>
          <w:szCs w:val="28"/>
          <w:lang w:val="ru-RU"/>
        </w:rPr>
        <w:t>.</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Результат предоставления услуги прошу:</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направить в форме электронного документа в личный кабинет заявителя РПГУ</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 xml:space="preserve">направить в форме электронного документа по </w:t>
      </w:r>
      <w:r w:rsidRPr="002E7D98">
        <w:rPr>
          <w:sz w:val="28"/>
          <w:szCs w:val="28"/>
        </w:rPr>
        <w:t>e</w:t>
      </w:r>
      <w:r w:rsidRPr="002E7D98">
        <w:rPr>
          <w:sz w:val="28"/>
          <w:szCs w:val="28"/>
          <w:lang w:val="ru-RU"/>
        </w:rPr>
        <w:t>-</w:t>
      </w:r>
      <w:r w:rsidRPr="002E7D98">
        <w:rPr>
          <w:sz w:val="28"/>
          <w:szCs w:val="28"/>
        </w:rPr>
        <w:t>mail</w:t>
      </w:r>
      <w:r w:rsidRPr="002E7D98">
        <w:rPr>
          <w:sz w:val="28"/>
          <w:szCs w:val="28"/>
          <w:lang w:val="ru-RU"/>
        </w:rPr>
        <w:t xml:space="preserve"> электронной почты:</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выдать на бумажном носителе при личном обращении в администрацию Новоджерелиевского сельского поселения Брюховецкого муниципального района Краснодарского края</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направить на бумажном носителе на почтовый адрес:</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(Указывается один из перечисленных способов)</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 xml:space="preserve">В соответствии с Федеральным законом от 27 июля 2006 года № 152-ФЗ </w:t>
      </w:r>
      <w:r w:rsidR="00273F3A">
        <w:rPr>
          <w:sz w:val="28"/>
          <w:szCs w:val="28"/>
          <w:lang w:val="ru-RU"/>
        </w:rPr>
        <w:t>«</w:t>
      </w:r>
      <w:r w:rsidRPr="002E7D98">
        <w:rPr>
          <w:sz w:val="28"/>
          <w:szCs w:val="28"/>
          <w:lang w:val="ru-RU"/>
        </w:rPr>
        <w:t>О персональных данных</w:t>
      </w:r>
      <w:r w:rsidR="00273F3A">
        <w:rPr>
          <w:sz w:val="28"/>
          <w:szCs w:val="28"/>
          <w:lang w:val="ru-RU"/>
        </w:rPr>
        <w:t>»</w:t>
      </w:r>
      <w:r w:rsidRPr="002E7D98">
        <w:rPr>
          <w:sz w:val="28"/>
          <w:szCs w:val="28"/>
          <w:lang w:val="ru-RU"/>
        </w:rPr>
        <w:t xml:space="preserve"> в целях предоставления мне муниципальной услуги, я даю свое согласие на:</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lastRenderedPageBreak/>
        <w:t>Достоверность и полноту сведений, предоставленных в документах, подтверждаю.</w:t>
      </w:r>
    </w:p>
    <w:p w:rsidR="0077411A" w:rsidRPr="002E7D98" w:rsidRDefault="001A55FF" w:rsidP="002E7D98">
      <w:pPr>
        <w:spacing w:after="0" w:line="240" w:lineRule="auto"/>
        <w:rPr>
          <w:sz w:val="28"/>
          <w:szCs w:val="28"/>
          <w:lang w:val="ru-RU"/>
        </w:rPr>
      </w:pPr>
      <w:r>
        <w:rPr>
          <w:sz w:val="28"/>
          <w:szCs w:val="28"/>
          <w:lang w:val="ru-RU"/>
        </w:rPr>
        <w:t>«</w:t>
      </w:r>
      <w:r w:rsidR="008B2948" w:rsidRPr="002E7D98">
        <w:rPr>
          <w:sz w:val="28"/>
          <w:szCs w:val="28"/>
          <w:lang w:val="ru-RU"/>
        </w:rPr>
        <w:t>____</w:t>
      </w:r>
      <w:r>
        <w:rPr>
          <w:sz w:val="28"/>
          <w:szCs w:val="28"/>
          <w:lang w:val="ru-RU"/>
        </w:rPr>
        <w:t>»</w:t>
      </w:r>
      <w:r w:rsidR="008B2948" w:rsidRPr="002E7D98">
        <w:rPr>
          <w:sz w:val="28"/>
          <w:szCs w:val="28"/>
          <w:lang w:val="ru-RU"/>
        </w:rPr>
        <w:t xml:space="preserve"> ________ 20__г.         _______________         ____________________</w:t>
      </w:r>
    </w:p>
    <w:p w:rsidR="0077411A" w:rsidRPr="002E7D98" w:rsidRDefault="008B2948" w:rsidP="002E7D98">
      <w:pPr>
        <w:spacing w:after="0" w:line="240" w:lineRule="auto"/>
        <w:rPr>
          <w:sz w:val="28"/>
          <w:szCs w:val="28"/>
          <w:lang w:val="ru-RU"/>
        </w:rPr>
      </w:pPr>
      <w:r w:rsidRPr="002E7D98">
        <w:rPr>
          <w:sz w:val="28"/>
          <w:szCs w:val="28"/>
          <w:lang w:val="ru-RU"/>
        </w:rPr>
        <w:t xml:space="preserve">(дата)           </w:t>
      </w:r>
      <w:r w:rsidR="00273F3A">
        <w:rPr>
          <w:sz w:val="28"/>
          <w:szCs w:val="28"/>
          <w:lang w:val="ru-RU"/>
        </w:rPr>
        <w:t xml:space="preserve">                     </w:t>
      </w:r>
      <w:r w:rsidRPr="002E7D98">
        <w:rPr>
          <w:sz w:val="28"/>
          <w:szCs w:val="28"/>
          <w:lang w:val="ru-RU"/>
        </w:rPr>
        <w:t xml:space="preserve">      (подпись заявителя) (расшифровка подписи заявителя)</w:t>
      </w:r>
    </w:p>
    <w:p w:rsidR="0077411A" w:rsidRPr="002E7D98" w:rsidRDefault="008B2948" w:rsidP="002E7D98">
      <w:pPr>
        <w:spacing w:after="0" w:line="240" w:lineRule="auto"/>
        <w:rPr>
          <w:sz w:val="28"/>
          <w:szCs w:val="28"/>
          <w:lang w:val="ru-RU"/>
        </w:rPr>
      </w:pPr>
      <w:r w:rsidRPr="002E7D98">
        <w:rPr>
          <w:sz w:val="28"/>
          <w:szCs w:val="28"/>
          <w:lang w:val="ru-RU"/>
        </w:rPr>
        <w:t>М.П. (при наличии)</w:t>
      </w:r>
    </w:p>
    <w:p w:rsidR="00273F3A" w:rsidRDefault="00273F3A" w:rsidP="002E7D98">
      <w:pPr>
        <w:spacing w:after="0" w:line="240" w:lineRule="auto"/>
        <w:rPr>
          <w:sz w:val="28"/>
          <w:szCs w:val="28"/>
          <w:lang w:val="ru-RU"/>
        </w:rPr>
      </w:pPr>
    </w:p>
    <w:p w:rsidR="00273F3A" w:rsidRDefault="00273F3A" w:rsidP="002E7D98">
      <w:pPr>
        <w:spacing w:after="0" w:line="240" w:lineRule="auto"/>
        <w:rPr>
          <w:sz w:val="28"/>
          <w:szCs w:val="28"/>
          <w:lang w:val="ru-RU"/>
        </w:rPr>
      </w:pPr>
    </w:p>
    <w:p w:rsidR="00273F3A" w:rsidRDefault="00273F3A" w:rsidP="002E7D98">
      <w:pPr>
        <w:spacing w:after="0" w:line="240" w:lineRule="auto"/>
        <w:rPr>
          <w:sz w:val="28"/>
          <w:szCs w:val="28"/>
          <w:lang w:val="ru-RU"/>
        </w:rPr>
      </w:pPr>
    </w:p>
    <w:p w:rsidR="00273F3A" w:rsidRDefault="00273F3A" w:rsidP="00273F3A">
      <w:pPr>
        <w:spacing w:after="0" w:line="240" w:lineRule="auto"/>
        <w:rPr>
          <w:sz w:val="28"/>
          <w:szCs w:val="28"/>
          <w:lang w:val="ru-RU"/>
        </w:rPr>
      </w:pPr>
      <w:r>
        <w:rPr>
          <w:sz w:val="28"/>
          <w:szCs w:val="28"/>
          <w:lang w:val="ru-RU"/>
        </w:rPr>
        <w:t>Глава</w:t>
      </w:r>
      <w:r w:rsidRPr="002E7D98">
        <w:rPr>
          <w:sz w:val="28"/>
          <w:szCs w:val="28"/>
          <w:lang w:val="ru-RU"/>
        </w:rPr>
        <w:t xml:space="preserve"> </w:t>
      </w:r>
    </w:p>
    <w:p w:rsidR="00273F3A" w:rsidRDefault="00273F3A" w:rsidP="00273F3A">
      <w:pPr>
        <w:spacing w:after="0" w:line="240" w:lineRule="auto"/>
        <w:rPr>
          <w:sz w:val="28"/>
          <w:szCs w:val="28"/>
          <w:lang w:val="ru-RU"/>
        </w:rPr>
      </w:pPr>
      <w:r w:rsidRPr="002E7D98">
        <w:rPr>
          <w:sz w:val="28"/>
          <w:szCs w:val="28"/>
          <w:lang w:val="ru-RU"/>
        </w:rPr>
        <w:t>Новоджерелиевского</w:t>
      </w:r>
      <w:r>
        <w:rPr>
          <w:sz w:val="28"/>
          <w:szCs w:val="28"/>
          <w:lang w:val="ru-RU"/>
        </w:rPr>
        <w:t xml:space="preserve"> </w:t>
      </w:r>
      <w:r w:rsidRPr="002E7D98">
        <w:rPr>
          <w:sz w:val="28"/>
          <w:szCs w:val="28"/>
          <w:lang w:val="ru-RU"/>
        </w:rPr>
        <w:t>сельского поселения</w:t>
      </w:r>
    </w:p>
    <w:p w:rsidR="00273F3A" w:rsidRPr="002E7D98" w:rsidRDefault="00273F3A" w:rsidP="00273F3A">
      <w:pPr>
        <w:spacing w:after="0" w:line="240" w:lineRule="auto"/>
        <w:rPr>
          <w:sz w:val="28"/>
          <w:szCs w:val="28"/>
          <w:lang w:val="ru-RU"/>
        </w:rPr>
      </w:pPr>
      <w:r w:rsidRPr="002E7D98">
        <w:rPr>
          <w:sz w:val="28"/>
          <w:szCs w:val="28"/>
          <w:lang w:val="ru-RU"/>
        </w:rPr>
        <w:t>Брюховецкого муниципального района</w:t>
      </w:r>
    </w:p>
    <w:p w:rsidR="00273F3A" w:rsidRPr="002E7D98" w:rsidRDefault="00273F3A" w:rsidP="00273F3A">
      <w:pPr>
        <w:spacing w:after="0" w:line="240" w:lineRule="auto"/>
        <w:rPr>
          <w:sz w:val="28"/>
          <w:szCs w:val="28"/>
          <w:lang w:val="ru-RU"/>
        </w:rPr>
      </w:pPr>
      <w:r w:rsidRPr="002E7D98">
        <w:rPr>
          <w:sz w:val="28"/>
          <w:szCs w:val="28"/>
          <w:lang w:val="ru-RU"/>
        </w:rPr>
        <w:t>Краснодарского края</w:t>
      </w:r>
      <w:r>
        <w:rPr>
          <w:sz w:val="28"/>
          <w:szCs w:val="28"/>
          <w:lang w:val="ru-RU"/>
        </w:rPr>
        <w:t xml:space="preserve">                                                                                О.В. Ткаченко</w:t>
      </w:r>
    </w:p>
    <w:p w:rsidR="00273F3A" w:rsidRDefault="00273F3A" w:rsidP="002E7D98">
      <w:pPr>
        <w:spacing w:after="0" w:line="240" w:lineRule="auto"/>
        <w:rPr>
          <w:sz w:val="28"/>
          <w:szCs w:val="28"/>
          <w:lang w:val="ru-RU"/>
        </w:rPr>
      </w:pPr>
    </w:p>
    <w:p w:rsidR="00273F3A" w:rsidRDefault="00273F3A" w:rsidP="002E7D98">
      <w:pPr>
        <w:spacing w:after="0" w:line="240" w:lineRule="auto"/>
        <w:rPr>
          <w:sz w:val="28"/>
          <w:szCs w:val="28"/>
          <w:lang w:val="ru-RU"/>
        </w:rPr>
      </w:pPr>
    </w:p>
    <w:p w:rsidR="00273F3A" w:rsidRDefault="00273F3A" w:rsidP="002E7D98">
      <w:pPr>
        <w:spacing w:after="0" w:line="240" w:lineRule="auto"/>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273F3A" w:rsidRDefault="00273F3A" w:rsidP="00273F3A">
      <w:pPr>
        <w:spacing w:after="0" w:line="240" w:lineRule="auto"/>
        <w:ind w:firstLine="5103"/>
        <w:rPr>
          <w:sz w:val="28"/>
          <w:szCs w:val="28"/>
          <w:lang w:val="ru-RU"/>
        </w:rPr>
      </w:pPr>
    </w:p>
    <w:p w:rsidR="00AA41FC" w:rsidRDefault="00AA41FC" w:rsidP="00273F3A">
      <w:pPr>
        <w:spacing w:after="0" w:line="240" w:lineRule="auto"/>
        <w:ind w:firstLine="5103"/>
        <w:rPr>
          <w:sz w:val="28"/>
          <w:szCs w:val="28"/>
          <w:lang w:val="ru-RU"/>
        </w:rPr>
        <w:sectPr w:rsidR="00AA41FC" w:rsidSect="00AA41FC">
          <w:pgSz w:w="12240" w:h="15840"/>
          <w:pgMar w:top="1134" w:right="567" w:bottom="1134" w:left="1701" w:header="709" w:footer="709" w:gutter="0"/>
          <w:pgNumType w:start="1"/>
          <w:cols w:space="720"/>
          <w:titlePg/>
          <w:docGrid w:linePitch="360"/>
        </w:sectPr>
      </w:pPr>
    </w:p>
    <w:p w:rsidR="00273F3A" w:rsidRPr="002E7D98" w:rsidRDefault="00273F3A" w:rsidP="00273F3A">
      <w:pPr>
        <w:spacing w:after="0" w:line="240" w:lineRule="auto"/>
        <w:ind w:firstLine="5103"/>
        <w:rPr>
          <w:sz w:val="28"/>
          <w:szCs w:val="28"/>
          <w:lang w:val="ru-RU"/>
        </w:rPr>
      </w:pPr>
      <w:r w:rsidRPr="002E7D98">
        <w:rPr>
          <w:sz w:val="28"/>
          <w:szCs w:val="28"/>
          <w:lang w:val="ru-RU"/>
        </w:rPr>
        <w:lastRenderedPageBreak/>
        <w:t xml:space="preserve">ПРИЛОЖЕНИЕ </w:t>
      </w:r>
      <w:r>
        <w:rPr>
          <w:sz w:val="28"/>
          <w:szCs w:val="28"/>
          <w:lang w:val="ru-RU"/>
        </w:rPr>
        <w:t>№ 7</w:t>
      </w:r>
    </w:p>
    <w:p w:rsidR="00273F3A" w:rsidRPr="002E7D98" w:rsidRDefault="00273F3A" w:rsidP="00273F3A">
      <w:pPr>
        <w:spacing w:after="0" w:line="240" w:lineRule="auto"/>
        <w:ind w:firstLine="5103"/>
        <w:rPr>
          <w:sz w:val="28"/>
          <w:szCs w:val="28"/>
          <w:lang w:val="ru-RU"/>
        </w:rPr>
      </w:pPr>
      <w:r w:rsidRPr="002E7D98">
        <w:rPr>
          <w:sz w:val="28"/>
          <w:szCs w:val="28"/>
          <w:lang w:val="ru-RU"/>
        </w:rPr>
        <w:t>к административному регламенту</w:t>
      </w:r>
    </w:p>
    <w:p w:rsidR="00273F3A" w:rsidRPr="002E7D98" w:rsidRDefault="00273F3A" w:rsidP="00273F3A">
      <w:pPr>
        <w:spacing w:after="0" w:line="240" w:lineRule="auto"/>
        <w:ind w:firstLine="5103"/>
        <w:rPr>
          <w:sz w:val="28"/>
          <w:szCs w:val="28"/>
          <w:lang w:val="ru-RU"/>
        </w:rPr>
      </w:pPr>
      <w:r w:rsidRPr="002E7D98">
        <w:rPr>
          <w:sz w:val="28"/>
          <w:szCs w:val="28"/>
          <w:lang w:val="ru-RU"/>
        </w:rPr>
        <w:t>предоставления администрацией</w:t>
      </w:r>
    </w:p>
    <w:p w:rsidR="00273F3A" w:rsidRDefault="00273F3A" w:rsidP="00273F3A">
      <w:pPr>
        <w:spacing w:after="0" w:line="240" w:lineRule="auto"/>
        <w:ind w:firstLine="5103"/>
        <w:rPr>
          <w:sz w:val="28"/>
          <w:szCs w:val="28"/>
          <w:lang w:val="ru-RU"/>
        </w:rPr>
      </w:pPr>
      <w:r w:rsidRPr="002E7D98">
        <w:rPr>
          <w:sz w:val="28"/>
          <w:szCs w:val="28"/>
          <w:lang w:val="ru-RU"/>
        </w:rPr>
        <w:t>Новоджерелиевского сельского</w:t>
      </w:r>
    </w:p>
    <w:p w:rsidR="00273F3A" w:rsidRDefault="00273F3A" w:rsidP="00273F3A">
      <w:pPr>
        <w:spacing w:after="0" w:line="240" w:lineRule="auto"/>
        <w:ind w:firstLine="5103"/>
        <w:rPr>
          <w:sz w:val="28"/>
          <w:szCs w:val="28"/>
          <w:lang w:val="ru-RU"/>
        </w:rPr>
      </w:pPr>
      <w:r>
        <w:rPr>
          <w:sz w:val="28"/>
          <w:szCs w:val="28"/>
          <w:lang w:val="ru-RU"/>
        </w:rPr>
        <w:t>п</w:t>
      </w:r>
      <w:r w:rsidRPr="002E7D98">
        <w:rPr>
          <w:sz w:val="28"/>
          <w:szCs w:val="28"/>
          <w:lang w:val="ru-RU"/>
        </w:rPr>
        <w:t>оселения</w:t>
      </w:r>
      <w:r>
        <w:rPr>
          <w:sz w:val="28"/>
          <w:szCs w:val="28"/>
          <w:lang w:val="ru-RU"/>
        </w:rPr>
        <w:t xml:space="preserve"> Брюховецкого</w:t>
      </w:r>
    </w:p>
    <w:p w:rsidR="00273F3A" w:rsidRPr="002E7D98" w:rsidRDefault="00273F3A" w:rsidP="00273F3A">
      <w:pPr>
        <w:spacing w:after="0" w:line="240" w:lineRule="auto"/>
        <w:ind w:firstLine="5103"/>
        <w:rPr>
          <w:sz w:val="28"/>
          <w:szCs w:val="28"/>
          <w:lang w:val="ru-RU"/>
        </w:rPr>
      </w:pPr>
      <w:r w:rsidRPr="002E7D98">
        <w:rPr>
          <w:sz w:val="28"/>
          <w:szCs w:val="28"/>
          <w:lang w:val="ru-RU"/>
        </w:rPr>
        <w:t>муниципального района</w:t>
      </w:r>
    </w:p>
    <w:p w:rsidR="00273F3A" w:rsidRPr="002E7D98" w:rsidRDefault="00273F3A" w:rsidP="00273F3A">
      <w:pPr>
        <w:spacing w:after="0" w:line="240" w:lineRule="auto"/>
        <w:ind w:firstLine="5103"/>
        <w:rPr>
          <w:sz w:val="28"/>
          <w:szCs w:val="28"/>
          <w:lang w:val="ru-RU"/>
        </w:rPr>
      </w:pPr>
      <w:r w:rsidRPr="002E7D98">
        <w:rPr>
          <w:sz w:val="28"/>
          <w:szCs w:val="28"/>
          <w:lang w:val="ru-RU"/>
        </w:rPr>
        <w:t>Краснодарского края муниципальной</w:t>
      </w:r>
    </w:p>
    <w:p w:rsidR="001A55FF" w:rsidRDefault="00273F3A" w:rsidP="001A55FF">
      <w:pPr>
        <w:spacing w:after="0" w:line="240" w:lineRule="auto"/>
        <w:ind w:firstLine="5103"/>
        <w:rPr>
          <w:sz w:val="28"/>
          <w:szCs w:val="28"/>
          <w:lang w:val="ru-RU"/>
        </w:rPr>
      </w:pPr>
      <w:r w:rsidRPr="002E7D98">
        <w:rPr>
          <w:sz w:val="28"/>
          <w:szCs w:val="28"/>
          <w:lang w:val="ru-RU"/>
        </w:rPr>
        <w:t xml:space="preserve">услуги </w:t>
      </w:r>
      <w:r>
        <w:rPr>
          <w:sz w:val="28"/>
          <w:szCs w:val="28"/>
          <w:lang w:val="ru-RU"/>
        </w:rPr>
        <w:t>«</w:t>
      </w:r>
      <w:r w:rsidR="001A55FF">
        <w:rPr>
          <w:sz w:val="28"/>
          <w:szCs w:val="28"/>
          <w:lang w:val="ru-RU"/>
        </w:rPr>
        <w:t>«</w:t>
      </w:r>
      <w:r w:rsidR="001A55FF" w:rsidRPr="002E7D98">
        <w:rPr>
          <w:sz w:val="28"/>
          <w:szCs w:val="28"/>
          <w:lang w:val="ru-RU"/>
        </w:rPr>
        <w:t>Присвоение, изменение и</w:t>
      </w:r>
    </w:p>
    <w:p w:rsidR="001A55FF" w:rsidRPr="002E7D98" w:rsidRDefault="001A55FF" w:rsidP="001A55FF">
      <w:pPr>
        <w:spacing w:after="0" w:line="240" w:lineRule="auto"/>
        <w:ind w:firstLine="5103"/>
        <w:rPr>
          <w:sz w:val="28"/>
          <w:szCs w:val="28"/>
          <w:lang w:val="ru-RU"/>
        </w:rPr>
      </w:pPr>
      <w:r w:rsidRPr="002E7D98">
        <w:rPr>
          <w:sz w:val="28"/>
          <w:szCs w:val="28"/>
          <w:lang w:val="ru-RU"/>
        </w:rPr>
        <w:t>аннулирование</w:t>
      </w:r>
      <w:r>
        <w:rPr>
          <w:sz w:val="28"/>
          <w:szCs w:val="28"/>
          <w:lang w:val="ru-RU"/>
        </w:rPr>
        <w:t xml:space="preserve"> адресов»</w:t>
      </w:r>
    </w:p>
    <w:p w:rsidR="00273F3A" w:rsidRDefault="00273F3A" w:rsidP="002E7D98">
      <w:pPr>
        <w:spacing w:after="0" w:line="240" w:lineRule="auto"/>
        <w:rPr>
          <w:sz w:val="28"/>
          <w:szCs w:val="28"/>
          <w:lang w:val="ru-RU"/>
        </w:rPr>
      </w:pPr>
    </w:p>
    <w:p w:rsidR="00273F3A" w:rsidRDefault="00273F3A" w:rsidP="002E7D98">
      <w:pPr>
        <w:spacing w:after="0" w:line="240" w:lineRule="auto"/>
        <w:rPr>
          <w:sz w:val="28"/>
          <w:szCs w:val="28"/>
          <w:lang w:val="ru-RU"/>
        </w:rPr>
      </w:pPr>
    </w:p>
    <w:p w:rsidR="0077411A" w:rsidRPr="00273F3A" w:rsidRDefault="008B2948" w:rsidP="00273F3A">
      <w:pPr>
        <w:spacing w:after="0" w:line="240" w:lineRule="auto"/>
        <w:jc w:val="center"/>
        <w:rPr>
          <w:b/>
          <w:sz w:val="28"/>
          <w:szCs w:val="28"/>
          <w:lang w:val="ru-RU"/>
        </w:rPr>
      </w:pPr>
      <w:r w:rsidRPr="00273F3A">
        <w:rPr>
          <w:b/>
          <w:sz w:val="28"/>
          <w:szCs w:val="28"/>
          <w:lang w:val="ru-RU"/>
        </w:rPr>
        <w:t>ЗАЯВЛЕНИЕ</w:t>
      </w:r>
    </w:p>
    <w:p w:rsidR="0077411A" w:rsidRPr="00273F3A" w:rsidRDefault="008B2948" w:rsidP="00273F3A">
      <w:pPr>
        <w:spacing w:after="0" w:line="240" w:lineRule="auto"/>
        <w:jc w:val="center"/>
        <w:rPr>
          <w:b/>
          <w:sz w:val="28"/>
          <w:szCs w:val="28"/>
          <w:lang w:val="ru-RU"/>
        </w:rPr>
      </w:pPr>
      <w:r w:rsidRPr="00273F3A">
        <w:rPr>
          <w:b/>
          <w:sz w:val="28"/>
          <w:szCs w:val="28"/>
          <w:lang w:val="ru-RU"/>
        </w:rPr>
        <w:t>о выдаче дубликата документа ранее предоставленной муниципальной услуги</w:t>
      </w:r>
    </w:p>
    <w:p w:rsidR="00273F3A" w:rsidRDefault="00273F3A" w:rsidP="002E7D98">
      <w:pPr>
        <w:spacing w:after="0" w:line="240" w:lineRule="auto"/>
        <w:rPr>
          <w:sz w:val="28"/>
          <w:szCs w:val="28"/>
          <w:lang w:val="ru-RU"/>
        </w:rPr>
      </w:pPr>
    </w:p>
    <w:p w:rsidR="00273F3A" w:rsidRDefault="008B2948" w:rsidP="00273F3A">
      <w:pPr>
        <w:spacing w:after="0" w:line="240" w:lineRule="auto"/>
        <w:ind w:firstLine="5103"/>
        <w:rPr>
          <w:sz w:val="28"/>
          <w:szCs w:val="28"/>
          <w:lang w:val="ru-RU"/>
        </w:rPr>
      </w:pPr>
      <w:r w:rsidRPr="002E7D98">
        <w:rPr>
          <w:sz w:val="28"/>
          <w:szCs w:val="28"/>
          <w:lang w:val="ru-RU"/>
        </w:rPr>
        <w:t>Главе Новоджерелиевского сельского</w:t>
      </w:r>
    </w:p>
    <w:p w:rsidR="00273F3A" w:rsidRDefault="00273F3A" w:rsidP="00273F3A">
      <w:pPr>
        <w:spacing w:after="0" w:line="240" w:lineRule="auto"/>
        <w:ind w:firstLine="5103"/>
        <w:rPr>
          <w:sz w:val="28"/>
          <w:szCs w:val="28"/>
          <w:lang w:val="ru-RU"/>
        </w:rPr>
      </w:pPr>
      <w:r>
        <w:rPr>
          <w:sz w:val="28"/>
          <w:szCs w:val="28"/>
          <w:lang w:val="ru-RU"/>
        </w:rPr>
        <w:t>п</w:t>
      </w:r>
      <w:r w:rsidR="008B2948" w:rsidRPr="002E7D98">
        <w:rPr>
          <w:sz w:val="28"/>
          <w:szCs w:val="28"/>
          <w:lang w:val="ru-RU"/>
        </w:rPr>
        <w:t>оселения</w:t>
      </w:r>
      <w:r>
        <w:rPr>
          <w:sz w:val="28"/>
          <w:szCs w:val="28"/>
          <w:lang w:val="ru-RU"/>
        </w:rPr>
        <w:t xml:space="preserve"> </w:t>
      </w:r>
      <w:r w:rsidR="008B2948" w:rsidRPr="002E7D98">
        <w:rPr>
          <w:sz w:val="28"/>
          <w:szCs w:val="28"/>
          <w:lang w:val="ru-RU"/>
        </w:rPr>
        <w:t>Брюховецкого</w:t>
      </w:r>
    </w:p>
    <w:p w:rsidR="0077411A" w:rsidRPr="002E7D98" w:rsidRDefault="008B2948" w:rsidP="00273F3A">
      <w:pPr>
        <w:spacing w:after="0" w:line="240" w:lineRule="auto"/>
        <w:ind w:firstLine="5103"/>
        <w:rPr>
          <w:sz w:val="28"/>
          <w:szCs w:val="28"/>
          <w:lang w:val="ru-RU"/>
        </w:rPr>
      </w:pPr>
      <w:r w:rsidRPr="002E7D98">
        <w:rPr>
          <w:sz w:val="28"/>
          <w:szCs w:val="28"/>
          <w:lang w:val="ru-RU"/>
        </w:rPr>
        <w:t>муниципального района</w:t>
      </w:r>
    </w:p>
    <w:p w:rsidR="0077411A" w:rsidRPr="002E7D98" w:rsidRDefault="008B2948" w:rsidP="00273F3A">
      <w:pPr>
        <w:spacing w:after="0" w:line="240" w:lineRule="auto"/>
        <w:ind w:firstLine="5103"/>
        <w:rPr>
          <w:sz w:val="28"/>
          <w:szCs w:val="28"/>
          <w:lang w:val="ru-RU"/>
        </w:rPr>
      </w:pPr>
      <w:r w:rsidRPr="002E7D98">
        <w:rPr>
          <w:sz w:val="28"/>
          <w:szCs w:val="28"/>
          <w:lang w:val="ru-RU"/>
        </w:rPr>
        <w:t>Краснодарского края</w:t>
      </w:r>
    </w:p>
    <w:p w:rsidR="00273F3A" w:rsidRDefault="008B2948" w:rsidP="00273F3A">
      <w:pPr>
        <w:spacing w:after="0" w:line="240" w:lineRule="auto"/>
        <w:ind w:firstLine="5103"/>
        <w:rPr>
          <w:sz w:val="28"/>
          <w:szCs w:val="28"/>
          <w:lang w:val="ru-RU"/>
        </w:rPr>
      </w:pPr>
      <w:r w:rsidRPr="002E7D98">
        <w:rPr>
          <w:sz w:val="28"/>
          <w:szCs w:val="28"/>
          <w:lang w:val="ru-RU"/>
        </w:rPr>
        <w:t xml:space="preserve">(фамилия, имя, отчество (последнее </w:t>
      </w:r>
      <w:r w:rsidR="00273F3A">
        <w:rPr>
          <w:sz w:val="28"/>
          <w:szCs w:val="28"/>
          <w:lang w:val="ru-RU"/>
        </w:rPr>
        <w:t>–</w:t>
      </w:r>
    </w:p>
    <w:p w:rsidR="0077411A" w:rsidRPr="002E7D98" w:rsidRDefault="008B2948" w:rsidP="00273F3A">
      <w:pPr>
        <w:spacing w:after="0" w:line="240" w:lineRule="auto"/>
        <w:ind w:firstLine="5103"/>
        <w:rPr>
          <w:sz w:val="28"/>
          <w:szCs w:val="28"/>
          <w:lang w:val="ru-RU"/>
        </w:rPr>
      </w:pPr>
      <w:r w:rsidRPr="002E7D98">
        <w:rPr>
          <w:sz w:val="28"/>
          <w:szCs w:val="28"/>
          <w:lang w:val="ru-RU"/>
        </w:rPr>
        <w:t>при наличии)</w:t>
      </w:r>
    </w:p>
    <w:p w:rsidR="0077411A" w:rsidRPr="002E7D98" w:rsidRDefault="008B2948" w:rsidP="00273F3A">
      <w:pPr>
        <w:spacing w:after="0" w:line="240" w:lineRule="auto"/>
        <w:ind w:firstLine="5103"/>
        <w:rPr>
          <w:sz w:val="28"/>
          <w:szCs w:val="28"/>
          <w:lang w:val="ru-RU"/>
        </w:rPr>
      </w:pPr>
      <w:r w:rsidRPr="002E7D98">
        <w:rPr>
          <w:sz w:val="28"/>
          <w:szCs w:val="28"/>
          <w:lang w:val="ru-RU"/>
        </w:rPr>
        <w:t>заявителя или полное наименование</w:t>
      </w:r>
    </w:p>
    <w:p w:rsidR="0077411A" w:rsidRPr="002E7D98" w:rsidRDefault="008B2948" w:rsidP="00273F3A">
      <w:pPr>
        <w:spacing w:after="0" w:line="240" w:lineRule="auto"/>
        <w:ind w:firstLine="5103"/>
        <w:rPr>
          <w:sz w:val="28"/>
          <w:szCs w:val="28"/>
          <w:lang w:val="ru-RU"/>
        </w:rPr>
      </w:pPr>
      <w:r w:rsidRPr="002E7D98">
        <w:rPr>
          <w:sz w:val="28"/>
          <w:szCs w:val="28"/>
          <w:lang w:val="ru-RU"/>
        </w:rPr>
        <w:t>юридического лица)</w:t>
      </w:r>
    </w:p>
    <w:p w:rsidR="00273F3A" w:rsidRDefault="008B2948" w:rsidP="00273F3A">
      <w:pPr>
        <w:spacing w:after="0" w:line="240" w:lineRule="auto"/>
        <w:ind w:firstLine="5103"/>
        <w:rPr>
          <w:sz w:val="28"/>
          <w:szCs w:val="28"/>
          <w:lang w:val="ru-RU"/>
        </w:rPr>
      </w:pPr>
      <w:r w:rsidRPr="002E7D98">
        <w:rPr>
          <w:sz w:val="28"/>
          <w:szCs w:val="28"/>
          <w:lang w:val="ru-RU"/>
        </w:rPr>
        <w:t>(</w:t>
      </w:r>
      <w:r w:rsidR="00273F3A" w:rsidRPr="002E7D98">
        <w:rPr>
          <w:sz w:val="28"/>
          <w:szCs w:val="28"/>
          <w:lang w:val="ru-RU"/>
        </w:rPr>
        <w:t>реквизиты,</w:t>
      </w:r>
      <w:r w:rsidRPr="002E7D98">
        <w:rPr>
          <w:sz w:val="28"/>
          <w:szCs w:val="28"/>
          <w:lang w:val="ru-RU"/>
        </w:rPr>
        <w:t xml:space="preserve"> удостоверяющие личность</w:t>
      </w:r>
    </w:p>
    <w:p w:rsidR="00273F3A" w:rsidRDefault="00273F3A" w:rsidP="00273F3A">
      <w:pPr>
        <w:spacing w:after="0" w:line="240" w:lineRule="auto"/>
        <w:ind w:firstLine="5103"/>
        <w:rPr>
          <w:sz w:val="28"/>
          <w:szCs w:val="28"/>
          <w:lang w:val="ru-RU"/>
        </w:rPr>
      </w:pPr>
      <w:r>
        <w:rPr>
          <w:sz w:val="28"/>
          <w:szCs w:val="28"/>
          <w:lang w:val="ru-RU"/>
        </w:rPr>
        <w:t>з</w:t>
      </w:r>
      <w:r w:rsidR="008B2948" w:rsidRPr="002E7D98">
        <w:rPr>
          <w:sz w:val="28"/>
          <w:szCs w:val="28"/>
          <w:lang w:val="ru-RU"/>
        </w:rPr>
        <w:t>аявителя</w:t>
      </w:r>
      <w:r>
        <w:rPr>
          <w:sz w:val="28"/>
          <w:szCs w:val="28"/>
          <w:lang w:val="ru-RU"/>
        </w:rPr>
        <w:t xml:space="preserve"> </w:t>
      </w:r>
      <w:r w:rsidR="008B2948" w:rsidRPr="002E7D98">
        <w:rPr>
          <w:sz w:val="28"/>
          <w:szCs w:val="28"/>
          <w:lang w:val="ru-RU"/>
        </w:rPr>
        <w:t>или реквизиты регистрации</w:t>
      </w:r>
    </w:p>
    <w:p w:rsidR="0077411A" w:rsidRPr="002E7D98" w:rsidRDefault="008B2948" w:rsidP="00273F3A">
      <w:pPr>
        <w:spacing w:after="0" w:line="240" w:lineRule="auto"/>
        <w:ind w:firstLine="5103"/>
        <w:rPr>
          <w:sz w:val="28"/>
          <w:szCs w:val="28"/>
          <w:lang w:val="ru-RU"/>
        </w:rPr>
      </w:pPr>
      <w:r w:rsidRPr="002E7D98">
        <w:rPr>
          <w:sz w:val="28"/>
          <w:szCs w:val="28"/>
          <w:lang w:val="ru-RU"/>
        </w:rPr>
        <w:t>юридического лица)</w:t>
      </w:r>
    </w:p>
    <w:p w:rsidR="00273F3A" w:rsidRDefault="008B2948" w:rsidP="00273F3A">
      <w:pPr>
        <w:spacing w:after="0" w:line="240" w:lineRule="auto"/>
        <w:ind w:firstLine="5103"/>
        <w:rPr>
          <w:sz w:val="28"/>
          <w:szCs w:val="28"/>
          <w:lang w:val="ru-RU"/>
        </w:rPr>
      </w:pPr>
      <w:r w:rsidRPr="002E7D98">
        <w:rPr>
          <w:sz w:val="28"/>
          <w:szCs w:val="28"/>
          <w:lang w:val="ru-RU"/>
        </w:rPr>
        <w:t>(идентификационный номер</w:t>
      </w:r>
    </w:p>
    <w:p w:rsidR="0077411A" w:rsidRPr="002E7D98" w:rsidRDefault="008B2948" w:rsidP="00273F3A">
      <w:pPr>
        <w:spacing w:after="0" w:line="240" w:lineRule="auto"/>
        <w:ind w:firstLine="5103"/>
        <w:rPr>
          <w:sz w:val="28"/>
          <w:szCs w:val="28"/>
          <w:lang w:val="ru-RU"/>
        </w:rPr>
      </w:pPr>
      <w:r w:rsidRPr="002E7D98">
        <w:rPr>
          <w:sz w:val="28"/>
          <w:szCs w:val="28"/>
          <w:lang w:val="ru-RU"/>
        </w:rPr>
        <w:t xml:space="preserve"> налогоплательщика,</w:t>
      </w:r>
    </w:p>
    <w:p w:rsidR="00273F3A" w:rsidRDefault="008B2948" w:rsidP="00273F3A">
      <w:pPr>
        <w:spacing w:after="0" w:line="240" w:lineRule="auto"/>
        <w:ind w:firstLine="5103"/>
        <w:rPr>
          <w:sz w:val="28"/>
          <w:szCs w:val="28"/>
          <w:lang w:val="ru-RU"/>
        </w:rPr>
      </w:pPr>
      <w:r w:rsidRPr="002E7D98">
        <w:rPr>
          <w:sz w:val="28"/>
          <w:szCs w:val="28"/>
          <w:lang w:val="ru-RU"/>
        </w:rPr>
        <w:t>регистрационный номер</w:t>
      </w:r>
    </w:p>
    <w:p w:rsidR="0077411A" w:rsidRPr="002E7D98" w:rsidRDefault="008B2948" w:rsidP="00273F3A">
      <w:pPr>
        <w:spacing w:after="0" w:line="240" w:lineRule="auto"/>
        <w:ind w:firstLine="5103"/>
        <w:rPr>
          <w:sz w:val="28"/>
          <w:szCs w:val="28"/>
          <w:lang w:val="ru-RU"/>
        </w:rPr>
      </w:pPr>
      <w:r w:rsidRPr="002E7D98">
        <w:rPr>
          <w:sz w:val="28"/>
          <w:szCs w:val="28"/>
          <w:lang w:val="ru-RU"/>
        </w:rPr>
        <w:t>записи</w:t>
      </w:r>
      <w:r w:rsidR="00273F3A">
        <w:rPr>
          <w:sz w:val="28"/>
          <w:szCs w:val="28"/>
          <w:lang w:val="ru-RU"/>
        </w:rPr>
        <w:t xml:space="preserve"> </w:t>
      </w:r>
      <w:r w:rsidRPr="002E7D98">
        <w:rPr>
          <w:sz w:val="28"/>
          <w:szCs w:val="28"/>
          <w:lang w:val="ru-RU"/>
        </w:rPr>
        <w:t>юридического лица</w:t>
      </w:r>
    </w:p>
    <w:p w:rsidR="0077411A" w:rsidRPr="002E7D98" w:rsidRDefault="008B2948" w:rsidP="00273F3A">
      <w:pPr>
        <w:spacing w:after="0" w:line="240" w:lineRule="auto"/>
        <w:ind w:firstLine="5103"/>
        <w:rPr>
          <w:sz w:val="28"/>
          <w:szCs w:val="28"/>
          <w:lang w:val="ru-RU"/>
        </w:rPr>
      </w:pPr>
      <w:r w:rsidRPr="002E7D98">
        <w:rPr>
          <w:sz w:val="28"/>
          <w:szCs w:val="28"/>
          <w:lang w:val="ru-RU"/>
        </w:rPr>
        <w:t>в ЕГРЮЛ, ЕГРИП)</w:t>
      </w:r>
    </w:p>
    <w:p w:rsidR="0077411A" w:rsidRPr="002E7D98" w:rsidRDefault="008B2948" w:rsidP="00273F3A">
      <w:pPr>
        <w:spacing w:after="0" w:line="240" w:lineRule="auto"/>
        <w:ind w:firstLine="5103"/>
        <w:rPr>
          <w:sz w:val="28"/>
          <w:szCs w:val="28"/>
          <w:lang w:val="ru-RU"/>
        </w:rPr>
      </w:pPr>
      <w:r w:rsidRPr="002E7D98">
        <w:rPr>
          <w:sz w:val="28"/>
          <w:szCs w:val="28"/>
          <w:lang w:val="ru-RU"/>
        </w:rPr>
        <w:t>Почтовый адрес:</w:t>
      </w:r>
    </w:p>
    <w:p w:rsidR="00273F3A" w:rsidRDefault="008B2948" w:rsidP="00273F3A">
      <w:pPr>
        <w:spacing w:after="0" w:line="240" w:lineRule="auto"/>
        <w:ind w:firstLine="5103"/>
        <w:rPr>
          <w:sz w:val="28"/>
          <w:szCs w:val="28"/>
          <w:lang w:val="ru-RU"/>
        </w:rPr>
      </w:pPr>
      <w:r w:rsidRPr="002E7D98">
        <w:rPr>
          <w:sz w:val="28"/>
          <w:szCs w:val="28"/>
          <w:lang w:val="ru-RU"/>
        </w:rPr>
        <w:t>(полностью адрес регистрации</w:t>
      </w:r>
    </w:p>
    <w:p w:rsidR="0077411A" w:rsidRPr="002E7D98" w:rsidRDefault="008B2948" w:rsidP="00273F3A">
      <w:pPr>
        <w:spacing w:after="0" w:line="240" w:lineRule="auto"/>
        <w:ind w:firstLine="5103"/>
        <w:rPr>
          <w:sz w:val="28"/>
          <w:szCs w:val="28"/>
          <w:lang w:val="ru-RU"/>
        </w:rPr>
      </w:pPr>
      <w:r w:rsidRPr="002E7D98">
        <w:rPr>
          <w:sz w:val="28"/>
          <w:szCs w:val="28"/>
          <w:lang w:val="ru-RU"/>
        </w:rPr>
        <w:t>и место нахождения)</w:t>
      </w:r>
    </w:p>
    <w:p w:rsidR="00273F3A" w:rsidRDefault="008B2948" w:rsidP="00273F3A">
      <w:pPr>
        <w:spacing w:after="0" w:line="240" w:lineRule="auto"/>
        <w:ind w:firstLine="5103"/>
        <w:rPr>
          <w:sz w:val="28"/>
          <w:szCs w:val="28"/>
          <w:lang w:val="ru-RU"/>
        </w:rPr>
      </w:pPr>
      <w:r w:rsidRPr="002E7D98">
        <w:rPr>
          <w:sz w:val="28"/>
          <w:szCs w:val="28"/>
          <w:lang w:val="ru-RU"/>
        </w:rPr>
        <w:t>Телефон:</w:t>
      </w:r>
    </w:p>
    <w:p w:rsidR="0077411A" w:rsidRPr="002E7D98" w:rsidRDefault="008B2948" w:rsidP="00273F3A">
      <w:pPr>
        <w:spacing w:after="0" w:line="240" w:lineRule="auto"/>
        <w:ind w:firstLine="5103"/>
        <w:rPr>
          <w:sz w:val="28"/>
          <w:szCs w:val="28"/>
          <w:lang w:val="ru-RU"/>
        </w:rPr>
      </w:pPr>
      <w:r w:rsidRPr="002E7D98">
        <w:rPr>
          <w:sz w:val="28"/>
          <w:szCs w:val="28"/>
          <w:lang w:val="ru-RU"/>
        </w:rPr>
        <w:t>_____</w:t>
      </w:r>
      <w:r w:rsidR="00273F3A">
        <w:rPr>
          <w:sz w:val="28"/>
          <w:szCs w:val="28"/>
          <w:lang w:val="ru-RU"/>
        </w:rPr>
        <w:t>_____________________________</w:t>
      </w:r>
    </w:p>
    <w:p w:rsidR="00273F3A" w:rsidRDefault="008B2948" w:rsidP="00273F3A">
      <w:pPr>
        <w:spacing w:after="0" w:line="240" w:lineRule="auto"/>
        <w:ind w:firstLine="5103"/>
        <w:rPr>
          <w:sz w:val="28"/>
          <w:szCs w:val="28"/>
          <w:lang w:val="ru-RU"/>
        </w:rPr>
      </w:pPr>
      <w:r w:rsidRPr="002E7D98">
        <w:rPr>
          <w:sz w:val="28"/>
          <w:szCs w:val="28"/>
        </w:rPr>
        <w:t>E</w:t>
      </w:r>
      <w:r w:rsidRPr="002E7D98">
        <w:rPr>
          <w:sz w:val="28"/>
          <w:szCs w:val="28"/>
          <w:lang w:val="ru-RU"/>
        </w:rPr>
        <w:t>-</w:t>
      </w:r>
      <w:r w:rsidRPr="002E7D98">
        <w:rPr>
          <w:sz w:val="28"/>
          <w:szCs w:val="28"/>
        </w:rPr>
        <w:t>mail</w:t>
      </w:r>
      <w:r w:rsidRPr="002E7D98">
        <w:rPr>
          <w:sz w:val="28"/>
          <w:szCs w:val="28"/>
          <w:lang w:val="ru-RU"/>
        </w:rPr>
        <w:t>:</w:t>
      </w:r>
    </w:p>
    <w:p w:rsidR="0077411A" w:rsidRPr="002E7D98" w:rsidRDefault="008B2948" w:rsidP="00273F3A">
      <w:pPr>
        <w:spacing w:after="0" w:line="240" w:lineRule="auto"/>
        <w:ind w:firstLine="5103"/>
        <w:rPr>
          <w:sz w:val="28"/>
          <w:szCs w:val="28"/>
          <w:lang w:val="ru-RU"/>
        </w:rPr>
      </w:pPr>
      <w:r w:rsidRPr="002E7D98">
        <w:rPr>
          <w:sz w:val="28"/>
          <w:szCs w:val="28"/>
          <w:lang w:val="ru-RU"/>
        </w:rPr>
        <w:t>_______________________________</w:t>
      </w:r>
      <w:r w:rsidR="00273F3A">
        <w:rPr>
          <w:sz w:val="28"/>
          <w:szCs w:val="28"/>
          <w:lang w:val="ru-RU"/>
        </w:rPr>
        <w:t>___</w:t>
      </w:r>
    </w:p>
    <w:p w:rsidR="0077411A" w:rsidRPr="002E7D98" w:rsidRDefault="00273F3A" w:rsidP="00273F3A">
      <w:pPr>
        <w:spacing w:after="0" w:line="240" w:lineRule="auto"/>
        <w:ind w:firstLine="5103"/>
        <w:rPr>
          <w:sz w:val="28"/>
          <w:szCs w:val="28"/>
          <w:lang w:val="ru-RU"/>
        </w:rPr>
      </w:pPr>
      <w:r w:rsidRPr="002E7D98">
        <w:rPr>
          <w:sz w:val="28"/>
          <w:szCs w:val="28"/>
          <w:lang w:val="ru-RU"/>
        </w:rPr>
        <w:t>Представитель: _</w:t>
      </w:r>
      <w:r w:rsidR="008B2948" w:rsidRPr="002E7D98">
        <w:rPr>
          <w:sz w:val="28"/>
          <w:szCs w:val="28"/>
          <w:lang w:val="ru-RU"/>
        </w:rPr>
        <w:t>_</w:t>
      </w:r>
      <w:r>
        <w:rPr>
          <w:sz w:val="28"/>
          <w:szCs w:val="28"/>
          <w:lang w:val="ru-RU"/>
        </w:rPr>
        <w:t>__________________</w:t>
      </w:r>
    </w:p>
    <w:p w:rsidR="00273F3A" w:rsidRDefault="008B2948" w:rsidP="00273F3A">
      <w:pPr>
        <w:spacing w:after="0" w:line="240" w:lineRule="auto"/>
        <w:ind w:firstLine="5103"/>
        <w:rPr>
          <w:sz w:val="28"/>
          <w:szCs w:val="28"/>
          <w:lang w:val="ru-RU"/>
        </w:rPr>
      </w:pPr>
      <w:r w:rsidRPr="002E7D98">
        <w:rPr>
          <w:sz w:val="28"/>
          <w:szCs w:val="28"/>
          <w:lang w:val="ru-RU"/>
        </w:rPr>
        <w:t>(фамилия, имя, отчество</w:t>
      </w:r>
    </w:p>
    <w:p w:rsidR="0077411A" w:rsidRPr="002E7D98" w:rsidRDefault="008B2948" w:rsidP="00273F3A">
      <w:pPr>
        <w:spacing w:after="0" w:line="240" w:lineRule="auto"/>
        <w:ind w:firstLine="5103"/>
        <w:rPr>
          <w:sz w:val="28"/>
          <w:szCs w:val="28"/>
          <w:lang w:val="ru-RU"/>
        </w:rPr>
      </w:pPr>
      <w:r w:rsidRPr="002E7D98">
        <w:rPr>
          <w:sz w:val="28"/>
          <w:szCs w:val="28"/>
          <w:lang w:val="ru-RU"/>
        </w:rPr>
        <w:t>(последнее - при наличии)</w:t>
      </w:r>
    </w:p>
    <w:p w:rsidR="00273F3A" w:rsidRDefault="008B2948" w:rsidP="00273F3A">
      <w:pPr>
        <w:spacing w:after="0" w:line="240" w:lineRule="auto"/>
        <w:ind w:firstLine="5103"/>
        <w:rPr>
          <w:sz w:val="28"/>
          <w:szCs w:val="28"/>
          <w:lang w:val="ru-RU"/>
        </w:rPr>
      </w:pPr>
      <w:r w:rsidRPr="002E7D98">
        <w:rPr>
          <w:sz w:val="28"/>
          <w:szCs w:val="28"/>
          <w:lang w:val="ru-RU"/>
        </w:rPr>
        <w:t>(</w:t>
      </w:r>
      <w:r w:rsidR="00273F3A" w:rsidRPr="002E7D98">
        <w:rPr>
          <w:sz w:val="28"/>
          <w:szCs w:val="28"/>
          <w:lang w:val="ru-RU"/>
        </w:rPr>
        <w:t>реквизиты,</w:t>
      </w:r>
      <w:r w:rsidRPr="002E7D98">
        <w:rPr>
          <w:sz w:val="28"/>
          <w:szCs w:val="28"/>
          <w:lang w:val="ru-RU"/>
        </w:rPr>
        <w:t xml:space="preserve"> удостоверяющие личность</w:t>
      </w:r>
    </w:p>
    <w:p w:rsidR="0077411A" w:rsidRPr="002E7D98" w:rsidRDefault="008B2948" w:rsidP="00273F3A">
      <w:pPr>
        <w:spacing w:after="0" w:line="240" w:lineRule="auto"/>
        <w:ind w:firstLine="5103"/>
        <w:rPr>
          <w:sz w:val="28"/>
          <w:szCs w:val="28"/>
          <w:lang w:val="ru-RU"/>
        </w:rPr>
      </w:pPr>
      <w:r w:rsidRPr="002E7D98">
        <w:rPr>
          <w:sz w:val="28"/>
          <w:szCs w:val="28"/>
          <w:lang w:val="ru-RU"/>
        </w:rPr>
        <w:lastRenderedPageBreak/>
        <w:t xml:space="preserve"> заявителя)</w:t>
      </w:r>
    </w:p>
    <w:p w:rsidR="00273F3A" w:rsidRDefault="008B2948" w:rsidP="00273F3A">
      <w:pPr>
        <w:spacing w:after="0" w:line="240" w:lineRule="auto"/>
        <w:ind w:firstLine="5103"/>
        <w:rPr>
          <w:sz w:val="28"/>
          <w:szCs w:val="28"/>
          <w:lang w:val="ru-RU"/>
        </w:rPr>
      </w:pPr>
      <w:r w:rsidRPr="002E7D98">
        <w:rPr>
          <w:sz w:val="28"/>
          <w:szCs w:val="28"/>
          <w:lang w:val="ru-RU"/>
        </w:rPr>
        <w:t>На</w:t>
      </w:r>
      <w:r w:rsidR="005C7C30">
        <w:rPr>
          <w:sz w:val="28"/>
          <w:szCs w:val="28"/>
          <w:lang w:val="ru-RU"/>
        </w:rPr>
        <w:t xml:space="preserve"> </w:t>
      </w:r>
      <w:r w:rsidR="00273F3A" w:rsidRPr="002E7D98">
        <w:rPr>
          <w:sz w:val="28"/>
          <w:szCs w:val="28"/>
          <w:lang w:val="ru-RU"/>
        </w:rPr>
        <w:t>основании:</w:t>
      </w:r>
    </w:p>
    <w:p w:rsidR="0077411A" w:rsidRPr="002E7D98" w:rsidRDefault="00273F3A" w:rsidP="00273F3A">
      <w:pPr>
        <w:spacing w:after="0" w:line="240" w:lineRule="auto"/>
        <w:ind w:firstLine="5103"/>
        <w:rPr>
          <w:sz w:val="28"/>
          <w:szCs w:val="28"/>
          <w:lang w:val="ru-RU"/>
        </w:rPr>
      </w:pPr>
      <w:r w:rsidRPr="002E7D98">
        <w:rPr>
          <w:sz w:val="28"/>
          <w:szCs w:val="28"/>
          <w:lang w:val="ru-RU"/>
        </w:rPr>
        <w:t xml:space="preserve"> _</w:t>
      </w:r>
      <w:r w:rsidR="008B2948" w:rsidRPr="002E7D98">
        <w:rPr>
          <w:sz w:val="28"/>
          <w:szCs w:val="28"/>
          <w:lang w:val="ru-RU"/>
        </w:rPr>
        <w:t>_</w:t>
      </w:r>
      <w:r>
        <w:rPr>
          <w:sz w:val="28"/>
          <w:szCs w:val="28"/>
          <w:lang w:val="ru-RU"/>
        </w:rPr>
        <w:t>_______________________</w:t>
      </w:r>
    </w:p>
    <w:p w:rsidR="00273F3A" w:rsidRDefault="008B2948" w:rsidP="00273F3A">
      <w:pPr>
        <w:spacing w:after="0" w:line="240" w:lineRule="auto"/>
        <w:ind w:firstLine="5103"/>
        <w:rPr>
          <w:sz w:val="28"/>
          <w:szCs w:val="28"/>
          <w:lang w:val="ru-RU"/>
        </w:rPr>
      </w:pPr>
      <w:r w:rsidRPr="002E7D98">
        <w:rPr>
          <w:sz w:val="28"/>
          <w:szCs w:val="28"/>
          <w:lang w:val="ru-RU"/>
        </w:rPr>
        <w:t>(наименование и реквизиты</w:t>
      </w:r>
    </w:p>
    <w:p w:rsidR="0077411A" w:rsidRPr="002E7D98" w:rsidRDefault="008B2948" w:rsidP="00273F3A">
      <w:pPr>
        <w:spacing w:after="0" w:line="240" w:lineRule="auto"/>
        <w:ind w:firstLine="5103"/>
        <w:rPr>
          <w:sz w:val="28"/>
          <w:szCs w:val="28"/>
          <w:lang w:val="ru-RU"/>
        </w:rPr>
      </w:pPr>
      <w:r w:rsidRPr="002E7D98">
        <w:rPr>
          <w:sz w:val="28"/>
          <w:szCs w:val="28"/>
          <w:lang w:val="ru-RU"/>
        </w:rPr>
        <w:t>доверенности,</w:t>
      </w:r>
    </w:p>
    <w:p w:rsidR="00273F3A" w:rsidRDefault="008B2948" w:rsidP="00273F3A">
      <w:pPr>
        <w:spacing w:after="0" w:line="240" w:lineRule="auto"/>
        <w:ind w:firstLine="5103"/>
        <w:rPr>
          <w:sz w:val="28"/>
          <w:szCs w:val="28"/>
          <w:lang w:val="ru-RU"/>
        </w:rPr>
      </w:pPr>
      <w:r w:rsidRPr="002E7D98">
        <w:rPr>
          <w:sz w:val="28"/>
          <w:szCs w:val="28"/>
          <w:lang w:val="ru-RU"/>
        </w:rPr>
        <w:t>иного документа, ф.и.о. нотариуса,</w:t>
      </w:r>
    </w:p>
    <w:p w:rsidR="0077411A" w:rsidRDefault="008B2948" w:rsidP="00273F3A">
      <w:pPr>
        <w:spacing w:after="0" w:line="240" w:lineRule="auto"/>
        <w:ind w:firstLine="5103"/>
        <w:rPr>
          <w:sz w:val="28"/>
          <w:szCs w:val="28"/>
          <w:lang w:val="ru-RU"/>
        </w:rPr>
      </w:pPr>
      <w:r w:rsidRPr="002E7D98">
        <w:rPr>
          <w:sz w:val="28"/>
          <w:szCs w:val="28"/>
          <w:lang w:val="ru-RU"/>
        </w:rPr>
        <w:t>округ)</w:t>
      </w:r>
    </w:p>
    <w:p w:rsidR="00273F3A" w:rsidRPr="002E7D98" w:rsidRDefault="00273F3A" w:rsidP="00273F3A">
      <w:pPr>
        <w:spacing w:after="0" w:line="240" w:lineRule="auto"/>
        <w:ind w:firstLine="5103"/>
        <w:rPr>
          <w:sz w:val="28"/>
          <w:szCs w:val="28"/>
          <w:lang w:val="ru-RU"/>
        </w:rPr>
      </w:pPr>
    </w:p>
    <w:p w:rsidR="0077411A" w:rsidRPr="00641282" w:rsidRDefault="008B2948" w:rsidP="00273F3A">
      <w:pPr>
        <w:spacing w:after="0" w:line="240" w:lineRule="auto"/>
        <w:jc w:val="center"/>
        <w:rPr>
          <w:sz w:val="28"/>
          <w:szCs w:val="28"/>
          <w:lang w:val="ru-RU"/>
        </w:rPr>
      </w:pPr>
      <w:r w:rsidRPr="00641282">
        <w:rPr>
          <w:sz w:val="28"/>
          <w:szCs w:val="28"/>
          <w:lang w:val="ru-RU"/>
        </w:rPr>
        <w:t>Заявление</w:t>
      </w:r>
    </w:p>
    <w:p w:rsidR="00273F3A" w:rsidRPr="00641282" w:rsidRDefault="00273F3A" w:rsidP="002E7D98">
      <w:pPr>
        <w:spacing w:after="0" w:line="240" w:lineRule="auto"/>
        <w:rPr>
          <w:sz w:val="28"/>
          <w:szCs w:val="28"/>
          <w:lang w:val="ru-RU"/>
        </w:rPr>
      </w:pPr>
    </w:p>
    <w:p w:rsidR="0077411A" w:rsidRPr="002E7D98" w:rsidRDefault="008B2948" w:rsidP="00273F3A">
      <w:pPr>
        <w:spacing w:after="0" w:line="240" w:lineRule="auto"/>
        <w:ind w:firstLine="709"/>
        <w:jc w:val="both"/>
        <w:rPr>
          <w:sz w:val="28"/>
          <w:szCs w:val="28"/>
          <w:lang w:val="ru-RU"/>
        </w:rPr>
      </w:pPr>
      <w:r w:rsidRPr="002E7D98">
        <w:rPr>
          <w:sz w:val="28"/>
          <w:szCs w:val="28"/>
          <w:lang w:val="ru-RU"/>
        </w:rPr>
        <w:t>Прошу выдать дубликат ________________, выданного ___________года.</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Результат предоставления услуги прошу:</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направить в форме электронного документа в личный кабинет заявителя РПГУ</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 xml:space="preserve">направить в форме электронного документа по </w:t>
      </w:r>
      <w:r w:rsidRPr="002E7D98">
        <w:rPr>
          <w:sz w:val="28"/>
          <w:szCs w:val="28"/>
        </w:rPr>
        <w:t>e</w:t>
      </w:r>
      <w:r w:rsidRPr="002E7D98">
        <w:rPr>
          <w:sz w:val="28"/>
          <w:szCs w:val="28"/>
          <w:lang w:val="ru-RU"/>
        </w:rPr>
        <w:t>-</w:t>
      </w:r>
      <w:r w:rsidRPr="002E7D98">
        <w:rPr>
          <w:sz w:val="28"/>
          <w:szCs w:val="28"/>
        </w:rPr>
        <w:t>mail</w:t>
      </w:r>
      <w:r w:rsidRPr="002E7D98">
        <w:rPr>
          <w:sz w:val="28"/>
          <w:szCs w:val="28"/>
          <w:lang w:val="ru-RU"/>
        </w:rPr>
        <w:t xml:space="preserve"> электронной почты:</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выдать на бумажном носителе при личном обращении в администрацию Новоджерелиевского сельского поселения Брюховецкого муниципального района Краснодарского края</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направить на бумажном носителе на почтовый адрес:</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(Указывается один из перечисленных способов)</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 xml:space="preserve">В соответствии с Федеральным законом от 27 июля 2006 года № 152-ФЗ </w:t>
      </w:r>
      <w:r w:rsidR="00273F3A">
        <w:rPr>
          <w:sz w:val="28"/>
          <w:szCs w:val="28"/>
          <w:lang w:val="ru-RU"/>
        </w:rPr>
        <w:t>«</w:t>
      </w:r>
      <w:r w:rsidRPr="002E7D98">
        <w:rPr>
          <w:sz w:val="28"/>
          <w:szCs w:val="28"/>
          <w:lang w:val="ru-RU"/>
        </w:rPr>
        <w:t>О персональных данных</w:t>
      </w:r>
      <w:r w:rsidR="00273F3A">
        <w:rPr>
          <w:sz w:val="28"/>
          <w:szCs w:val="28"/>
          <w:lang w:val="ru-RU"/>
        </w:rPr>
        <w:t>»</w:t>
      </w:r>
      <w:r w:rsidRPr="002E7D98">
        <w:rPr>
          <w:sz w:val="28"/>
          <w:szCs w:val="28"/>
          <w:lang w:val="ru-RU"/>
        </w:rPr>
        <w:t xml:space="preserve"> в целях предоставления мне муниципальной услуги, я даю свое согласие на:</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77411A" w:rsidRPr="002E7D98" w:rsidRDefault="008B2948" w:rsidP="00273F3A">
      <w:pPr>
        <w:spacing w:after="0" w:line="240" w:lineRule="auto"/>
        <w:ind w:firstLine="709"/>
        <w:jc w:val="both"/>
        <w:rPr>
          <w:sz w:val="28"/>
          <w:szCs w:val="28"/>
          <w:lang w:val="ru-RU"/>
        </w:rPr>
      </w:pPr>
      <w:r w:rsidRPr="002E7D98">
        <w:rPr>
          <w:sz w:val="28"/>
          <w:szCs w:val="28"/>
          <w:lang w:val="ru-RU"/>
        </w:rPr>
        <w:t>Достоверность и полноту сведений, предоставленных в документах, подтверждаю.</w:t>
      </w:r>
    </w:p>
    <w:p w:rsidR="0077411A" w:rsidRPr="002E7D98" w:rsidRDefault="005C7C30" w:rsidP="00273F3A">
      <w:pPr>
        <w:spacing w:after="0" w:line="240" w:lineRule="auto"/>
        <w:ind w:firstLine="709"/>
        <w:rPr>
          <w:sz w:val="28"/>
          <w:szCs w:val="28"/>
          <w:lang w:val="ru-RU"/>
        </w:rPr>
      </w:pPr>
      <w:r>
        <w:rPr>
          <w:sz w:val="28"/>
          <w:szCs w:val="28"/>
          <w:lang w:val="ru-RU"/>
        </w:rPr>
        <w:t>«</w:t>
      </w:r>
      <w:r w:rsidR="008B2948" w:rsidRPr="002E7D98">
        <w:rPr>
          <w:sz w:val="28"/>
          <w:szCs w:val="28"/>
          <w:lang w:val="ru-RU"/>
        </w:rPr>
        <w:t>____</w:t>
      </w:r>
      <w:r>
        <w:rPr>
          <w:sz w:val="28"/>
          <w:szCs w:val="28"/>
          <w:lang w:val="ru-RU"/>
        </w:rPr>
        <w:t>»</w:t>
      </w:r>
      <w:r w:rsidR="008B2948" w:rsidRPr="002E7D98">
        <w:rPr>
          <w:sz w:val="28"/>
          <w:szCs w:val="28"/>
          <w:lang w:val="ru-RU"/>
        </w:rPr>
        <w:t xml:space="preserve"> ________ 20__г.         ______________         __________________________</w:t>
      </w:r>
    </w:p>
    <w:p w:rsidR="0077411A" w:rsidRPr="002E7D98" w:rsidRDefault="008B2948" w:rsidP="002E7D98">
      <w:pPr>
        <w:spacing w:after="0" w:line="240" w:lineRule="auto"/>
        <w:rPr>
          <w:sz w:val="28"/>
          <w:szCs w:val="28"/>
          <w:lang w:val="ru-RU"/>
        </w:rPr>
      </w:pPr>
      <w:r w:rsidRPr="002E7D98">
        <w:rPr>
          <w:sz w:val="28"/>
          <w:szCs w:val="28"/>
          <w:lang w:val="ru-RU"/>
        </w:rPr>
        <w:t xml:space="preserve">(дата)       </w:t>
      </w:r>
      <w:r w:rsidR="00273F3A">
        <w:rPr>
          <w:sz w:val="28"/>
          <w:szCs w:val="28"/>
          <w:lang w:val="ru-RU"/>
        </w:rPr>
        <w:t xml:space="preserve"> </w:t>
      </w:r>
      <w:r w:rsidRPr="002E7D98">
        <w:rPr>
          <w:sz w:val="28"/>
          <w:szCs w:val="28"/>
          <w:lang w:val="ru-RU"/>
        </w:rPr>
        <w:t xml:space="preserve">  (подпись заявителя) </w:t>
      </w:r>
      <w:r w:rsidR="009419DB">
        <w:rPr>
          <w:sz w:val="28"/>
          <w:szCs w:val="28"/>
          <w:lang w:val="ru-RU"/>
        </w:rPr>
        <w:t xml:space="preserve">                         </w:t>
      </w:r>
      <w:r w:rsidRPr="002E7D98">
        <w:rPr>
          <w:sz w:val="28"/>
          <w:szCs w:val="28"/>
          <w:lang w:val="ru-RU"/>
        </w:rPr>
        <w:t>(расшифровка подписи заявителя)</w:t>
      </w:r>
    </w:p>
    <w:p w:rsidR="009419DB" w:rsidRDefault="009419DB" w:rsidP="009419DB">
      <w:pPr>
        <w:spacing w:after="0" w:line="240" w:lineRule="auto"/>
        <w:rPr>
          <w:sz w:val="28"/>
          <w:szCs w:val="28"/>
          <w:lang w:val="ru-RU"/>
        </w:rPr>
      </w:pPr>
    </w:p>
    <w:p w:rsidR="009419DB" w:rsidRDefault="009419DB" w:rsidP="009419DB">
      <w:pPr>
        <w:spacing w:after="0" w:line="240" w:lineRule="auto"/>
        <w:rPr>
          <w:sz w:val="28"/>
          <w:szCs w:val="28"/>
          <w:lang w:val="ru-RU"/>
        </w:rPr>
      </w:pPr>
      <w:r>
        <w:rPr>
          <w:sz w:val="28"/>
          <w:szCs w:val="28"/>
          <w:lang w:val="ru-RU"/>
        </w:rPr>
        <w:t>Глава</w:t>
      </w:r>
      <w:r w:rsidRPr="002E7D98">
        <w:rPr>
          <w:sz w:val="28"/>
          <w:szCs w:val="28"/>
          <w:lang w:val="ru-RU"/>
        </w:rPr>
        <w:t xml:space="preserve"> Новоджерелиевского</w:t>
      </w:r>
      <w:r>
        <w:rPr>
          <w:sz w:val="28"/>
          <w:szCs w:val="28"/>
          <w:lang w:val="ru-RU"/>
        </w:rPr>
        <w:t xml:space="preserve"> </w:t>
      </w:r>
      <w:r w:rsidRPr="002E7D98">
        <w:rPr>
          <w:sz w:val="28"/>
          <w:szCs w:val="28"/>
          <w:lang w:val="ru-RU"/>
        </w:rPr>
        <w:t>сельского поселения</w:t>
      </w:r>
    </w:p>
    <w:p w:rsidR="009419DB" w:rsidRPr="002E7D98" w:rsidRDefault="009419DB" w:rsidP="009419DB">
      <w:pPr>
        <w:spacing w:after="0" w:line="240" w:lineRule="auto"/>
        <w:rPr>
          <w:sz w:val="28"/>
          <w:szCs w:val="28"/>
          <w:lang w:val="ru-RU"/>
        </w:rPr>
      </w:pPr>
      <w:r w:rsidRPr="002E7D98">
        <w:rPr>
          <w:sz w:val="28"/>
          <w:szCs w:val="28"/>
          <w:lang w:val="ru-RU"/>
        </w:rPr>
        <w:t>Брюховецкого муниципального района</w:t>
      </w:r>
    </w:p>
    <w:p w:rsidR="00AA41FC" w:rsidRDefault="009419DB" w:rsidP="009419DB">
      <w:pPr>
        <w:spacing w:after="0" w:line="240" w:lineRule="auto"/>
        <w:rPr>
          <w:sz w:val="28"/>
          <w:szCs w:val="28"/>
          <w:lang w:val="ru-RU"/>
        </w:rPr>
        <w:sectPr w:rsidR="00AA41FC" w:rsidSect="00AA41FC">
          <w:pgSz w:w="12240" w:h="15840"/>
          <w:pgMar w:top="1134" w:right="567" w:bottom="1134" w:left="1701" w:header="709" w:footer="709" w:gutter="0"/>
          <w:pgNumType w:start="1"/>
          <w:cols w:space="720"/>
          <w:titlePg/>
          <w:docGrid w:linePitch="360"/>
        </w:sectPr>
      </w:pPr>
      <w:r w:rsidRPr="002E7D98">
        <w:rPr>
          <w:sz w:val="28"/>
          <w:szCs w:val="28"/>
          <w:lang w:val="ru-RU"/>
        </w:rPr>
        <w:t>Краснодарского края</w:t>
      </w:r>
      <w:r>
        <w:rPr>
          <w:sz w:val="28"/>
          <w:szCs w:val="28"/>
          <w:lang w:val="ru-RU"/>
        </w:rPr>
        <w:t xml:space="preserve">                                                                                О.В. Ткаченко</w:t>
      </w:r>
    </w:p>
    <w:p w:rsidR="009419DB" w:rsidRPr="002E7D98" w:rsidRDefault="009419DB" w:rsidP="009419DB">
      <w:pPr>
        <w:spacing w:after="0" w:line="240" w:lineRule="auto"/>
        <w:ind w:firstLine="5103"/>
        <w:rPr>
          <w:sz w:val="28"/>
          <w:szCs w:val="28"/>
          <w:lang w:val="ru-RU"/>
        </w:rPr>
      </w:pPr>
      <w:r w:rsidRPr="002E7D98">
        <w:rPr>
          <w:sz w:val="28"/>
          <w:szCs w:val="28"/>
          <w:lang w:val="ru-RU"/>
        </w:rPr>
        <w:lastRenderedPageBreak/>
        <w:t xml:space="preserve">ПРИЛОЖЕНИЕ </w:t>
      </w:r>
      <w:r>
        <w:rPr>
          <w:sz w:val="28"/>
          <w:szCs w:val="28"/>
          <w:lang w:val="ru-RU"/>
        </w:rPr>
        <w:t>№ 8</w:t>
      </w:r>
    </w:p>
    <w:p w:rsidR="009419DB" w:rsidRPr="002E7D98" w:rsidRDefault="009419DB" w:rsidP="009419DB">
      <w:pPr>
        <w:spacing w:after="0" w:line="240" w:lineRule="auto"/>
        <w:ind w:firstLine="5103"/>
        <w:rPr>
          <w:sz w:val="28"/>
          <w:szCs w:val="28"/>
          <w:lang w:val="ru-RU"/>
        </w:rPr>
      </w:pPr>
      <w:r w:rsidRPr="002E7D98">
        <w:rPr>
          <w:sz w:val="28"/>
          <w:szCs w:val="28"/>
          <w:lang w:val="ru-RU"/>
        </w:rPr>
        <w:t>к административному регламенту</w:t>
      </w:r>
    </w:p>
    <w:p w:rsidR="009419DB" w:rsidRPr="002E7D98" w:rsidRDefault="009419DB" w:rsidP="009419DB">
      <w:pPr>
        <w:spacing w:after="0" w:line="240" w:lineRule="auto"/>
        <w:ind w:firstLine="5103"/>
        <w:rPr>
          <w:sz w:val="28"/>
          <w:szCs w:val="28"/>
          <w:lang w:val="ru-RU"/>
        </w:rPr>
      </w:pPr>
      <w:r w:rsidRPr="002E7D98">
        <w:rPr>
          <w:sz w:val="28"/>
          <w:szCs w:val="28"/>
          <w:lang w:val="ru-RU"/>
        </w:rPr>
        <w:t>предоставления администрацией</w:t>
      </w:r>
    </w:p>
    <w:p w:rsidR="009419DB" w:rsidRDefault="009419DB" w:rsidP="009419DB">
      <w:pPr>
        <w:spacing w:after="0" w:line="240" w:lineRule="auto"/>
        <w:ind w:firstLine="5103"/>
        <w:rPr>
          <w:sz w:val="28"/>
          <w:szCs w:val="28"/>
          <w:lang w:val="ru-RU"/>
        </w:rPr>
      </w:pPr>
      <w:r w:rsidRPr="002E7D98">
        <w:rPr>
          <w:sz w:val="28"/>
          <w:szCs w:val="28"/>
          <w:lang w:val="ru-RU"/>
        </w:rPr>
        <w:t>Новоджерелиевского сельского</w:t>
      </w:r>
    </w:p>
    <w:p w:rsidR="009419DB" w:rsidRDefault="009419DB" w:rsidP="009419DB">
      <w:pPr>
        <w:spacing w:after="0" w:line="240" w:lineRule="auto"/>
        <w:ind w:firstLine="5103"/>
        <w:rPr>
          <w:sz w:val="28"/>
          <w:szCs w:val="28"/>
          <w:lang w:val="ru-RU"/>
        </w:rPr>
      </w:pPr>
      <w:r>
        <w:rPr>
          <w:sz w:val="28"/>
          <w:szCs w:val="28"/>
          <w:lang w:val="ru-RU"/>
        </w:rPr>
        <w:t>п</w:t>
      </w:r>
      <w:r w:rsidRPr="002E7D98">
        <w:rPr>
          <w:sz w:val="28"/>
          <w:szCs w:val="28"/>
          <w:lang w:val="ru-RU"/>
        </w:rPr>
        <w:t>оселения</w:t>
      </w:r>
      <w:r>
        <w:rPr>
          <w:sz w:val="28"/>
          <w:szCs w:val="28"/>
          <w:lang w:val="ru-RU"/>
        </w:rPr>
        <w:t xml:space="preserve"> Брюховецкого</w:t>
      </w:r>
    </w:p>
    <w:p w:rsidR="009419DB" w:rsidRPr="002E7D98" w:rsidRDefault="009419DB" w:rsidP="009419DB">
      <w:pPr>
        <w:spacing w:after="0" w:line="240" w:lineRule="auto"/>
        <w:ind w:firstLine="5103"/>
        <w:rPr>
          <w:sz w:val="28"/>
          <w:szCs w:val="28"/>
          <w:lang w:val="ru-RU"/>
        </w:rPr>
      </w:pPr>
      <w:r w:rsidRPr="002E7D98">
        <w:rPr>
          <w:sz w:val="28"/>
          <w:szCs w:val="28"/>
          <w:lang w:val="ru-RU"/>
        </w:rPr>
        <w:t>муниципального района</w:t>
      </w:r>
    </w:p>
    <w:p w:rsidR="009419DB" w:rsidRPr="002E7D98" w:rsidRDefault="009419DB" w:rsidP="009419DB">
      <w:pPr>
        <w:spacing w:after="0" w:line="240" w:lineRule="auto"/>
        <w:ind w:firstLine="5103"/>
        <w:rPr>
          <w:sz w:val="28"/>
          <w:szCs w:val="28"/>
          <w:lang w:val="ru-RU"/>
        </w:rPr>
      </w:pPr>
      <w:r w:rsidRPr="002E7D98">
        <w:rPr>
          <w:sz w:val="28"/>
          <w:szCs w:val="28"/>
          <w:lang w:val="ru-RU"/>
        </w:rPr>
        <w:t>Краснодарского края муниципальной</w:t>
      </w:r>
    </w:p>
    <w:p w:rsidR="009419DB" w:rsidRDefault="009419DB" w:rsidP="009419DB">
      <w:pPr>
        <w:spacing w:after="0" w:line="240" w:lineRule="auto"/>
        <w:ind w:firstLine="5103"/>
        <w:rPr>
          <w:sz w:val="28"/>
          <w:szCs w:val="28"/>
          <w:lang w:val="ru-RU"/>
        </w:rPr>
      </w:pPr>
      <w:r w:rsidRPr="002E7D98">
        <w:rPr>
          <w:sz w:val="28"/>
          <w:szCs w:val="28"/>
          <w:lang w:val="ru-RU"/>
        </w:rPr>
        <w:t xml:space="preserve">услуги </w:t>
      </w:r>
      <w:r>
        <w:rPr>
          <w:sz w:val="28"/>
          <w:szCs w:val="28"/>
          <w:lang w:val="ru-RU"/>
        </w:rPr>
        <w:t>«</w:t>
      </w:r>
      <w:r w:rsidRPr="002E7D98">
        <w:rPr>
          <w:sz w:val="28"/>
          <w:szCs w:val="28"/>
          <w:lang w:val="ru-RU"/>
        </w:rPr>
        <w:t>Присвоение, изменение и</w:t>
      </w:r>
    </w:p>
    <w:p w:rsidR="009419DB" w:rsidRPr="002E7D98" w:rsidRDefault="009419DB" w:rsidP="009419DB">
      <w:pPr>
        <w:spacing w:after="0" w:line="240" w:lineRule="auto"/>
        <w:ind w:firstLine="5103"/>
        <w:rPr>
          <w:sz w:val="28"/>
          <w:szCs w:val="28"/>
          <w:lang w:val="ru-RU"/>
        </w:rPr>
      </w:pPr>
      <w:r w:rsidRPr="002E7D98">
        <w:rPr>
          <w:sz w:val="28"/>
          <w:szCs w:val="28"/>
          <w:lang w:val="ru-RU"/>
        </w:rPr>
        <w:t>аннулирование</w:t>
      </w:r>
      <w:r>
        <w:rPr>
          <w:sz w:val="28"/>
          <w:szCs w:val="28"/>
          <w:lang w:val="ru-RU"/>
        </w:rPr>
        <w:t xml:space="preserve"> адресов»</w:t>
      </w:r>
    </w:p>
    <w:p w:rsidR="009419DB" w:rsidRDefault="009419DB" w:rsidP="002E7D98">
      <w:pPr>
        <w:spacing w:after="0" w:line="240" w:lineRule="auto"/>
        <w:rPr>
          <w:sz w:val="28"/>
          <w:szCs w:val="28"/>
          <w:lang w:val="ru-RU"/>
        </w:rPr>
      </w:pPr>
    </w:p>
    <w:p w:rsidR="009419DB" w:rsidRDefault="009419DB" w:rsidP="002E7D98">
      <w:pPr>
        <w:spacing w:after="0" w:line="240" w:lineRule="auto"/>
        <w:rPr>
          <w:sz w:val="28"/>
          <w:szCs w:val="28"/>
          <w:lang w:val="ru-RU"/>
        </w:rPr>
      </w:pPr>
    </w:p>
    <w:p w:rsidR="0077411A" w:rsidRPr="009419DB" w:rsidRDefault="008B2948" w:rsidP="009419DB">
      <w:pPr>
        <w:spacing w:after="0" w:line="240" w:lineRule="auto"/>
        <w:jc w:val="center"/>
        <w:rPr>
          <w:b/>
          <w:sz w:val="28"/>
          <w:szCs w:val="28"/>
          <w:lang w:val="ru-RU"/>
        </w:rPr>
      </w:pPr>
      <w:r w:rsidRPr="009419DB">
        <w:rPr>
          <w:b/>
          <w:sz w:val="28"/>
          <w:szCs w:val="28"/>
          <w:lang w:val="ru-RU"/>
        </w:rPr>
        <w:t>ЗАЯВЛЕНИЕ</w:t>
      </w:r>
    </w:p>
    <w:p w:rsidR="0077411A" w:rsidRPr="009419DB" w:rsidRDefault="008B2948" w:rsidP="009419DB">
      <w:pPr>
        <w:spacing w:after="0" w:line="240" w:lineRule="auto"/>
        <w:jc w:val="center"/>
        <w:rPr>
          <w:b/>
          <w:sz w:val="28"/>
          <w:szCs w:val="28"/>
          <w:lang w:val="ru-RU"/>
        </w:rPr>
      </w:pPr>
      <w:r w:rsidRPr="009419DB">
        <w:rPr>
          <w:b/>
          <w:sz w:val="28"/>
          <w:szCs w:val="28"/>
          <w:lang w:val="ru-RU"/>
        </w:rPr>
        <w:t>об оставлении без рассмотрения заявления о присвоении адреса</w:t>
      </w:r>
    </w:p>
    <w:p w:rsidR="009419DB" w:rsidRDefault="009419DB" w:rsidP="002E7D98">
      <w:pPr>
        <w:spacing w:after="0" w:line="240" w:lineRule="auto"/>
        <w:rPr>
          <w:sz w:val="28"/>
          <w:szCs w:val="28"/>
          <w:lang w:val="ru-RU"/>
        </w:rPr>
      </w:pPr>
    </w:p>
    <w:p w:rsidR="009419DB" w:rsidRDefault="008B2948" w:rsidP="009419DB">
      <w:pPr>
        <w:spacing w:after="0" w:line="240" w:lineRule="auto"/>
        <w:ind w:firstLine="5103"/>
        <w:jc w:val="both"/>
        <w:rPr>
          <w:sz w:val="28"/>
          <w:szCs w:val="28"/>
          <w:lang w:val="ru-RU"/>
        </w:rPr>
      </w:pPr>
      <w:r w:rsidRPr="002E7D98">
        <w:rPr>
          <w:sz w:val="28"/>
          <w:szCs w:val="28"/>
          <w:lang w:val="ru-RU"/>
        </w:rPr>
        <w:t>Главе Новоджерелиевского</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сельского поселения</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Брюховецкого муниципального района</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Краснодарского края</w:t>
      </w:r>
    </w:p>
    <w:p w:rsidR="009419DB" w:rsidRDefault="008B2948" w:rsidP="009419DB">
      <w:pPr>
        <w:spacing w:after="0" w:line="240" w:lineRule="auto"/>
        <w:ind w:firstLine="5103"/>
        <w:jc w:val="both"/>
        <w:rPr>
          <w:sz w:val="28"/>
          <w:szCs w:val="28"/>
          <w:lang w:val="ru-RU"/>
        </w:rPr>
      </w:pPr>
      <w:r w:rsidRPr="002E7D98">
        <w:rPr>
          <w:sz w:val="28"/>
          <w:szCs w:val="28"/>
          <w:lang w:val="ru-RU"/>
        </w:rPr>
        <w:t>(фамилия, имя, отчество</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(последнее - при наличии)</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заявителя или полное наименование</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юридического лица)</w:t>
      </w:r>
    </w:p>
    <w:p w:rsidR="009419DB" w:rsidRDefault="008B2948" w:rsidP="009419DB">
      <w:pPr>
        <w:spacing w:after="0" w:line="240" w:lineRule="auto"/>
        <w:ind w:firstLine="5103"/>
        <w:jc w:val="both"/>
        <w:rPr>
          <w:sz w:val="28"/>
          <w:szCs w:val="28"/>
          <w:lang w:val="ru-RU"/>
        </w:rPr>
      </w:pPr>
      <w:r w:rsidRPr="002E7D98">
        <w:rPr>
          <w:sz w:val="28"/>
          <w:szCs w:val="28"/>
          <w:lang w:val="ru-RU"/>
        </w:rPr>
        <w:t>(реквизиты удостоверяющие личность</w:t>
      </w:r>
    </w:p>
    <w:p w:rsidR="009419DB" w:rsidRDefault="009419DB" w:rsidP="009419DB">
      <w:pPr>
        <w:spacing w:after="0" w:line="240" w:lineRule="auto"/>
        <w:ind w:firstLine="5103"/>
        <w:jc w:val="both"/>
        <w:rPr>
          <w:sz w:val="28"/>
          <w:szCs w:val="28"/>
          <w:lang w:val="ru-RU"/>
        </w:rPr>
      </w:pPr>
      <w:r>
        <w:rPr>
          <w:sz w:val="28"/>
          <w:szCs w:val="28"/>
          <w:lang w:val="ru-RU"/>
        </w:rPr>
        <w:t>з</w:t>
      </w:r>
      <w:r w:rsidR="008B2948" w:rsidRPr="002E7D98">
        <w:rPr>
          <w:sz w:val="28"/>
          <w:szCs w:val="28"/>
          <w:lang w:val="ru-RU"/>
        </w:rPr>
        <w:t>аявителя</w:t>
      </w:r>
      <w:r>
        <w:rPr>
          <w:sz w:val="28"/>
          <w:szCs w:val="28"/>
          <w:lang w:val="ru-RU"/>
        </w:rPr>
        <w:t xml:space="preserve"> </w:t>
      </w:r>
      <w:r w:rsidR="008B2948" w:rsidRPr="002E7D98">
        <w:rPr>
          <w:sz w:val="28"/>
          <w:szCs w:val="28"/>
          <w:lang w:val="ru-RU"/>
        </w:rPr>
        <w:t>или реквизиты регистрации</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 xml:space="preserve"> юридического лица)</w:t>
      </w:r>
    </w:p>
    <w:p w:rsidR="009419DB" w:rsidRDefault="008B2948" w:rsidP="009419DB">
      <w:pPr>
        <w:spacing w:after="0" w:line="240" w:lineRule="auto"/>
        <w:ind w:firstLine="5103"/>
        <w:jc w:val="both"/>
        <w:rPr>
          <w:sz w:val="28"/>
          <w:szCs w:val="28"/>
          <w:lang w:val="ru-RU"/>
        </w:rPr>
      </w:pPr>
      <w:r w:rsidRPr="002E7D98">
        <w:rPr>
          <w:sz w:val="28"/>
          <w:szCs w:val="28"/>
          <w:lang w:val="ru-RU"/>
        </w:rPr>
        <w:t>(идентификационный номер</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 xml:space="preserve"> налогоплательщика,</w:t>
      </w:r>
    </w:p>
    <w:p w:rsidR="009419DB" w:rsidRDefault="008B2948" w:rsidP="009419DB">
      <w:pPr>
        <w:spacing w:after="0" w:line="240" w:lineRule="auto"/>
        <w:ind w:firstLine="5103"/>
        <w:jc w:val="both"/>
        <w:rPr>
          <w:sz w:val="28"/>
          <w:szCs w:val="28"/>
          <w:lang w:val="ru-RU"/>
        </w:rPr>
      </w:pPr>
      <w:r w:rsidRPr="002E7D98">
        <w:rPr>
          <w:sz w:val="28"/>
          <w:szCs w:val="28"/>
          <w:lang w:val="ru-RU"/>
        </w:rPr>
        <w:t>регистрационный номер записи</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юридического лица</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в ЕГРЮЛ, ЕГРИП)</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Почтовый адрес:</w:t>
      </w:r>
    </w:p>
    <w:p w:rsidR="009419DB" w:rsidRDefault="008B2948" w:rsidP="009419DB">
      <w:pPr>
        <w:spacing w:after="0" w:line="240" w:lineRule="auto"/>
        <w:ind w:firstLine="5103"/>
        <w:jc w:val="both"/>
        <w:rPr>
          <w:sz w:val="28"/>
          <w:szCs w:val="28"/>
          <w:lang w:val="ru-RU"/>
        </w:rPr>
      </w:pPr>
      <w:r w:rsidRPr="002E7D98">
        <w:rPr>
          <w:sz w:val="28"/>
          <w:szCs w:val="28"/>
          <w:lang w:val="ru-RU"/>
        </w:rPr>
        <w:t>(полностью адрес регистрации и место</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 xml:space="preserve"> нахождения)</w:t>
      </w:r>
    </w:p>
    <w:p w:rsidR="009419DB" w:rsidRDefault="008B2948" w:rsidP="009419DB">
      <w:pPr>
        <w:spacing w:after="0" w:line="240" w:lineRule="auto"/>
        <w:ind w:firstLine="5103"/>
        <w:jc w:val="both"/>
        <w:rPr>
          <w:sz w:val="28"/>
          <w:szCs w:val="28"/>
          <w:lang w:val="ru-RU"/>
        </w:rPr>
      </w:pPr>
      <w:r w:rsidRPr="002E7D98">
        <w:rPr>
          <w:sz w:val="28"/>
          <w:szCs w:val="28"/>
          <w:lang w:val="ru-RU"/>
        </w:rPr>
        <w:t>Телефон:</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_____</w:t>
      </w:r>
      <w:r w:rsidR="009419DB">
        <w:rPr>
          <w:sz w:val="28"/>
          <w:szCs w:val="28"/>
          <w:lang w:val="ru-RU"/>
        </w:rPr>
        <w:t>_____________________________</w:t>
      </w:r>
    </w:p>
    <w:p w:rsidR="009419DB" w:rsidRDefault="008B2948" w:rsidP="009419DB">
      <w:pPr>
        <w:spacing w:after="0" w:line="240" w:lineRule="auto"/>
        <w:ind w:firstLine="5103"/>
        <w:jc w:val="both"/>
        <w:rPr>
          <w:sz w:val="28"/>
          <w:szCs w:val="28"/>
          <w:lang w:val="ru-RU"/>
        </w:rPr>
      </w:pPr>
      <w:r w:rsidRPr="002E7D98">
        <w:rPr>
          <w:sz w:val="28"/>
          <w:szCs w:val="28"/>
        </w:rPr>
        <w:t>E</w:t>
      </w:r>
      <w:r w:rsidRPr="002E7D98">
        <w:rPr>
          <w:sz w:val="28"/>
          <w:szCs w:val="28"/>
          <w:lang w:val="ru-RU"/>
        </w:rPr>
        <w:t>-</w:t>
      </w:r>
      <w:r w:rsidRPr="002E7D98">
        <w:rPr>
          <w:sz w:val="28"/>
          <w:szCs w:val="28"/>
        </w:rPr>
        <w:t>mail</w:t>
      </w:r>
      <w:r w:rsidRPr="002E7D98">
        <w:rPr>
          <w:sz w:val="28"/>
          <w:szCs w:val="28"/>
          <w:lang w:val="ru-RU"/>
        </w:rPr>
        <w:t>:</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____________</w:t>
      </w:r>
      <w:r w:rsidR="009419DB">
        <w:rPr>
          <w:sz w:val="28"/>
          <w:szCs w:val="28"/>
          <w:lang w:val="ru-RU"/>
        </w:rPr>
        <w:t>______________________</w:t>
      </w:r>
    </w:p>
    <w:p w:rsidR="0077411A" w:rsidRPr="002E7D98" w:rsidRDefault="009419DB" w:rsidP="009419DB">
      <w:pPr>
        <w:spacing w:after="0" w:line="240" w:lineRule="auto"/>
        <w:ind w:firstLine="5103"/>
        <w:jc w:val="both"/>
        <w:rPr>
          <w:sz w:val="28"/>
          <w:szCs w:val="28"/>
          <w:lang w:val="ru-RU"/>
        </w:rPr>
      </w:pPr>
      <w:r w:rsidRPr="002E7D98">
        <w:rPr>
          <w:sz w:val="28"/>
          <w:szCs w:val="28"/>
          <w:lang w:val="ru-RU"/>
        </w:rPr>
        <w:t>Представитель: _</w:t>
      </w:r>
      <w:r w:rsidR="008B2948" w:rsidRPr="002E7D98">
        <w:rPr>
          <w:sz w:val="28"/>
          <w:szCs w:val="28"/>
          <w:lang w:val="ru-RU"/>
        </w:rPr>
        <w:t>_</w:t>
      </w:r>
      <w:r>
        <w:rPr>
          <w:sz w:val="28"/>
          <w:szCs w:val="28"/>
          <w:lang w:val="ru-RU"/>
        </w:rPr>
        <w:t>___________________</w:t>
      </w:r>
    </w:p>
    <w:p w:rsidR="009419DB" w:rsidRDefault="008B2948" w:rsidP="009419DB">
      <w:pPr>
        <w:spacing w:after="0" w:line="240" w:lineRule="auto"/>
        <w:ind w:firstLine="5103"/>
        <w:jc w:val="both"/>
        <w:rPr>
          <w:sz w:val="28"/>
          <w:szCs w:val="28"/>
          <w:lang w:val="ru-RU"/>
        </w:rPr>
      </w:pPr>
      <w:r w:rsidRPr="002E7D98">
        <w:rPr>
          <w:sz w:val="28"/>
          <w:szCs w:val="28"/>
          <w:lang w:val="ru-RU"/>
        </w:rPr>
        <w:t xml:space="preserve">(фамилия, имя, отчество (последнее </w:t>
      </w:r>
      <w:r w:rsidR="009419DB">
        <w:rPr>
          <w:sz w:val="28"/>
          <w:szCs w:val="28"/>
          <w:lang w:val="ru-RU"/>
        </w:rPr>
        <w:t>–</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 xml:space="preserve"> при наличии)</w:t>
      </w:r>
    </w:p>
    <w:p w:rsidR="009419DB" w:rsidRDefault="008B2948" w:rsidP="009419DB">
      <w:pPr>
        <w:spacing w:after="0" w:line="240" w:lineRule="auto"/>
        <w:ind w:firstLine="5103"/>
        <w:jc w:val="both"/>
        <w:rPr>
          <w:sz w:val="28"/>
          <w:szCs w:val="28"/>
          <w:lang w:val="ru-RU"/>
        </w:rPr>
      </w:pPr>
      <w:r w:rsidRPr="002E7D98">
        <w:rPr>
          <w:sz w:val="28"/>
          <w:szCs w:val="28"/>
          <w:lang w:val="ru-RU"/>
        </w:rPr>
        <w:t>(</w:t>
      </w:r>
      <w:r w:rsidR="009419DB" w:rsidRPr="002E7D98">
        <w:rPr>
          <w:sz w:val="28"/>
          <w:szCs w:val="28"/>
          <w:lang w:val="ru-RU"/>
        </w:rPr>
        <w:t>реквизиты,</w:t>
      </w:r>
      <w:r w:rsidRPr="002E7D98">
        <w:rPr>
          <w:sz w:val="28"/>
          <w:szCs w:val="28"/>
          <w:lang w:val="ru-RU"/>
        </w:rPr>
        <w:t xml:space="preserve"> удостоверяющие личность</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заявителя)</w:t>
      </w:r>
    </w:p>
    <w:p w:rsidR="009419DB" w:rsidRDefault="008B2948" w:rsidP="009419DB">
      <w:pPr>
        <w:spacing w:after="0" w:line="240" w:lineRule="auto"/>
        <w:ind w:firstLine="5103"/>
        <w:jc w:val="both"/>
        <w:rPr>
          <w:sz w:val="28"/>
          <w:szCs w:val="28"/>
          <w:lang w:val="ru-RU"/>
        </w:rPr>
      </w:pPr>
      <w:r w:rsidRPr="002E7D98">
        <w:rPr>
          <w:sz w:val="28"/>
          <w:szCs w:val="28"/>
          <w:lang w:val="ru-RU"/>
        </w:rPr>
        <w:lastRenderedPageBreak/>
        <w:t>На</w:t>
      </w:r>
      <w:r w:rsidR="005C7C30">
        <w:rPr>
          <w:sz w:val="28"/>
          <w:szCs w:val="28"/>
          <w:lang w:val="ru-RU"/>
        </w:rPr>
        <w:t xml:space="preserve"> </w:t>
      </w:r>
      <w:r w:rsidR="009419DB" w:rsidRPr="002E7D98">
        <w:rPr>
          <w:sz w:val="28"/>
          <w:szCs w:val="28"/>
          <w:lang w:val="ru-RU"/>
        </w:rPr>
        <w:t>основании:</w:t>
      </w:r>
    </w:p>
    <w:p w:rsidR="0077411A" w:rsidRPr="002E7D98" w:rsidRDefault="009419DB" w:rsidP="009419DB">
      <w:pPr>
        <w:spacing w:after="0" w:line="240" w:lineRule="auto"/>
        <w:ind w:firstLine="5103"/>
        <w:jc w:val="both"/>
        <w:rPr>
          <w:sz w:val="28"/>
          <w:szCs w:val="28"/>
          <w:lang w:val="ru-RU"/>
        </w:rPr>
      </w:pPr>
      <w:r w:rsidRPr="002E7D98">
        <w:rPr>
          <w:sz w:val="28"/>
          <w:szCs w:val="28"/>
          <w:lang w:val="ru-RU"/>
        </w:rPr>
        <w:t>_</w:t>
      </w:r>
      <w:r w:rsidR="008B2948" w:rsidRPr="002E7D98">
        <w:rPr>
          <w:sz w:val="28"/>
          <w:szCs w:val="28"/>
          <w:lang w:val="ru-RU"/>
        </w:rPr>
        <w:t>_</w:t>
      </w:r>
      <w:r>
        <w:rPr>
          <w:sz w:val="28"/>
          <w:szCs w:val="28"/>
          <w:lang w:val="ru-RU"/>
        </w:rPr>
        <w:t>_______________________</w:t>
      </w:r>
    </w:p>
    <w:p w:rsidR="009419DB" w:rsidRDefault="008B2948" w:rsidP="009419DB">
      <w:pPr>
        <w:spacing w:after="0" w:line="240" w:lineRule="auto"/>
        <w:ind w:firstLine="5103"/>
        <w:jc w:val="both"/>
        <w:rPr>
          <w:sz w:val="28"/>
          <w:szCs w:val="28"/>
          <w:lang w:val="ru-RU"/>
        </w:rPr>
      </w:pPr>
      <w:r w:rsidRPr="002E7D98">
        <w:rPr>
          <w:sz w:val="28"/>
          <w:szCs w:val="28"/>
          <w:lang w:val="ru-RU"/>
        </w:rPr>
        <w:t>(наименование и реквизиты</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доверенности,</w:t>
      </w:r>
    </w:p>
    <w:p w:rsidR="009419DB" w:rsidRDefault="008B2948" w:rsidP="009419DB">
      <w:pPr>
        <w:spacing w:after="0" w:line="240" w:lineRule="auto"/>
        <w:ind w:firstLine="5103"/>
        <w:jc w:val="both"/>
        <w:rPr>
          <w:sz w:val="28"/>
          <w:szCs w:val="28"/>
          <w:lang w:val="ru-RU"/>
        </w:rPr>
      </w:pPr>
      <w:r w:rsidRPr="002E7D98">
        <w:rPr>
          <w:sz w:val="28"/>
          <w:szCs w:val="28"/>
          <w:lang w:val="ru-RU"/>
        </w:rPr>
        <w:t>иного документа, ф.и.о. нотариуса,</w:t>
      </w:r>
    </w:p>
    <w:p w:rsidR="0077411A" w:rsidRPr="002E7D98" w:rsidRDefault="008B2948" w:rsidP="009419DB">
      <w:pPr>
        <w:spacing w:after="0" w:line="240" w:lineRule="auto"/>
        <w:ind w:firstLine="5103"/>
        <w:jc w:val="both"/>
        <w:rPr>
          <w:sz w:val="28"/>
          <w:szCs w:val="28"/>
          <w:lang w:val="ru-RU"/>
        </w:rPr>
      </w:pPr>
      <w:r w:rsidRPr="002E7D98">
        <w:rPr>
          <w:sz w:val="28"/>
          <w:szCs w:val="28"/>
          <w:lang w:val="ru-RU"/>
        </w:rPr>
        <w:t>округ)</w:t>
      </w:r>
    </w:p>
    <w:p w:rsidR="009419DB" w:rsidRDefault="009419DB" w:rsidP="002E7D98">
      <w:pPr>
        <w:spacing w:after="0" w:line="240" w:lineRule="auto"/>
        <w:rPr>
          <w:sz w:val="28"/>
          <w:szCs w:val="28"/>
          <w:lang w:val="ru-RU"/>
        </w:rPr>
      </w:pPr>
    </w:p>
    <w:p w:rsidR="009419DB" w:rsidRDefault="009419DB" w:rsidP="002E7D98">
      <w:pPr>
        <w:spacing w:after="0" w:line="240" w:lineRule="auto"/>
        <w:rPr>
          <w:sz w:val="28"/>
          <w:szCs w:val="28"/>
          <w:lang w:val="ru-RU"/>
        </w:rPr>
      </w:pPr>
    </w:p>
    <w:p w:rsidR="0077411A" w:rsidRPr="00641282" w:rsidRDefault="008B2948" w:rsidP="009419DB">
      <w:pPr>
        <w:spacing w:after="0" w:line="240" w:lineRule="auto"/>
        <w:jc w:val="center"/>
        <w:rPr>
          <w:sz w:val="28"/>
          <w:szCs w:val="28"/>
          <w:lang w:val="ru-RU"/>
        </w:rPr>
      </w:pPr>
      <w:r w:rsidRPr="00641282">
        <w:rPr>
          <w:sz w:val="28"/>
          <w:szCs w:val="28"/>
          <w:lang w:val="ru-RU"/>
        </w:rPr>
        <w:t>Заявление</w:t>
      </w:r>
    </w:p>
    <w:p w:rsidR="009419DB" w:rsidRDefault="009419DB" w:rsidP="002E7D98">
      <w:pPr>
        <w:spacing w:after="0" w:line="240" w:lineRule="auto"/>
        <w:rPr>
          <w:sz w:val="28"/>
          <w:szCs w:val="28"/>
          <w:lang w:val="ru-RU"/>
        </w:rPr>
      </w:pPr>
    </w:p>
    <w:p w:rsidR="0077411A" w:rsidRPr="002E7D98" w:rsidRDefault="008B2948" w:rsidP="009419DB">
      <w:pPr>
        <w:spacing w:after="0" w:line="240" w:lineRule="auto"/>
        <w:ind w:firstLine="709"/>
        <w:jc w:val="both"/>
        <w:rPr>
          <w:sz w:val="28"/>
          <w:szCs w:val="28"/>
          <w:lang w:val="ru-RU"/>
        </w:rPr>
      </w:pPr>
      <w:r w:rsidRPr="002E7D98">
        <w:rPr>
          <w:sz w:val="28"/>
          <w:szCs w:val="28"/>
          <w:lang w:val="ru-RU"/>
        </w:rPr>
        <w:t>Прошу оставить без рассмотрения моё заявление о присвоении адреса</w:t>
      </w:r>
    </w:p>
    <w:p w:rsidR="0077411A" w:rsidRPr="002E7D98" w:rsidRDefault="008B2948" w:rsidP="009419DB">
      <w:pPr>
        <w:spacing w:after="0" w:line="240" w:lineRule="auto"/>
        <w:ind w:firstLine="709"/>
        <w:jc w:val="both"/>
        <w:rPr>
          <w:sz w:val="28"/>
          <w:szCs w:val="28"/>
          <w:lang w:val="ru-RU"/>
        </w:rPr>
      </w:pPr>
      <w:r w:rsidRPr="002E7D98">
        <w:rPr>
          <w:sz w:val="28"/>
          <w:szCs w:val="28"/>
          <w:lang w:val="ru-RU"/>
        </w:rPr>
        <w:t>_____________________________________, поданное ________________</w:t>
      </w:r>
    </w:p>
    <w:p w:rsidR="0077411A" w:rsidRPr="002E7D98" w:rsidRDefault="008B2948" w:rsidP="009419DB">
      <w:pPr>
        <w:spacing w:after="0" w:line="240" w:lineRule="auto"/>
        <w:ind w:firstLine="709"/>
        <w:jc w:val="both"/>
        <w:rPr>
          <w:sz w:val="28"/>
          <w:szCs w:val="28"/>
          <w:lang w:val="ru-RU"/>
        </w:rPr>
      </w:pPr>
      <w:r w:rsidRPr="002E7D98">
        <w:rPr>
          <w:sz w:val="28"/>
          <w:szCs w:val="28"/>
          <w:lang w:val="ru-RU"/>
        </w:rPr>
        <w:t>(Указывается объект адресации)                      (дата подачи заявления)</w:t>
      </w:r>
    </w:p>
    <w:p w:rsidR="0077411A" w:rsidRPr="002E7D98" w:rsidRDefault="008B2948" w:rsidP="009419DB">
      <w:pPr>
        <w:spacing w:after="0" w:line="240" w:lineRule="auto"/>
        <w:ind w:firstLine="709"/>
        <w:jc w:val="both"/>
        <w:rPr>
          <w:sz w:val="28"/>
          <w:szCs w:val="28"/>
          <w:lang w:val="ru-RU"/>
        </w:rPr>
      </w:pPr>
      <w:r w:rsidRPr="002E7D98">
        <w:rPr>
          <w:sz w:val="28"/>
          <w:szCs w:val="28"/>
          <w:lang w:val="ru-RU"/>
        </w:rPr>
        <w:t>В соответствии с Федеральным законом от 27 июля 2006 года № 152-ФЗ</w:t>
      </w:r>
    </w:p>
    <w:p w:rsidR="0077411A" w:rsidRPr="002E7D98" w:rsidRDefault="009419DB" w:rsidP="009419DB">
      <w:pPr>
        <w:spacing w:after="0" w:line="240" w:lineRule="auto"/>
        <w:ind w:firstLine="709"/>
        <w:jc w:val="both"/>
        <w:rPr>
          <w:sz w:val="28"/>
          <w:szCs w:val="28"/>
          <w:lang w:val="ru-RU"/>
        </w:rPr>
      </w:pPr>
      <w:r>
        <w:rPr>
          <w:sz w:val="28"/>
          <w:szCs w:val="28"/>
          <w:lang w:val="ru-RU"/>
        </w:rPr>
        <w:t>«</w:t>
      </w:r>
      <w:r w:rsidR="008B2948" w:rsidRPr="002E7D98">
        <w:rPr>
          <w:sz w:val="28"/>
          <w:szCs w:val="28"/>
          <w:lang w:val="ru-RU"/>
        </w:rPr>
        <w:t>О персональных данных</w:t>
      </w:r>
      <w:r>
        <w:rPr>
          <w:sz w:val="28"/>
          <w:szCs w:val="28"/>
          <w:lang w:val="ru-RU"/>
        </w:rPr>
        <w:t>»</w:t>
      </w:r>
      <w:r w:rsidR="008B2948" w:rsidRPr="002E7D98">
        <w:rPr>
          <w:sz w:val="28"/>
          <w:szCs w:val="28"/>
          <w:lang w:val="ru-RU"/>
        </w:rPr>
        <w:t xml:space="preserve"> в целях предоставления мне муниципальной услуги, я даю свое согласие на:</w:t>
      </w:r>
    </w:p>
    <w:p w:rsidR="0077411A" w:rsidRPr="002E7D98" w:rsidRDefault="008B2948" w:rsidP="009419DB">
      <w:pPr>
        <w:spacing w:after="0" w:line="240" w:lineRule="auto"/>
        <w:ind w:firstLine="709"/>
        <w:jc w:val="both"/>
        <w:rPr>
          <w:sz w:val="28"/>
          <w:szCs w:val="28"/>
          <w:lang w:val="ru-RU"/>
        </w:rPr>
      </w:pPr>
      <w:r w:rsidRPr="002E7D98">
        <w:rPr>
          <w:sz w:val="28"/>
          <w:szCs w:val="28"/>
          <w:lang w:val="ru-RU"/>
        </w:rPr>
        <w:t>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
    <w:p w:rsidR="0077411A" w:rsidRPr="002E7D98" w:rsidRDefault="008B2948" w:rsidP="009419DB">
      <w:pPr>
        <w:spacing w:after="0" w:line="240" w:lineRule="auto"/>
        <w:ind w:firstLine="709"/>
        <w:jc w:val="both"/>
        <w:rPr>
          <w:sz w:val="28"/>
          <w:szCs w:val="28"/>
          <w:lang w:val="ru-RU"/>
        </w:rPr>
      </w:pPr>
      <w:r w:rsidRPr="002E7D98">
        <w:rPr>
          <w:sz w:val="28"/>
          <w:szCs w:val="28"/>
          <w:lang w:val="ru-RU"/>
        </w:rPr>
        <w:t>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77411A" w:rsidRPr="002E7D98" w:rsidRDefault="008B2948" w:rsidP="009419DB">
      <w:pPr>
        <w:spacing w:after="0" w:line="240" w:lineRule="auto"/>
        <w:ind w:firstLine="709"/>
        <w:jc w:val="both"/>
        <w:rPr>
          <w:sz w:val="28"/>
          <w:szCs w:val="28"/>
          <w:lang w:val="ru-RU"/>
        </w:rPr>
      </w:pPr>
      <w:r w:rsidRPr="002E7D98">
        <w:rPr>
          <w:sz w:val="28"/>
          <w:szCs w:val="28"/>
          <w:lang w:val="ru-RU"/>
        </w:rPr>
        <w:t>Достоверность и полноту сведений, предоставленных в документах, подтверждаю.</w:t>
      </w:r>
    </w:p>
    <w:p w:rsidR="0077411A" w:rsidRPr="002E7D98" w:rsidRDefault="00641282" w:rsidP="009419DB">
      <w:pPr>
        <w:spacing w:after="0" w:line="240" w:lineRule="auto"/>
        <w:ind w:firstLine="709"/>
        <w:jc w:val="both"/>
        <w:rPr>
          <w:sz w:val="28"/>
          <w:szCs w:val="28"/>
          <w:lang w:val="ru-RU"/>
        </w:rPr>
      </w:pPr>
      <w:r>
        <w:rPr>
          <w:sz w:val="28"/>
          <w:szCs w:val="28"/>
          <w:lang w:val="ru-RU"/>
        </w:rPr>
        <w:t>«</w:t>
      </w:r>
      <w:r w:rsidR="008B2948" w:rsidRPr="002E7D98">
        <w:rPr>
          <w:sz w:val="28"/>
          <w:szCs w:val="28"/>
          <w:lang w:val="ru-RU"/>
        </w:rPr>
        <w:t>____</w:t>
      </w:r>
      <w:r>
        <w:rPr>
          <w:sz w:val="28"/>
          <w:szCs w:val="28"/>
          <w:lang w:val="ru-RU"/>
        </w:rPr>
        <w:t>»</w:t>
      </w:r>
      <w:r w:rsidR="008B2948" w:rsidRPr="002E7D98">
        <w:rPr>
          <w:sz w:val="28"/>
          <w:szCs w:val="28"/>
          <w:lang w:val="ru-RU"/>
        </w:rPr>
        <w:t>________ 20__г.         ______________         __________________________</w:t>
      </w:r>
    </w:p>
    <w:p w:rsidR="0077411A" w:rsidRPr="002E7D98" w:rsidRDefault="008B2948" w:rsidP="009419DB">
      <w:pPr>
        <w:spacing w:after="0" w:line="240" w:lineRule="auto"/>
        <w:ind w:firstLine="709"/>
        <w:jc w:val="both"/>
        <w:rPr>
          <w:sz w:val="28"/>
          <w:szCs w:val="28"/>
          <w:lang w:val="ru-RU"/>
        </w:rPr>
      </w:pPr>
      <w:r w:rsidRPr="002E7D98">
        <w:rPr>
          <w:sz w:val="28"/>
          <w:szCs w:val="28"/>
          <w:lang w:val="ru-RU"/>
        </w:rPr>
        <w:t>(дата)                       (подпись заявителя) (расшифровка подписи заявителя)</w:t>
      </w:r>
    </w:p>
    <w:p w:rsidR="0077411A" w:rsidRPr="002E7D98" w:rsidRDefault="008B2948" w:rsidP="009419DB">
      <w:pPr>
        <w:spacing w:after="0" w:line="240" w:lineRule="auto"/>
        <w:ind w:firstLine="709"/>
        <w:jc w:val="both"/>
        <w:rPr>
          <w:sz w:val="28"/>
          <w:szCs w:val="28"/>
          <w:lang w:val="ru-RU"/>
        </w:rPr>
      </w:pPr>
      <w:r w:rsidRPr="002E7D98">
        <w:rPr>
          <w:sz w:val="28"/>
          <w:szCs w:val="28"/>
          <w:lang w:val="ru-RU"/>
        </w:rPr>
        <w:t>М.П. (при наличии)</w:t>
      </w:r>
    </w:p>
    <w:p w:rsidR="009419DB" w:rsidRDefault="009419DB" w:rsidP="002E7D98">
      <w:pPr>
        <w:spacing w:after="0" w:line="240" w:lineRule="auto"/>
        <w:rPr>
          <w:sz w:val="28"/>
          <w:szCs w:val="28"/>
          <w:lang w:val="ru-RU"/>
        </w:rPr>
      </w:pPr>
    </w:p>
    <w:p w:rsidR="009419DB" w:rsidRDefault="009419DB" w:rsidP="002E7D98">
      <w:pPr>
        <w:spacing w:after="0" w:line="240" w:lineRule="auto"/>
        <w:rPr>
          <w:sz w:val="28"/>
          <w:szCs w:val="28"/>
          <w:lang w:val="ru-RU"/>
        </w:rPr>
      </w:pPr>
    </w:p>
    <w:p w:rsidR="00641282" w:rsidRDefault="00641282" w:rsidP="002E7D98">
      <w:pPr>
        <w:spacing w:after="0" w:line="240" w:lineRule="auto"/>
        <w:rPr>
          <w:sz w:val="28"/>
          <w:szCs w:val="28"/>
          <w:lang w:val="ru-RU"/>
        </w:rPr>
      </w:pPr>
    </w:p>
    <w:p w:rsidR="00641282" w:rsidRDefault="00641282" w:rsidP="00641282">
      <w:pPr>
        <w:spacing w:after="0" w:line="240" w:lineRule="auto"/>
        <w:rPr>
          <w:sz w:val="28"/>
          <w:szCs w:val="28"/>
          <w:lang w:val="ru-RU"/>
        </w:rPr>
      </w:pPr>
      <w:r>
        <w:rPr>
          <w:sz w:val="28"/>
          <w:szCs w:val="28"/>
          <w:lang w:val="ru-RU"/>
        </w:rPr>
        <w:t>Глава</w:t>
      </w:r>
      <w:r w:rsidRPr="002E7D98">
        <w:rPr>
          <w:sz w:val="28"/>
          <w:szCs w:val="28"/>
          <w:lang w:val="ru-RU"/>
        </w:rPr>
        <w:t xml:space="preserve"> </w:t>
      </w:r>
    </w:p>
    <w:p w:rsidR="00641282" w:rsidRDefault="00641282" w:rsidP="00641282">
      <w:pPr>
        <w:spacing w:after="0" w:line="240" w:lineRule="auto"/>
        <w:rPr>
          <w:sz w:val="28"/>
          <w:szCs w:val="28"/>
          <w:lang w:val="ru-RU"/>
        </w:rPr>
      </w:pPr>
      <w:r w:rsidRPr="002E7D98">
        <w:rPr>
          <w:sz w:val="28"/>
          <w:szCs w:val="28"/>
          <w:lang w:val="ru-RU"/>
        </w:rPr>
        <w:t>Новоджерелиевского</w:t>
      </w:r>
      <w:r>
        <w:rPr>
          <w:sz w:val="28"/>
          <w:szCs w:val="28"/>
          <w:lang w:val="ru-RU"/>
        </w:rPr>
        <w:t xml:space="preserve"> </w:t>
      </w:r>
      <w:r w:rsidRPr="002E7D98">
        <w:rPr>
          <w:sz w:val="28"/>
          <w:szCs w:val="28"/>
          <w:lang w:val="ru-RU"/>
        </w:rPr>
        <w:t>сельского поселения</w:t>
      </w:r>
    </w:p>
    <w:p w:rsidR="00641282" w:rsidRPr="002E7D98" w:rsidRDefault="00641282" w:rsidP="00641282">
      <w:pPr>
        <w:spacing w:after="0" w:line="240" w:lineRule="auto"/>
        <w:rPr>
          <w:sz w:val="28"/>
          <w:szCs w:val="28"/>
          <w:lang w:val="ru-RU"/>
        </w:rPr>
      </w:pPr>
      <w:r w:rsidRPr="002E7D98">
        <w:rPr>
          <w:sz w:val="28"/>
          <w:szCs w:val="28"/>
          <w:lang w:val="ru-RU"/>
        </w:rPr>
        <w:t>Брюховецкого муниципального района</w:t>
      </w:r>
    </w:p>
    <w:p w:rsidR="00641282" w:rsidRPr="002E7D98" w:rsidRDefault="00641282" w:rsidP="00641282">
      <w:pPr>
        <w:spacing w:after="0" w:line="240" w:lineRule="auto"/>
        <w:rPr>
          <w:sz w:val="28"/>
          <w:szCs w:val="28"/>
          <w:lang w:val="ru-RU"/>
        </w:rPr>
      </w:pPr>
      <w:r w:rsidRPr="002E7D98">
        <w:rPr>
          <w:sz w:val="28"/>
          <w:szCs w:val="28"/>
          <w:lang w:val="ru-RU"/>
        </w:rPr>
        <w:t>Краснодарского края</w:t>
      </w:r>
      <w:r>
        <w:rPr>
          <w:sz w:val="28"/>
          <w:szCs w:val="28"/>
          <w:lang w:val="ru-RU"/>
        </w:rPr>
        <w:t xml:space="preserve">                                                                                О.В. Ткаченко</w:t>
      </w:r>
    </w:p>
    <w:p w:rsidR="00641282" w:rsidRDefault="00641282" w:rsidP="002E7D98">
      <w:pPr>
        <w:spacing w:after="0" w:line="240" w:lineRule="auto"/>
        <w:rPr>
          <w:sz w:val="28"/>
          <w:szCs w:val="28"/>
          <w:lang w:val="ru-RU"/>
        </w:rPr>
      </w:pPr>
    </w:p>
    <w:p w:rsidR="00641282" w:rsidRDefault="00641282" w:rsidP="002E7D98">
      <w:pPr>
        <w:spacing w:after="0" w:line="240" w:lineRule="auto"/>
        <w:rPr>
          <w:sz w:val="28"/>
          <w:szCs w:val="28"/>
          <w:lang w:val="ru-RU"/>
        </w:rPr>
      </w:pPr>
    </w:p>
    <w:p w:rsidR="00641282" w:rsidRDefault="00641282" w:rsidP="002E7D98">
      <w:pPr>
        <w:spacing w:after="0" w:line="240" w:lineRule="auto"/>
        <w:rPr>
          <w:sz w:val="28"/>
          <w:szCs w:val="28"/>
          <w:lang w:val="ru-RU"/>
        </w:rPr>
      </w:pPr>
    </w:p>
    <w:p w:rsidR="00AA41FC" w:rsidRDefault="00AA41FC" w:rsidP="002E7D98">
      <w:pPr>
        <w:spacing w:after="0" w:line="240" w:lineRule="auto"/>
        <w:rPr>
          <w:sz w:val="28"/>
          <w:szCs w:val="28"/>
          <w:lang w:val="ru-RU"/>
        </w:rPr>
        <w:sectPr w:rsidR="00AA41FC" w:rsidSect="00AA41FC">
          <w:pgSz w:w="12240" w:h="15840"/>
          <w:pgMar w:top="1134" w:right="567" w:bottom="1134" w:left="1701" w:header="709" w:footer="709" w:gutter="0"/>
          <w:pgNumType w:start="1"/>
          <w:cols w:space="720"/>
          <w:titlePg/>
          <w:docGrid w:linePitch="360"/>
        </w:sectPr>
      </w:pPr>
    </w:p>
    <w:p w:rsidR="00641282" w:rsidRPr="002E7D98" w:rsidRDefault="00641282" w:rsidP="00641282">
      <w:pPr>
        <w:spacing w:after="0" w:line="240" w:lineRule="auto"/>
        <w:ind w:firstLine="5103"/>
        <w:rPr>
          <w:sz w:val="28"/>
          <w:szCs w:val="28"/>
          <w:lang w:val="ru-RU"/>
        </w:rPr>
      </w:pPr>
      <w:r w:rsidRPr="002E7D98">
        <w:rPr>
          <w:sz w:val="28"/>
          <w:szCs w:val="28"/>
          <w:lang w:val="ru-RU"/>
        </w:rPr>
        <w:lastRenderedPageBreak/>
        <w:t xml:space="preserve">ПРИЛОЖЕНИЕ </w:t>
      </w:r>
      <w:r>
        <w:rPr>
          <w:sz w:val="28"/>
          <w:szCs w:val="28"/>
          <w:lang w:val="ru-RU"/>
        </w:rPr>
        <w:t xml:space="preserve">№ </w:t>
      </w:r>
      <w:r w:rsidR="001A55FF">
        <w:rPr>
          <w:sz w:val="28"/>
          <w:szCs w:val="28"/>
          <w:lang w:val="ru-RU"/>
        </w:rPr>
        <w:t>9</w:t>
      </w:r>
    </w:p>
    <w:p w:rsidR="00641282" w:rsidRPr="002E7D98" w:rsidRDefault="00641282" w:rsidP="00641282">
      <w:pPr>
        <w:spacing w:after="0" w:line="240" w:lineRule="auto"/>
        <w:ind w:firstLine="5103"/>
        <w:rPr>
          <w:sz w:val="28"/>
          <w:szCs w:val="28"/>
          <w:lang w:val="ru-RU"/>
        </w:rPr>
      </w:pPr>
      <w:r w:rsidRPr="002E7D98">
        <w:rPr>
          <w:sz w:val="28"/>
          <w:szCs w:val="28"/>
          <w:lang w:val="ru-RU"/>
        </w:rPr>
        <w:t>к административному регламенту</w:t>
      </w:r>
    </w:p>
    <w:p w:rsidR="00641282" w:rsidRPr="002E7D98" w:rsidRDefault="00641282" w:rsidP="00641282">
      <w:pPr>
        <w:spacing w:after="0" w:line="240" w:lineRule="auto"/>
        <w:ind w:firstLine="5103"/>
        <w:rPr>
          <w:sz w:val="28"/>
          <w:szCs w:val="28"/>
          <w:lang w:val="ru-RU"/>
        </w:rPr>
      </w:pPr>
      <w:r w:rsidRPr="002E7D98">
        <w:rPr>
          <w:sz w:val="28"/>
          <w:szCs w:val="28"/>
          <w:lang w:val="ru-RU"/>
        </w:rPr>
        <w:t>предоставления администрацией</w:t>
      </w:r>
    </w:p>
    <w:p w:rsidR="00641282" w:rsidRDefault="00641282" w:rsidP="00641282">
      <w:pPr>
        <w:spacing w:after="0" w:line="240" w:lineRule="auto"/>
        <w:ind w:firstLine="5103"/>
        <w:rPr>
          <w:sz w:val="28"/>
          <w:szCs w:val="28"/>
          <w:lang w:val="ru-RU"/>
        </w:rPr>
      </w:pPr>
      <w:r w:rsidRPr="002E7D98">
        <w:rPr>
          <w:sz w:val="28"/>
          <w:szCs w:val="28"/>
          <w:lang w:val="ru-RU"/>
        </w:rPr>
        <w:t>Новоджерелиевского сельского</w:t>
      </w:r>
    </w:p>
    <w:p w:rsidR="00641282" w:rsidRDefault="00641282" w:rsidP="00641282">
      <w:pPr>
        <w:spacing w:after="0" w:line="240" w:lineRule="auto"/>
        <w:ind w:firstLine="5103"/>
        <w:rPr>
          <w:sz w:val="28"/>
          <w:szCs w:val="28"/>
          <w:lang w:val="ru-RU"/>
        </w:rPr>
      </w:pPr>
      <w:r>
        <w:rPr>
          <w:sz w:val="28"/>
          <w:szCs w:val="28"/>
          <w:lang w:val="ru-RU"/>
        </w:rPr>
        <w:t>п</w:t>
      </w:r>
      <w:r w:rsidRPr="002E7D98">
        <w:rPr>
          <w:sz w:val="28"/>
          <w:szCs w:val="28"/>
          <w:lang w:val="ru-RU"/>
        </w:rPr>
        <w:t>оселения</w:t>
      </w:r>
      <w:r>
        <w:rPr>
          <w:sz w:val="28"/>
          <w:szCs w:val="28"/>
          <w:lang w:val="ru-RU"/>
        </w:rPr>
        <w:t xml:space="preserve"> Брюховецкого</w:t>
      </w:r>
    </w:p>
    <w:p w:rsidR="00641282" w:rsidRPr="002E7D98" w:rsidRDefault="00641282" w:rsidP="00641282">
      <w:pPr>
        <w:spacing w:after="0" w:line="240" w:lineRule="auto"/>
        <w:ind w:firstLine="5103"/>
        <w:rPr>
          <w:sz w:val="28"/>
          <w:szCs w:val="28"/>
          <w:lang w:val="ru-RU"/>
        </w:rPr>
      </w:pPr>
      <w:r w:rsidRPr="002E7D98">
        <w:rPr>
          <w:sz w:val="28"/>
          <w:szCs w:val="28"/>
          <w:lang w:val="ru-RU"/>
        </w:rPr>
        <w:t>муниципального района</w:t>
      </w:r>
    </w:p>
    <w:p w:rsidR="00641282" w:rsidRPr="002E7D98" w:rsidRDefault="00641282" w:rsidP="00641282">
      <w:pPr>
        <w:spacing w:after="0" w:line="240" w:lineRule="auto"/>
        <w:ind w:firstLine="5103"/>
        <w:rPr>
          <w:sz w:val="28"/>
          <w:szCs w:val="28"/>
          <w:lang w:val="ru-RU"/>
        </w:rPr>
      </w:pPr>
      <w:r w:rsidRPr="002E7D98">
        <w:rPr>
          <w:sz w:val="28"/>
          <w:szCs w:val="28"/>
          <w:lang w:val="ru-RU"/>
        </w:rPr>
        <w:t>Краснодарского края муниципальной</w:t>
      </w:r>
    </w:p>
    <w:p w:rsidR="00641282" w:rsidRDefault="00641282" w:rsidP="00641282">
      <w:pPr>
        <w:spacing w:after="0" w:line="240" w:lineRule="auto"/>
        <w:ind w:firstLine="5103"/>
        <w:rPr>
          <w:sz w:val="28"/>
          <w:szCs w:val="28"/>
          <w:lang w:val="ru-RU"/>
        </w:rPr>
      </w:pPr>
      <w:r w:rsidRPr="002E7D98">
        <w:rPr>
          <w:sz w:val="28"/>
          <w:szCs w:val="28"/>
          <w:lang w:val="ru-RU"/>
        </w:rPr>
        <w:t xml:space="preserve">услуги </w:t>
      </w:r>
      <w:r>
        <w:rPr>
          <w:sz w:val="28"/>
          <w:szCs w:val="28"/>
          <w:lang w:val="ru-RU"/>
        </w:rPr>
        <w:t>«</w:t>
      </w:r>
      <w:r w:rsidRPr="002E7D98">
        <w:rPr>
          <w:sz w:val="28"/>
          <w:szCs w:val="28"/>
          <w:lang w:val="ru-RU"/>
        </w:rPr>
        <w:t>Присвоение, изменение и</w:t>
      </w:r>
    </w:p>
    <w:p w:rsidR="00641282" w:rsidRPr="002E7D98" w:rsidRDefault="00641282" w:rsidP="00641282">
      <w:pPr>
        <w:spacing w:after="0" w:line="240" w:lineRule="auto"/>
        <w:ind w:firstLine="5103"/>
        <w:rPr>
          <w:sz w:val="28"/>
          <w:szCs w:val="28"/>
          <w:lang w:val="ru-RU"/>
        </w:rPr>
      </w:pPr>
      <w:r w:rsidRPr="002E7D98">
        <w:rPr>
          <w:sz w:val="28"/>
          <w:szCs w:val="28"/>
          <w:lang w:val="ru-RU"/>
        </w:rPr>
        <w:t>аннулирование</w:t>
      </w:r>
      <w:r>
        <w:rPr>
          <w:sz w:val="28"/>
          <w:szCs w:val="28"/>
          <w:lang w:val="ru-RU"/>
        </w:rPr>
        <w:t xml:space="preserve"> адресов»</w:t>
      </w:r>
    </w:p>
    <w:p w:rsidR="00641282" w:rsidRDefault="00641282" w:rsidP="002E7D98">
      <w:pPr>
        <w:spacing w:after="0" w:line="240" w:lineRule="auto"/>
        <w:rPr>
          <w:sz w:val="28"/>
          <w:szCs w:val="28"/>
          <w:lang w:val="ru-RU"/>
        </w:rPr>
      </w:pPr>
    </w:p>
    <w:p w:rsidR="0077411A" w:rsidRPr="002E7D98" w:rsidRDefault="008B2948" w:rsidP="00641282">
      <w:pPr>
        <w:spacing w:after="0" w:line="240" w:lineRule="auto"/>
        <w:ind w:firstLine="5103"/>
        <w:rPr>
          <w:sz w:val="28"/>
          <w:szCs w:val="28"/>
          <w:lang w:val="ru-RU"/>
        </w:rPr>
      </w:pPr>
      <w:r w:rsidRPr="002E7D98">
        <w:rPr>
          <w:sz w:val="28"/>
          <w:szCs w:val="28"/>
          <w:lang w:val="ru-RU"/>
        </w:rPr>
        <w:t>В администрацию</w:t>
      </w:r>
    </w:p>
    <w:p w:rsidR="00641282" w:rsidRDefault="008B2948" w:rsidP="00641282">
      <w:pPr>
        <w:spacing w:after="0" w:line="240" w:lineRule="auto"/>
        <w:ind w:firstLine="5103"/>
        <w:rPr>
          <w:sz w:val="28"/>
          <w:szCs w:val="28"/>
          <w:lang w:val="ru-RU"/>
        </w:rPr>
      </w:pPr>
      <w:r w:rsidRPr="002E7D98">
        <w:rPr>
          <w:sz w:val="28"/>
          <w:szCs w:val="28"/>
          <w:lang w:val="ru-RU"/>
        </w:rPr>
        <w:t>Новоджерелиевского</w:t>
      </w:r>
    </w:p>
    <w:p w:rsidR="0077411A" w:rsidRPr="002E7D98" w:rsidRDefault="00641282" w:rsidP="00641282">
      <w:pPr>
        <w:spacing w:after="0" w:line="240" w:lineRule="auto"/>
        <w:ind w:firstLine="5103"/>
        <w:rPr>
          <w:sz w:val="28"/>
          <w:szCs w:val="28"/>
          <w:lang w:val="ru-RU"/>
        </w:rPr>
      </w:pPr>
      <w:r>
        <w:rPr>
          <w:sz w:val="28"/>
          <w:szCs w:val="28"/>
          <w:lang w:val="ru-RU"/>
        </w:rPr>
        <w:t>с</w:t>
      </w:r>
      <w:r w:rsidR="008B2948" w:rsidRPr="002E7D98">
        <w:rPr>
          <w:sz w:val="28"/>
          <w:szCs w:val="28"/>
          <w:lang w:val="ru-RU"/>
        </w:rPr>
        <w:t>ельского</w:t>
      </w:r>
      <w:r>
        <w:rPr>
          <w:sz w:val="28"/>
          <w:szCs w:val="28"/>
          <w:lang w:val="ru-RU"/>
        </w:rPr>
        <w:t xml:space="preserve"> </w:t>
      </w:r>
      <w:r w:rsidR="008B2948" w:rsidRPr="002E7D98">
        <w:rPr>
          <w:sz w:val="28"/>
          <w:szCs w:val="28"/>
          <w:lang w:val="ru-RU"/>
        </w:rPr>
        <w:t>поселения</w:t>
      </w:r>
    </w:p>
    <w:p w:rsidR="0077411A" w:rsidRPr="002E7D98" w:rsidRDefault="008B2948" w:rsidP="00641282">
      <w:pPr>
        <w:spacing w:after="0" w:line="240" w:lineRule="auto"/>
        <w:ind w:firstLine="5103"/>
        <w:rPr>
          <w:sz w:val="28"/>
          <w:szCs w:val="28"/>
          <w:lang w:val="ru-RU"/>
        </w:rPr>
      </w:pPr>
      <w:r w:rsidRPr="002E7D98">
        <w:rPr>
          <w:sz w:val="28"/>
          <w:szCs w:val="28"/>
          <w:lang w:val="ru-RU"/>
        </w:rPr>
        <w:t>Брюховецкого муниципального района</w:t>
      </w:r>
    </w:p>
    <w:p w:rsidR="0077411A" w:rsidRPr="002E7D98" w:rsidRDefault="008B2948" w:rsidP="00641282">
      <w:pPr>
        <w:spacing w:after="0" w:line="240" w:lineRule="auto"/>
        <w:ind w:firstLine="5103"/>
        <w:rPr>
          <w:sz w:val="28"/>
          <w:szCs w:val="28"/>
          <w:lang w:val="ru-RU"/>
        </w:rPr>
      </w:pPr>
      <w:r w:rsidRPr="002E7D98">
        <w:rPr>
          <w:sz w:val="28"/>
          <w:szCs w:val="28"/>
          <w:lang w:val="ru-RU"/>
        </w:rPr>
        <w:t>Краснодарского края</w:t>
      </w:r>
    </w:p>
    <w:p w:rsidR="0077411A" w:rsidRPr="002E7D98" w:rsidRDefault="008B2948" w:rsidP="00641282">
      <w:pPr>
        <w:spacing w:after="0" w:line="240" w:lineRule="auto"/>
        <w:ind w:firstLine="5103"/>
        <w:rPr>
          <w:sz w:val="28"/>
          <w:szCs w:val="28"/>
          <w:lang w:val="ru-RU"/>
        </w:rPr>
      </w:pPr>
      <w:r w:rsidRPr="002E7D98">
        <w:rPr>
          <w:sz w:val="28"/>
          <w:szCs w:val="28"/>
          <w:lang w:val="ru-RU"/>
        </w:rPr>
        <w:t xml:space="preserve">ИНН </w:t>
      </w:r>
      <w:r w:rsidR="00641282">
        <w:rPr>
          <w:sz w:val="28"/>
          <w:szCs w:val="28"/>
          <w:lang w:val="ru-RU"/>
        </w:rPr>
        <w:t>_______________</w:t>
      </w:r>
    </w:p>
    <w:p w:rsidR="0077411A" w:rsidRPr="002E7D98" w:rsidRDefault="008B2948" w:rsidP="00641282">
      <w:pPr>
        <w:spacing w:after="0" w:line="240" w:lineRule="auto"/>
        <w:ind w:firstLine="5103"/>
        <w:rPr>
          <w:sz w:val="28"/>
          <w:szCs w:val="28"/>
          <w:lang w:val="ru-RU"/>
        </w:rPr>
      </w:pPr>
      <w:r w:rsidRPr="002E7D98">
        <w:rPr>
          <w:sz w:val="28"/>
          <w:szCs w:val="28"/>
          <w:lang w:val="ru-RU"/>
        </w:rPr>
        <w:t xml:space="preserve">ОГРН </w:t>
      </w:r>
      <w:r w:rsidR="00641282">
        <w:rPr>
          <w:sz w:val="28"/>
          <w:szCs w:val="28"/>
          <w:lang w:val="ru-RU"/>
        </w:rPr>
        <w:t>_______________</w:t>
      </w:r>
    </w:p>
    <w:p w:rsidR="0077411A" w:rsidRPr="002E7D98" w:rsidRDefault="008B2948" w:rsidP="00641282">
      <w:pPr>
        <w:spacing w:after="0" w:line="240" w:lineRule="auto"/>
        <w:ind w:firstLine="5103"/>
        <w:rPr>
          <w:sz w:val="28"/>
          <w:szCs w:val="28"/>
          <w:lang w:val="ru-RU"/>
        </w:rPr>
      </w:pPr>
      <w:r w:rsidRPr="002E7D98">
        <w:rPr>
          <w:sz w:val="28"/>
          <w:szCs w:val="28"/>
          <w:lang w:val="ru-RU"/>
        </w:rPr>
        <w:t>от ________________________________</w:t>
      </w:r>
    </w:p>
    <w:p w:rsidR="0077411A" w:rsidRPr="002E7D98" w:rsidRDefault="008B2948" w:rsidP="00641282">
      <w:pPr>
        <w:spacing w:after="0" w:line="240" w:lineRule="auto"/>
        <w:ind w:firstLine="5103"/>
        <w:rPr>
          <w:sz w:val="28"/>
          <w:szCs w:val="28"/>
          <w:lang w:val="ru-RU"/>
        </w:rPr>
      </w:pPr>
      <w:r w:rsidRPr="002E7D98">
        <w:rPr>
          <w:sz w:val="28"/>
          <w:szCs w:val="28"/>
          <w:lang w:val="ru-RU"/>
        </w:rPr>
        <w:t>(фамилия, имя, отчество (при наличии)</w:t>
      </w:r>
    </w:p>
    <w:p w:rsidR="0077411A" w:rsidRPr="002E7D98" w:rsidRDefault="008B2948" w:rsidP="00641282">
      <w:pPr>
        <w:spacing w:after="0" w:line="240" w:lineRule="auto"/>
        <w:ind w:firstLine="5103"/>
        <w:rPr>
          <w:sz w:val="28"/>
          <w:szCs w:val="28"/>
          <w:lang w:val="ru-RU"/>
        </w:rPr>
      </w:pPr>
      <w:r w:rsidRPr="002E7D98">
        <w:rPr>
          <w:sz w:val="28"/>
          <w:szCs w:val="28"/>
          <w:lang w:val="ru-RU"/>
        </w:rPr>
        <w:t>субъекта персональных данных)</w:t>
      </w:r>
    </w:p>
    <w:p w:rsidR="0077411A" w:rsidRPr="002E7D98" w:rsidRDefault="008B2948" w:rsidP="00641282">
      <w:pPr>
        <w:spacing w:after="0" w:line="240" w:lineRule="auto"/>
        <w:ind w:firstLine="5103"/>
        <w:rPr>
          <w:sz w:val="28"/>
          <w:szCs w:val="28"/>
          <w:lang w:val="ru-RU"/>
        </w:rPr>
      </w:pPr>
      <w:r w:rsidRPr="002E7D98">
        <w:rPr>
          <w:sz w:val="28"/>
          <w:szCs w:val="28"/>
          <w:lang w:val="ru-RU"/>
        </w:rPr>
        <w:t>номер телефона: (значение)</w:t>
      </w:r>
    </w:p>
    <w:p w:rsidR="0077411A" w:rsidRPr="002E7D98" w:rsidRDefault="008B2948" w:rsidP="00641282">
      <w:pPr>
        <w:spacing w:after="0" w:line="240" w:lineRule="auto"/>
        <w:ind w:firstLine="5103"/>
        <w:rPr>
          <w:sz w:val="28"/>
          <w:szCs w:val="28"/>
          <w:lang w:val="ru-RU"/>
        </w:rPr>
      </w:pPr>
      <w:r w:rsidRPr="002E7D98">
        <w:rPr>
          <w:sz w:val="28"/>
          <w:szCs w:val="28"/>
          <w:lang w:val="ru-RU"/>
        </w:rPr>
        <w:t>адрес электронной почты: __________</w:t>
      </w:r>
    </w:p>
    <w:p w:rsidR="0077411A" w:rsidRPr="002E7D98" w:rsidRDefault="008B2948" w:rsidP="00641282">
      <w:pPr>
        <w:spacing w:after="0" w:line="240" w:lineRule="auto"/>
        <w:ind w:firstLine="5103"/>
        <w:rPr>
          <w:sz w:val="28"/>
          <w:szCs w:val="28"/>
          <w:lang w:val="ru-RU"/>
        </w:rPr>
      </w:pPr>
      <w:r w:rsidRPr="002E7D98">
        <w:rPr>
          <w:sz w:val="28"/>
          <w:szCs w:val="28"/>
          <w:lang w:val="ru-RU"/>
        </w:rPr>
        <w:t>почтовый адрес: __________________</w:t>
      </w:r>
    </w:p>
    <w:p w:rsidR="00641282" w:rsidRDefault="00641282" w:rsidP="002E7D98">
      <w:pPr>
        <w:spacing w:after="0" w:line="240" w:lineRule="auto"/>
        <w:rPr>
          <w:sz w:val="28"/>
          <w:szCs w:val="28"/>
          <w:lang w:val="ru-RU"/>
        </w:rPr>
      </w:pPr>
    </w:p>
    <w:p w:rsidR="00641282" w:rsidRDefault="00641282" w:rsidP="002E7D98">
      <w:pPr>
        <w:spacing w:after="0" w:line="240" w:lineRule="auto"/>
        <w:rPr>
          <w:sz w:val="28"/>
          <w:szCs w:val="28"/>
          <w:lang w:val="ru-RU"/>
        </w:rPr>
      </w:pPr>
    </w:p>
    <w:p w:rsidR="0077411A" w:rsidRPr="00641282" w:rsidRDefault="008B2948" w:rsidP="00641282">
      <w:pPr>
        <w:spacing w:after="0" w:line="240" w:lineRule="auto"/>
        <w:jc w:val="center"/>
        <w:rPr>
          <w:b/>
          <w:sz w:val="28"/>
          <w:szCs w:val="28"/>
          <w:lang w:val="ru-RU"/>
        </w:rPr>
      </w:pPr>
      <w:r w:rsidRPr="00641282">
        <w:rPr>
          <w:b/>
          <w:sz w:val="28"/>
          <w:szCs w:val="28"/>
          <w:lang w:val="ru-RU"/>
        </w:rPr>
        <w:t>Согласие на обработку персональных данных, разрешенных субъектом персональных данных для распространения</w:t>
      </w:r>
    </w:p>
    <w:p w:rsidR="00641282" w:rsidRDefault="00641282" w:rsidP="002E7D98">
      <w:pPr>
        <w:spacing w:after="0" w:line="240" w:lineRule="auto"/>
        <w:rPr>
          <w:sz w:val="28"/>
          <w:szCs w:val="28"/>
          <w:lang w:val="ru-RU"/>
        </w:rPr>
      </w:pPr>
    </w:p>
    <w:p w:rsidR="0077411A" w:rsidRPr="002E7D98" w:rsidRDefault="00641282" w:rsidP="00641282">
      <w:pPr>
        <w:spacing w:after="0" w:line="240" w:lineRule="auto"/>
        <w:ind w:firstLine="709"/>
        <w:jc w:val="both"/>
        <w:rPr>
          <w:sz w:val="28"/>
          <w:szCs w:val="28"/>
          <w:lang w:val="ru-RU"/>
        </w:rPr>
      </w:pPr>
      <w:r w:rsidRPr="002E7D98">
        <w:rPr>
          <w:sz w:val="28"/>
          <w:szCs w:val="28"/>
          <w:lang w:val="ru-RU"/>
        </w:rPr>
        <w:t>Я, _</w:t>
      </w:r>
      <w:r w:rsidR="008B2948" w:rsidRPr="002E7D98">
        <w:rPr>
          <w:sz w:val="28"/>
          <w:szCs w:val="28"/>
          <w:lang w:val="ru-RU"/>
        </w:rPr>
        <w:t>_____________________________________________________________</w:t>
      </w:r>
    </w:p>
    <w:p w:rsidR="0077411A" w:rsidRPr="002E7D98" w:rsidRDefault="008B2948" w:rsidP="00641282">
      <w:pPr>
        <w:spacing w:after="0" w:line="240" w:lineRule="auto"/>
        <w:ind w:firstLine="709"/>
        <w:jc w:val="both"/>
        <w:rPr>
          <w:sz w:val="28"/>
          <w:szCs w:val="28"/>
          <w:lang w:val="ru-RU"/>
        </w:rPr>
      </w:pPr>
      <w:r w:rsidRPr="002E7D98">
        <w:rPr>
          <w:sz w:val="28"/>
          <w:szCs w:val="28"/>
          <w:lang w:val="ru-RU"/>
        </w:rPr>
        <w:t>(фамилия, имя, отчество (при наличии)</w:t>
      </w:r>
    </w:p>
    <w:p w:rsidR="0077411A" w:rsidRPr="002E7D98" w:rsidRDefault="008B2948" w:rsidP="00641282">
      <w:pPr>
        <w:spacing w:after="0" w:line="240" w:lineRule="auto"/>
        <w:ind w:firstLine="709"/>
        <w:jc w:val="both"/>
        <w:rPr>
          <w:sz w:val="28"/>
          <w:szCs w:val="28"/>
          <w:lang w:val="ru-RU"/>
        </w:rPr>
      </w:pPr>
      <w:r w:rsidRPr="002E7D98">
        <w:rPr>
          <w:sz w:val="28"/>
          <w:szCs w:val="28"/>
          <w:lang w:val="ru-RU"/>
        </w:rPr>
        <w:t>в соответствии со статьей 9 Федеральног</w:t>
      </w:r>
      <w:r w:rsidR="00641282">
        <w:rPr>
          <w:sz w:val="28"/>
          <w:szCs w:val="28"/>
          <w:lang w:val="ru-RU"/>
        </w:rPr>
        <w:t>о закона от 27 июля 2006 года № </w:t>
      </w:r>
      <w:r w:rsidRPr="002E7D98">
        <w:rPr>
          <w:sz w:val="28"/>
          <w:szCs w:val="28"/>
          <w:lang w:val="ru-RU"/>
        </w:rPr>
        <w:t xml:space="preserve">152-ФЗ </w:t>
      </w:r>
      <w:r w:rsidR="00641282">
        <w:rPr>
          <w:sz w:val="28"/>
          <w:szCs w:val="28"/>
          <w:lang w:val="ru-RU"/>
        </w:rPr>
        <w:t>«</w:t>
      </w:r>
      <w:r w:rsidRPr="002E7D98">
        <w:rPr>
          <w:sz w:val="28"/>
          <w:szCs w:val="28"/>
          <w:lang w:val="ru-RU"/>
        </w:rPr>
        <w:t>О персональных данных</w:t>
      </w:r>
      <w:r w:rsidR="00641282">
        <w:rPr>
          <w:sz w:val="28"/>
          <w:szCs w:val="28"/>
          <w:lang w:val="ru-RU"/>
        </w:rPr>
        <w:t>»</w:t>
      </w:r>
      <w:r w:rsidRPr="002E7D98">
        <w:rPr>
          <w:sz w:val="28"/>
          <w:szCs w:val="28"/>
          <w:lang w:val="ru-RU"/>
        </w:rPr>
        <w:t>, даю свое согласие</w:t>
      </w:r>
    </w:p>
    <w:p w:rsidR="0077411A" w:rsidRPr="002E7D98" w:rsidRDefault="008B2948" w:rsidP="00641282">
      <w:pPr>
        <w:spacing w:after="0" w:line="240" w:lineRule="auto"/>
        <w:ind w:firstLine="709"/>
        <w:jc w:val="both"/>
        <w:rPr>
          <w:sz w:val="28"/>
          <w:szCs w:val="28"/>
          <w:lang w:val="ru-RU"/>
        </w:rPr>
      </w:pPr>
      <w:r w:rsidRPr="002E7D98">
        <w:rPr>
          <w:sz w:val="28"/>
          <w:szCs w:val="28"/>
          <w:lang w:val="ru-RU"/>
        </w:rPr>
        <w:t>(указать полное и сокращенное наименование или фамилию, имя, отчество (при наличии) оператора, получающего согласие субъекта персональных данных)</w:t>
      </w:r>
    </w:p>
    <w:p w:rsidR="0077411A" w:rsidRPr="002E7D98" w:rsidRDefault="008B2948" w:rsidP="00641282">
      <w:pPr>
        <w:spacing w:after="0" w:line="240" w:lineRule="auto"/>
        <w:ind w:firstLine="709"/>
        <w:jc w:val="both"/>
        <w:rPr>
          <w:sz w:val="28"/>
          <w:szCs w:val="28"/>
          <w:lang w:val="ru-RU"/>
        </w:rPr>
      </w:pPr>
      <w:r w:rsidRPr="002E7D98">
        <w:rPr>
          <w:sz w:val="28"/>
          <w:szCs w:val="28"/>
          <w:lang w:val="ru-RU"/>
        </w:rPr>
        <w:t>на распространение (передачу, предоставление) своих персональных данных посредством (указать сведения об информационных ресурсах оператора (адрес, состоящий из наименования протокола (</w:t>
      </w:r>
      <w:r w:rsidRPr="002E7D98">
        <w:rPr>
          <w:sz w:val="28"/>
          <w:szCs w:val="28"/>
        </w:rPr>
        <w:t>http</w:t>
      </w:r>
      <w:r w:rsidRPr="002E7D98">
        <w:rPr>
          <w:sz w:val="28"/>
          <w:szCs w:val="28"/>
          <w:lang w:val="ru-RU"/>
        </w:rPr>
        <w:t xml:space="preserve"> или </w:t>
      </w:r>
      <w:r w:rsidRPr="002E7D98">
        <w:rPr>
          <w:sz w:val="28"/>
          <w:szCs w:val="28"/>
        </w:rPr>
        <w:t>https</w:t>
      </w:r>
      <w:r w:rsidRPr="002E7D98">
        <w:rPr>
          <w:sz w:val="28"/>
          <w:szCs w:val="28"/>
          <w:lang w:val="ru-RU"/>
        </w:rPr>
        <w:t>), сервера (</w:t>
      </w:r>
      <w:r w:rsidRPr="002E7D98">
        <w:rPr>
          <w:sz w:val="28"/>
          <w:szCs w:val="28"/>
        </w:rPr>
        <w:t>www</w:t>
      </w:r>
      <w:r w:rsidRPr="002E7D98">
        <w:rPr>
          <w:sz w:val="28"/>
          <w:szCs w:val="28"/>
          <w:lang w:val="ru-RU"/>
        </w:rPr>
        <w:t>), домена, имени каталога на сервере, и имя файла веб-страницы),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w:t>
      </w:r>
    </w:p>
    <w:p w:rsidR="0077411A" w:rsidRPr="002E7D98" w:rsidRDefault="008B2948" w:rsidP="00641282">
      <w:pPr>
        <w:spacing w:after="0" w:line="240" w:lineRule="auto"/>
        <w:ind w:firstLine="709"/>
        <w:rPr>
          <w:sz w:val="28"/>
          <w:szCs w:val="28"/>
          <w:lang w:val="ru-RU"/>
        </w:rPr>
      </w:pPr>
      <w:r w:rsidRPr="002E7D98">
        <w:rPr>
          <w:sz w:val="28"/>
          <w:szCs w:val="28"/>
          <w:lang w:val="ru-RU"/>
        </w:rPr>
        <w:t>с целью _____________________________________________________________</w:t>
      </w:r>
    </w:p>
    <w:p w:rsidR="0077411A" w:rsidRPr="002E7D98" w:rsidRDefault="008B2948" w:rsidP="00641282">
      <w:pPr>
        <w:spacing w:after="0" w:line="240" w:lineRule="auto"/>
        <w:ind w:firstLine="709"/>
        <w:jc w:val="both"/>
        <w:rPr>
          <w:sz w:val="28"/>
          <w:szCs w:val="28"/>
          <w:lang w:val="ru-RU"/>
        </w:rPr>
      </w:pPr>
      <w:r w:rsidRPr="002E7D98">
        <w:rPr>
          <w:sz w:val="28"/>
          <w:szCs w:val="28"/>
          <w:lang w:val="ru-RU"/>
        </w:rPr>
        <w:lastRenderedPageBreak/>
        <w:t>(указать, зачем конкретно передаются персональные данные, поскольку согласие должно быть предметным)</w:t>
      </w:r>
    </w:p>
    <w:p w:rsidR="0077411A" w:rsidRPr="002E7D98" w:rsidRDefault="008B2948" w:rsidP="00641282">
      <w:pPr>
        <w:spacing w:after="0" w:line="240" w:lineRule="auto"/>
        <w:ind w:firstLine="709"/>
        <w:jc w:val="both"/>
        <w:rPr>
          <w:sz w:val="28"/>
          <w:szCs w:val="28"/>
          <w:lang w:val="ru-RU"/>
        </w:rPr>
      </w:pPr>
      <w:r w:rsidRPr="002E7D98">
        <w:rPr>
          <w:sz w:val="28"/>
          <w:szCs w:val="28"/>
          <w:lang w:val="ru-RU"/>
        </w:rPr>
        <w:t xml:space="preserve">(Согласие на обработку персональных данных должно быть конкретным, предметным, информированным, сознательным и однозначным (часть 1 статьи 9 Федерального закона от 27 июля 2006 года № 152-ФЗ </w:t>
      </w:r>
      <w:r w:rsidR="00641282">
        <w:rPr>
          <w:sz w:val="28"/>
          <w:szCs w:val="28"/>
          <w:lang w:val="ru-RU"/>
        </w:rPr>
        <w:t>«О персональных данных»</w:t>
      </w:r>
      <w:r w:rsidRPr="002E7D98">
        <w:rPr>
          <w:sz w:val="28"/>
          <w:szCs w:val="28"/>
          <w:lang w:val="ru-RU"/>
        </w:rPr>
        <w:t>).</w:t>
      </w:r>
    </w:p>
    <w:p w:rsidR="00641282" w:rsidRPr="00641282" w:rsidRDefault="00641282" w:rsidP="00641282">
      <w:pPr>
        <w:pStyle w:val="aff9"/>
        <w:ind w:firstLine="709"/>
        <w:rPr>
          <w:sz w:val="28"/>
          <w:szCs w:val="28"/>
        </w:rPr>
      </w:pPr>
      <w:r w:rsidRPr="00641282">
        <w:rPr>
          <w:sz w:val="28"/>
          <w:szCs w:val="28"/>
        </w:rPr>
        <w:t>Категории и перечень персональных данных, на обработку которых дается согласие:</w:t>
      </w:r>
    </w:p>
    <w:tbl>
      <w:tblPr>
        <w:tblW w:w="8657" w:type="dxa"/>
        <w:tblLayout w:type="fixed"/>
        <w:tblCellMar>
          <w:left w:w="10" w:type="dxa"/>
          <w:right w:w="10" w:type="dxa"/>
        </w:tblCellMar>
        <w:tblLook w:val="04A0" w:firstRow="1" w:lastRow="0" w:firstColumn="1" w:lastColumn="0" w:noHBand="0" w:noVBand="1"/>
      </w:tblPr>
      <w:tblGrid>
        <w:gridCol w:w="1144"/>
        <w:gridCol w:w="4979"/>
        <w:gridCol w:w="1134"/>
        <w:gridCol w:w="1400"/>
      </w:tblGrid>
      <w:tr w:rsidR="00641282" w:rsidRPr="00641282" w:rsidTr="001A55FF">
        <w:tc>
          <w:tcPr>
            <w:tcW w:w="1144" w:type="dxa"/>
            <w:tcBorders>
              <w:top w:val="single" w:sz="2" w:space="0" w:color="000000"/>
              <w:left w:val="single" w:sz="2" w:space="0" w:color="000000"/>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w:t>
            </w:r>
          </w:p>
        </w:tc>
        <w:tc>
          <w:tcPr>
            <w:tcW w:w="4979" w:type="dxa"/>
            <w:tcBorders>
              <w:top w:val="single" w:sz="2" w:space="0" w:color="000000"/>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Персональные данные</w:t>
            </w:r>
          </w:p>
        </w:tc>
        <w:tc>
          <w:tcPr>
            <w:tcW w:w="1134" w:type="dxa"/>
            <w:tcBorders>
              <w:top w:val="single" w:sz="2" w:space="0" w:color="000000"/>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Согласие</w:t>
            </w:r>
          </w:p>
        </w:tc>
        <w:tc>
          <w:tcPr>
            <w:tcW w:w="1400" w:type="dxa"/>
            <w:tcBorders>
              <w:top w:val="single" w:sz="2" w:space="0" w:color="000000"/>
              <w:bottom w:val="single" w:sz="2" w:space="0" w:color="000000"/>
              <w:right w:val="single" w:sz="2" w:space="0" w:color="000000"/>
            </w:tcBorders>
          </w:tcPr>
          <w:p w:rsidR="00641282" w:rsidRPr="00641282" w:rsidRDefault="00641282" w:rsidP="00641282">
            <w:pPr>
              <w:pStyle w:val="aff9"/>
              <w:rPr>
                <w:sz w:val="28"/>
                <w:szCs w:val="28"/>
              </w:rPr>
            </w:pPr>
          </w:p>
        </w:tc>
      </w:tr>
      <w:tr w:rsidR="00641282" w:rsidRPr="00641282" w:rsidTr="001A55FF">
        <w:tc>
          <w:tcPr>
            <w:tcW w:w="1144" w:type="dxa"/>
            <w:tcBorders>
              <w:left w:val="single" w:sz="2" w:space="0" w:color="000000"/>
              <w:bottom w:val="single" w:sz="2" w:space="0" w:color="000000"/>
              <w:right w:val="single" w:sz="2" w:space="0" w:color="000000"/>
            </w:tcBorders>
          </w:tcPr>
          <w:p w:rsidR="00641282" w:rsidRPr="00641282" w:rsidRDefault="00641282" w:rsidP="00641282">
            <w:pPr>
              <w:pStyle w:val="aff9"/>
              <w:rPr>
                <w:sz w:val="28"/>
                <w:szCs w:val="28"/>
              </w:rPr>
            </w:pPr>
          </w:p>
        </w:tc>
        <w:tc>
          <w:tcPr>
            <w:tcW w:w="4979" w:type="dxa"/>
            <w:tcBorders>
              <w:bottom w:val="single" w:sz="2" w:space="0" w:color="000000"/>
              <w:right w:val="single" w:sz="2" w:space="0" w:color="000000"/>
            </w:tcBorders>
          </w:tcPr>
          <w:p w:rsidR="00641282" w:rsidRPr="00641282" w:rsidRDefault="00641282" w:rsidP="00641282">
            <w:pPr>
              <w:pStyle w:val="aff9"/>
              <w:rPr>
                <w:sz w:val="28"/>
                <w:szCs w:val="28"/>
              </w:rPr>
            </w:pPr>
          </w:p>
        </w:tc>
        <w:tc>
          <w:tcPr>
            <w:tcW w:w="1134" w:type="dxa"/>
            <w:tcBorders>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ДА</w:t>
            </w:r>
          </w:p>
        </w:tc>
        <w:tc>
          <w:tcPr>
            <w:tcW w:w="1400" w:type="dxa"/>
            <w:tcBorders>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НЕТ</w:t>
            </w:r>
          </w:p>
        </w:tc>
      </w:tr>
      <w:tr w:rsidR="00641282" w:rsidRPr="00641282" w:rsidTr="00641282">
        <w:tc>
          <w:tcPr>
            <w:tcW w:w="8657" w:type="dxa"/>
            <w:gridSpan w:val="4"/>
            <w:tcBorders>
              <w:left w:val="single" w:sz="2" w:space="0" w:color="000000"/>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1. Общие персональные данные</w:t>
            </w:r>
          </w:p>
        </w:tc>
      </w:tr>
      <w:tr w:rsidR="00641282" w:rsidRPr="00641282" w:rsidTr="001A55FF">
        <w:tc>
          <w:tcPr>
            <w:tcW w:w="1144" w:type="dxa"/>
            <w:tcBorders>
              <w:left w:val="single" w:sz="2" w:space="0" w:color="000000"/>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1.</w:t>
            </w:r>
          </w:p>
        </w:tc>
        <w:tc>
          <w:tcPr>
            <w:tcW w:w="4979" w:type="dxa"/>
            <w:tcBorders>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Фамилия</w:t>
            </w:r>
          </w:p>
        </w:tc>
        <w:tc>
          <w:tcPr>
            <w:tcW w:w="1134" w:type="dxa"/>
            <w:tcBorders>
              <w:bottom w:val="single" w:sz="2" w:space="0" w:color="000000"/>
              <w:right w:val="single" w:sz="2" w:space="0" w:color="000000"/>
            </w:tcBorders>
          </w:tcPr>
          <w:p w:rsidR="00641282" w:rsidRPr="00641282" w:rsidRDefault="00641282" w:rsidP="00641282">
            <w:pPr>
              <w:pStyle w:val="aff9"/>
              <w:rPr>
                <w:sz w:val="28"/>
                <w:szCs w:val="28"/>
              </w:rPr>
            </w:pPr>
          </w:p>
        </w:tc>
        <w:tc>
          <w:tcPr>
            <w:tcW w:w="1400" w:type="dxa"/>
            <w:tcBorders>
              <w:bottom w:val="single" w:sz="2" w:space="0" w:color="000000"/>
              <w:right w:val="single" w:sz="2" w:space="0" w:color="000000"/>
            </w:tcBorders>
          </w:tcPr>
          <w:p w:rsidR="00641282" w:rsidRPr="00641282" w:rsidRDefault="00641282" w:rsidP="00641282">
            <w:pPr>
              <w:pStyle w:val="aff9"/>
              <w:rPr>
                <w:sz w:val="28"/>
                <w:szCs w:val="28"/>
              </w:rPr>
            </w:pPr>
          </w:p>
        </w:tc>
      </w:tr>
      <w:tr w:rsidR="00641282" w:rsidRPr="00641282" w:rsidTr="001A55FF">
        <w:tc>
          <w:tcPr>
            <w:tcW w:w="1144" w:type="dxa"/>
            <w:tcBorders>
              <w:left w:val="single" w:sz="2" w:space="0" w:color="000000"/>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2.</w:t>
            </w:r>
          </w:p>
        </w:tc>
        <w:tc>
          <w:tcPr>
            <w:tcW w:w="4979" w:type="dxa"/>
            <w:tcBorders>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Имя</w:t>
            </w:r>
          </w:p>
        </w:tc>
        <w:tc>
          <w:tcPr>
            <w:tcW w:w="1134" w:type="dxa"/>
            <w:tcBorders>
              <w:bottom w:val="single" w:sz="2" w:space="0" w:color="000000"/>
              <w:right w:val="single" w:sz="2" w:space="0" w:color="000000"/>
            </w:tcBorders>
          </w:tcPr>
          <w:p w:rsidR="00641282" w:rsidRPr="00641282" w:rsidRDefault="00641282" w:rsidP="00641282">
            <w:pPr>
              <w:pStyle w:val="aff9"/>
              <w:rPr>
                <w:sz w:val="28"/>
                <w:szCs w:val="28"/>
              </w:rPr>
            </w:pPr>
          </w:p>
        </w:tc>
        <w:tc>
          <w:tcPr>
            <w:tcW w:w="1400" w:type="dxa"/>
            <w:tcBorders>
              <w:bottom w:val="single" w:sz="2" w:space="0" w:color="000000"/>
              <w:right w:val="single" w:sz="2" w:space="0" w:color="000000"/>
            </w:tcBorders>
          </w:tcPr>
          <w:p w:rsidR="00641282" w:rsidRPr="00641282" w:rsidRDefault="00641282" w:rsidP="00641282">
            <w:pPr>
              <w:pStyle w:val="aff9"/>
              <w:rPr>
                <w:sz w:val="28"/>
                <w:szCs w:val="28"/>
              </w:rPr>
            </w:pPr>
          </w:p>
        </w:tc>
      </w:tr>
      <w:tr w:rsidR="00641282" w:rsidRPr="00641282" w:rsidTr="001A55FF">
        <w:tc>
          <w:tcPr>
            <w:tcW w:w="1144" w:type="dxa"/>
            <w:tcBorders>
              <w:left w:val="single" w:sz="2" w:space="0" w:color="000000"/>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3.</w:t>
            </w:r>
          </w:p>
        </w:tc>
        <w:tc>
          <w:tcPr>
            <w:tcW w:w="4979" w:type="dxa"/>
            <w:tcBorders>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Отчество (при наличии)</w:t>
            </w:r>
          </w:p>
        </w:tc>
        <w:tc>
          <w:tcPr>
            <w:tcW w:w="1134" w:type="dxa"/>
            <w:tcBorders>
              <w:bottom w:val="single" w:sz="2" w:space="0" w:color="000000"/>
              <w:right w:val="single" w:sz="2" w:space="0" w:color="000000"/>
            </w:tcBorders>
          </w:tcPr>
          <w:p w:rsidR="00641282" w:rsidRPr="00641282" w:rsidRDefault="00641282" w:rsidP="00641282">
            <w:pPr>
              <w:pStyle w:val="aff9"/>
              <w:rPr>
                <w:sz w:val="28"/>
                <w:szCs w:val="28"/>
              </w:rPr>
            </w:pPr>
          </w:p>
        </w:tc>
        <w:tc>
          <w:tcPr>
            <w:tcW w:w="1400" w:type="dxa"/>
            <w:tcBorders>
              <w:bottom w:val="single" w:sz="2" w:space="0" w:color="000000"/>
              <w:right w:val="single" w:sz="2" w:space="0" w:color="000000"/>
            </w:tcBorders>
          </w:tcPr>
          <w:p w:rsidR="00641282" w:rsidRPr="00641282" w:rsidRDefault="00641282" w:rsidP="00641282">
            <w:pPr>
              <w:pStyle w:val="aff9"/>
              <w:rPr>
                <w:sz w:val="28"/>
                <w:szCs w:val="28"/>
              </w:rPr>
            </w:pPr>
          </w:p>
        </w:tc>
      </w:tr>
      <w:tr w:rsidR="00641282" w:rsidRPr="00AA41FC" w:rsidTr="001A55FF">
        <w:tc>
          <w:tcPr>
            <w:tcW w:w="1144" w:type="dxa"/>
            <w:tcBorders>
              <w:left w:val="single" w:sz="2" w:space="0" w:color="000000"/>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4.</w:t>
            </w:r>
          </w:p>
        </w:tc>
        <w:tc>
          <w:tcPr>
            <w:tcW w:w="4979" w:type="dxa"/>
            <w:tcBorders>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Год, месяц, дата и место рождения</w:t>
            </w:r>
          </w:p>
        </w:tc>
        <w:tc>
          <w:tcPr>
            <w:tcW w:w="1134" w:type="dxa"/>
            <w:tcBorders>
              <w:bottom w:val="single" w:sz="2" w:space="0" w:color="000000"/>
              <w:right w:val="single" w:sz="2" w:space="0" w:color="000000"/>
            </w:tcBorders>
          </w:tcPr>
          <w:p w:rsidR="00641282" w:rsidRPr="00641282" w:rsidRDefault="00641282" w:rsidP="00641282">
            <w:pPr>
              <w:pStyle w:val="aff9"/>
              <w:rPr>
                <w:sz w:val="28"/>
                <w:szCs w:val="28"/>
              </w:rPr>
            </w:pPr>
          </w:p>
        </w:tc>
        <w:tc>
          <w:tcPr>
            <w:tcW w:w="1400" w:type="dxa"/>
            <w:tcBorders>
              <w:bottom w:val="single" w:sz="2" w:space="0" w:color="000000"/>
              <w:right w:val="single" w:sz="2" w:space="0" w:color="000000"/>
            </w:tcBorders>
          </w:tcPr>
          <w:p w:rsidR="00641282" w:rsidRPr="00641282" w:rsidRDefault="00641282" w:rsidP="00641282">
            <w:pPr>
              <w:pStyle w:val="aff9"/>
              <w:rPr>
                <w:sz w:val="28"/>
                <w:szCs w:val="28"/>
              </w:rPr>
            </w:pPr>
          </w:p>
        </w:tc>
      </w:tr>
      <w:tr w:rsidR="00641282" w:rsidRPr="00641282" w:rsidTr="001A55FF">
        <w:tc>
          <w:tcPr>
            <w:tcW w:w="1144" w:type="dxa"/>
            <w:tcBorders>
              <w:left w:val="single" w:sz="2" w:space="0" w:color="000000"/>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5.</w:t>
            </w:r>
          </w:p>
        </w:tc>
        <w:tc>
          <w:tcPr>
            <w:tcW w:w="4979" w:type="dxa"/>
            <w:tcBorders>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Адрес</w:t>
            </w:r>
          </w:p>
        </w:tc>
        <w:tc>
          <w:tcPr>
            <w:tcW w:w="1134" w:type="dxa"/>
            <w:tcBorders>
              <w:bottom w:val="single" w:sz="2" w:space="0" w:color="000000"/>
              <w:right w:val="single" w:sz="2" w:space="0" w:color="000000"/>
            </w:tcBorders>
          </w:tcPr>
          <w:p w:rsidR="00641282" w:rsidRPr="00641282" w:rsidRDefault="00641282" w:rsidP="00641282">
            <w:pPr>
              <w:pStyle w:val="aff9"/>
              <w:rPr>
                <w:sz w:val="28"/>
                <w:szCs w:val="28"/>
              </w:rPr>
            </w:pPr>
          </w:p>
        </w:tc>
        <w:tc>
          <w:tcPr>
            <w:tcW w:w="1400" w:type="dxa"/>
            <w:tcBorders>
              <w:bottom w:val="single" w:sz="2" w:space="0" w:color="000000"/>
              <w:right w:val="single" w:sz="2" w:space="0" w:color="000000"/>
            </w:tcBorders>
          </w:tcPr>
          <w:p w:rsidR="00641282" w:rsidRPr="00641282" w:rsidRDefault="00641282" w:rsidP="00641282">
            <w:pPr>
              <w:pStyle w:val="aff9"/>
              <w:rPr>
                <w:sz w:val="28"/>
                <w:szCs w:val="28"/>
              </w:rPr>
            </w:pPr>
          </w:p>
        </w:tc>
      </w:tr>
      <w:tr w:rsidR="00641282" w:rsidRPr="00641282" w:rsidTr="001A55FF">
        <w:tc>
          <w:tcPr>
            <w:tcW w:w="1144" w:type="dxa"/>
            <w:tcBorders>
              <w:left w:val="single" w:sz="2" w:space="0" w:color="000000"/>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6.</w:t>
            </w:r>
          </w:p>
        </w:tc>
        <w:tc>
          <w:tcPr>
            <w:tcW w:w="4979" w:type="dxa"/>
            <w:tcBorders>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Семейное положение</w:t>
            </w:r>
          </w:p>
        </w:tc>
        <w:tc>
          <w:tcPr>
            <w:tcW w:w="1134" w:type="dxa"/>
            <w:tcBorders>
              <w:bottom w:val="single" w:sz="2" w:space="0" w:color="000000"/>
              <w:right w:val="single" w:sz="2" w:space="0" w:color="000000"/>
            </w:tcBorders>
          </w:tcPr>
          <w:p w:rsidR="00641282" w:rsidRPr="00641282" w:rsidRDefault="00641282" w:rsidP="00641282">
            <w:pPr>
              <w:pStyle w:val="aff9"/>
              <w:rPr>
                <w:sz w:val="28"/>
                <w:szCs w:val="28"/>
              </w:rPr>
            </w:pPr>
          </w:p>
        </w:tc>
        <w:tc>
          <w:tcPr>
            <w:tcW w:w="1400" w:type="dxa"/>
            <w:tcBorders>
              <w:bottom w:val="single" w:sz="2" w:space="0" w:color="000000"/>
              <w:right w:val="single" w:sz="2" w:space="0" w:color="000000"/>
            </w:tcBorders>
          </w:tcPr>
          <w:p w:rsidR="00641282" w:rsidRPr="00641282" w:rsidRDefault="00641282" w:rsidP="00641282">
            <w:pPr>
              <w:pStyle w:val="aff9"/>
              <w:rPr>
                <w:sz w:val="28"/>
                <w:szCs w:val="28"/>
              </w:rPr>
            </w:pPr>
          </w:p>
        </w:tc>
      </w:tr>
      <w:tr w:rsidR="00641282" w:rsidRPr="00641282" w:rsidTr="001A55FF">
        <w:tc>
          <w:tcPr>
            <w:tcW w:w="1144" w:type="dxa"/>
            <w:tcBorders>
              <w:left w:val="single" w:sz="2" w:space="0" w:color="000000"/>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7.</w:t>
            </w:r>
          </w:p>
        </w:tc>
        <w:tc>
          <w:tcPr>
            <w:tcW w:w="4979" w:type="dxa"/>
            <w:tcBorders>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Образование</w:t>
            </w:r>
          </w:p>
        </w:tc>
        <w:tc>
          <w:tcPr>
            <w:tcW w:w="1134" w:type="dxa"/>
            <w:tcBorders>
              <w:bottom w:val="single" w:sz="2" w:space="0" w:color="000000"/>
              <w:right w:val="single" w:sz="2" w:space="0" w:color="000000"/>
            </w:tcBorders>
          </w:tcPr>
          <w:p w:rsidR="00641282" w:rsidRPr="00641282" w:rsidRDefault="00641282" w:rsidP="00641282">
            <w:pPr>
              <w:pStyle w:val="aff9"/>
              <w:rPr>
                <w:sz w:val="28"/>
                <w:szCs w:val="28"/>
              </w:rPr>
            </w:pPr>
          </w:p>
        </w:tc>
        <w:tc>
          <w:tcPr>
            <w:tcW w:w="1400" w:type="dxa"/>
            <w:tcBorders>
              <w:bottom w:val="single" w:sz="2" w:space="0" w:color="000000"/>
              <w:right w:val="single" w:sz="2" w:space="0" w:color="000000"/>
            </w:tcBorders>
          </w:tcPr>
          <w:p w:rsidR="00641282" w:rsidRPr="00641282" w:rsidRDefault="00641282" w:rsidP="00641282">
            <w:pPr>
              <w:pStyle w:val="aff9"/>
              <w:rPr>
                <w:sz w:val="28"/>
                <w:szCs w:val="28"/>
              </w:rPr>
            </w:pPr>
          </w:p>
        </w:tc>
      </w:tr>
      <w:tr w:rsidR="00641282" w:rsidRPr="00641282" w:rsidTr="001A55FF">
        <w:tc>
          <w:tcPr>
            <w:tcW w:w="1144" w:type="dxa"/>
            <w:tcBorders>
              <w:left w:val="single" w:sz="2" w:space="0" w:color="000000"/>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8.</w:t>
            </w:r>
          </w:p>
        </w:tc>
        <w:tc>
          <w:tcPr>
            <w:tcW w:w="4979" w:type="dxa"/>
            <w:tcBorders>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Профессия</w:t>
            </w:r>
          </w:p>
        </w:tc>
        <w:tc>
          <w:tcPr>
            <w:tcW w:w="1134" w:type="dxa"/>
            <w:tcBorders>
              <w:bottom w:val="single" w:sz="2" w:space="0" w:color="000000"/>
              <w:right w:val="single" w:sz="2" w:space="0" w:color="000000"/>
            </w:tcBorders>
          </w:tcPr>
          <w:p w:rsidR="00641282" w:rsidRPr="00641282" w:rsidRDefault="00641282" w:rsidP="00641282">
            <w:pPr>
              <w:pStyle w:val="aff9"/>
              <w:rPr>
                <w:sz w:val="28"/>
                <w:szCs w:val="28"/>
              </w:rPr>
            </w:pPr>
          </w:p>
        </w:tc>
        <w:tc>
          <w:tcPr>
            <w:tcW w:w="1400" w:type="dxa"/>
            <w:tcBorders>
              <w:bottom w:val="single" w:sz="2" w:space="0" w:color="000000"/>
              <w:right w:val="single" w:sz="2" w:space="0" w:color="000000"/>
            </w:tcBorders>
          </w:tcPr>
          <w:p w:rsidR="00641282" w:rsidRPr="00641282" w:rsidRDefault="00641282" w:rsidP="00641282">
            <w:pPr>
              <w:pStyle w:val="aff9"/>
              <w:rPr>
                <w:sz w:val="28"/>
                <w:szCs w:val="28"/>
              </w:rPr>
            </w:pPr>
          </w:p>
        </w:tc>
      </w:tr>
      <w:tr w:rsidR="00641282" w:rsidRPr="00AA41FC" w:rsidTr="001A55FF">
        <w:tc>
          <w:tcPr>
            <w:tcW w:w="1144" w:type="dxa"/>
            <w:tcBorders>
              <w:left w:val="single" w:sz="2" w:space="0" w:color="000000"/>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9.</w:t>
            </w:r>
          </w:p>
        </w:tc>
        <w:tc>
          <w:tcPr>
            <w:tcW w:w="4979" w:type="dxa"/>
            <w:tcBorders>
              <w:bottom w:val="single" w:sz="2" w:space="0" w:color="000000"/>
              <w:right w:val="single" w:sz="2" w:space="0" w:color="000000"/>
            </w:tcBorders>
          </w:tcPr>
          <w:p w:rsidR="00641282" w:rsidRPr="00641282" w:rsidRDefault="00641282" w:rsidP="00641282">
            <w:pPr>
              <w:pStyle w:val="aff9"/>
              <w:ind w:firstLine="567"/>
              <w:rPr>
                <w:sz w:val="28"/>
                <w:szCs w:val="28"/>
              </w:rPr>
            </w:pPr>
            <w:r w:rsidRPr="00641282">
              <w:rPr>
                <w:sz w:val="28"/>
                <w:szCs w:val="28"/>
              </w:rPr>
              <w:t>(Другая информация, относящаяся к субъекту</w:t>
            </w:r>
            <w:r>
              <w:rPr>
                <w:sz w:val="28"/>
                <w:szCs w:val="28"/>
              </w:rPr>
              <w:t xml:space="preserve"> </w:t>
            </w:r>
            <w:r w:rsidRPr="00641282">
              <w:rPr>
                <w:sz w:val="28"/>
                <w:szCs w:val="28"/>
              </w:rPr>
              <w:t>персональных данных)</w:t>
            </w:r>
          </w:p>
        </w:tc>
        <w:tc>
          <w:tcPr>
            <w:tcW w:w="1134" w:type="dxa"/>
            <w:tcBorders>
              <w:bottom w:val="single" w:sz="2" w:space="0" w:color="000000"/>
              <w:right w:val="single" w:sz="2" w:space="0" w:color="000000"/>
            </w:tcBorders>
          </w:tcPr>
          <w:p w:rsidR="00641282" w:rsidRPr="00641282" w:rsidRDefault="00641282" w:rsidP="00641282">
            <w:pPr>
              <w:pStyle w:val="aff9"/>
              <w:rPr>
                <w:sz w:val="28"/>
                <w:szCs w:val="28"/>
              </w:rPr>
            </w:pPr>
          </w:p>
        </w:tc>
        <w:tc>
          <w:tcPr>
            <w:tcW w:w="1400" w:type="dxa"/>
            <w:tcBorders>
              <w:bottom w:val="single" w:sz="2" w:space="0" w:color="000000"/>
              <w:right w:val="single" w:sz="2" w:space="0" w:color="000000"/>
            </w:tcBorders>
          </w:tcPr>
          <w:p w:rsidR="00641282" w:rsidRPr="00641282" w:rsidRDefault="00641282" w:rsidP="00641282">
            <w:pPr>
              <w:pStyle w:val="aff9"/>
              <w:rPr>
                <w:sz w:val="28"/>
                <w:szCs w:val="28"/>
              </w:rPr>
            </w:pPr>
          </w:p>
        </w:tc>
      </w:tr>
    </w:tbl>
    <w:p w:rsidR="00641282" w:rsidRPr="00641282" w:rsidRDefault="00641282" w:rsidP="002E7D98">
      <w:pPr>
        <w:spacing w:after="0" w:line="240" w:lineRule="auto"/>
        <w:rPr>
          <w:sz w:val="28"/>
          <w:szCs w:val="28"/>
          <w:lang w:val="ru-RU"/>
        </w:rPr>
      </w:pPr>
    </w:p>
    <w:p w:rsidR="0077411A" w:rsidRPr="002E7D98" w:rsidRDefault="008B2948" w:rsidP="001A55FF">
      <w:pPr>
        <w:spacing w:after="0" w:line="240" w:lineRule="auto"/>
        <w:ind w:firstLine="709"/>
        <w:jc w:val="both"/>
        <w:rPr>
          <w:sz w:val="28"/>
          <w:szCs w:val="28"/>
          <w:lang w:val="ru-RU"/>
        </w:rPr>
      </w:pPr>
      <w:r w:rsidRPr="002E7D98">
        <w:rPr>
          <w:sz w:val="28"/>
          <w:szCs w:val="28"/>
          <w:lang w:val="ru-RU"/>
        </w:rPr>
        <w:t xml:space="preserve">Примечание. Согласно части 1 статьи 11 Федерального закона от 27 июля 2006 года </w:t>
      </w:r>
      <w:r w:rsidR="00641282">
        <w:rPr>
          <w:sz w:val="28"/>
          <w:szCs w:val="28"/>
          <w:lang w:val="ru-RU"/>
        </w:rPr>
        <w:t>№</w:t>
      </w:r>
      <w:r w:rsidRPr="002E7D98">
        <w:rPr>
          <w:sz w:val="28"/>
          <w:szCs w:val="28"/>
          <w:lang w:val="ru-RU"/>
        </w:rPr>
        <w:t xml:space="preserve">152-ФЗ </w:t>
      </w:r>
      <w:r w:rsidR="00641282">
        <w:rPr>
          <w:sz w:val="28"/>
          <w:szCs w:val="28"/>
          <w:lang w:val="ru-RU"/>
        </w:rPr>
        <w:t>«</w:t>
      </w:r>
      <w:r w:rsidRPr="002E7D98">
        <w:rPr>
          <w:sz w:val="28"/>
          <w:szCs w:val="28"/>
          <w:lang w:val="ru-RU"/>
        </w:rPr>
        <w:t>О персональных данных</w:t>
      </w:r>
      <w:r w:rsidR="00641282">
        <w:rPr>
          <w:sz w:val="28"/>
          <w:szCs w:val="28"/>
          <w:lang w:val="ru-RU"/>
        </w:rPr>
        <w:t>»</w:t>
      </w:r>
      <w:r w:rsidRPr="002E7D98">
        <w:rPr>
          <w:sz w:val="28"/>
          <w:szCs w:val="28"/>
          <w:lang w:val="ru-RU"/>
        </w:rPr>
        <w:t xml:space="preserve">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частью 2 названной статьи.</w:t>
      </w:r>
    </w:p>
    <w:p w:rsidR="0077411A" w:rsidRPr="002E7D98" w:rsidRDefault="008B2948" w:rsidP="001A55FF">
      <w:pPr>
        <w:spacing w:after="0" w:line="240" w:lineRule="auto"/>
        <w:ind w:firstLine="709"/>
        <w:rPr>
          <w:sz w:val="28"/>
          <w:szCs w:val="28"/>
          <w:lang w:val="ru-RU"/>
        </w:rPr>
      </w:pPr>
      <w:r w:rsidRPr="002E7D98">
        <w:rPr>
          <w:sz w:val="28"/>
          <w:szCs w:val="28"/>
          <w:lang w:val="ru-RU"/>
        </w:rPr>
        <w:t>Категории и перечень персональных данных, для обработки которых устанавливаются условия и запреты:</w:t>
      </w:r>
    </w:p>
    <w:p w:rsidR="00641282" w:rsidRDefault="00641282" w:rsidP="00641282">
      <w:pPr>
        <w:pStyle w:val="aff9"/>
      </w:pPr>
    </w:p>
    <w:tbl>
      <w:tblPr>
        <w:tblW w:w="8799" w:type="dxa"/>
        <w:tblLayout w:type="fixed"/>
        <w:tblCellMar>
          <w:left w:w="10" w:type="dxa"/>
          <w:right w:w="10" w:type="dxa"/>
        </w:tblCellMar>
        <w:tblLook w:val="04A0" w:firstRow="1" w:lastRow="0" w:firstColumn="1" w:lastColumn="0" w:noHBand="0" w:noVBand="1"/>
      </w:tblPr>
      <w:tblGrid>
        <w:gridCol w:w="1428"/>
        <w:gridCol w:w="2977"/>
        <w:gridCol w:w="4394"/>
      </w:tblGrid>
      <w:tr w:rsidR="00641282" w:rsidRPr="00AA41FC" w:rsidTr="001A55FF">
        <w:tc>
          <w:tcPr>
            <w:tcW w:w="1428" w:type="dxa"/>
            <w:tcBorders>
              <w:top w:val="single" w:sz="2" w:space="0" w:color="000000"/>
              <w:left w:val="single" w:sz="2" w:space="0" w:color="000000"/>
              <w:bottom w:val="single" w:sz="2" w:space="0" w:color="000000"/>
              <w:right w:val="single" w:sz="2" w:space="0" w:color="000000"/>
            </w:tcBorders>
          </w:tcPr>
          <w:p w:rsidR="00641282" w:rsidRPr="001A55FF" w:rsidRDefault="00641282" w:rsidP="001A55FF">
            <w:pPr>
              <w:pStyle w:val="aff9"/>
              <w:ind w:firstLine="709"/>
              <w:rPr>
                <w:sz w:val="28"/>
                <w:szCs w:val="28"/>
              </w:rPr>
            </w:pPr>
            <w:r w:rsidRPr="001A55FF">
              <w:rPr>
                <w:sz w:val="28"/>
                <w:szCs w:val="28"/>
              </w:rPr>
              <w:t>№ п/п</w:t>
            </w:r>
          </w:p>
        </w:tc>
        <w:tc>
          <w:tcPr>
            <w:tcW w:w="2977" w:type="dxa"/>
            <w:tcBorders>
              <w:top w:val="single" w:sz="2" w:space="0" w:color="000000"/>
              <w:bottom w:val="single" w:sz="2" w:space="0" w:color="000000"/>
              <w:right w:val="single" w:sz="2" w:space="0" w:color="000000"/>
            </w:tcBorders>
          </w:tcPr>
          <w:p w:rsidR="00641282" w:rsidRPr="001A55FF" w:rsidRDefault="00641282" w:rsidP="001A55FF">
            <w:pPr>
              <w:pStyle w:val="aff9"/>
              <w:ind w:firstLine="709"/>
              <w:rPr>
                <w:sz w:val="28"/>
                <w:szCs w:val="28"/>
              </w:rPr>
            </w:pPr>
            <w:r w:rsidRPr="001A55FF">
              <w:rPr>
                <w:sz w:val="28"/>
                <w:szCs w:val="28"/>
              </w:rPr>
              <w:t>Персональные данные</w:t>
            </w:r>
          </w:p>
        </w:tc>
        <w:tc>
          <w:tcPr>
            <w:tcW w:w="4394" w:type="dxa"/>
            <w:tcBorders>
              <w:top w:val="single" w:sz="2" w:space="0" w:color="000000"/>
              <w:bottom w:val="single" w:sz="2" w:space="0" w:color="000000"/>
              <w:right w:val="single" w:sz="2" w:space="0" w:color="000000"/>
            </w:tcBorders>
          </w:tcPr>
          <w:p w:rsidR="00641282" w:rsidRPr="001A55FF" w:rsidRDefault="00641282" w:rsidP="001A55FF">
            <w:pPr>
              <w:pStyle w:val="aff9"/>
              <w:ind w:firstLine="709"/>
              <w:rPr>
                <w:sz w:val="28"/>
                <w:szCs w:val="28"/>
              </w:rPr>
            </w:pPr>
            <w:r w:rsidRPr="001A55FF">
              <w:rPr>
                <w:sz w:val="28"/>
                <w:szCs w:val="28"/>
              </w:rPr>
              <w:t>Перечень устанавливаемых условий и запретов</w:t>
            </w:r>
          </w:p>
        </w:tc>
      </w:tr>
      <w:tr w:rsidR="00641282" w:rsidRPr="001A55FF" w:rsidTr="001A55FF">
        <w:tc>
          <w:tcPr>
            <w:tcW w:w="8799" w:type="dxa"/>
            <w:gridSpan w:val="3"/>
            <w:tcBorders>
              <w:left w:val="single" w:sz="2" w:space="0" w:color="000000"/>
              <w:bottom w:val="single" w:sz="2" w:space="0" w:color="000000"/>
              <w:right w:val="single" w:sz="2" w:space="0" w:color="000000"/>
            </w:tcBorders>
          </w:tcPr>
          <w:p w:rsidR="00641282" w:rsidRPr="001A55FF" w:rsidRDefault="00641282" w:rsidP="001A55FF">
            <w:pPr>
              <w:pStyle w:val="aff9"/>
              <w:ind w:firstLine="709"/>
              <w:rPr>
                <w:sz w:val="28"/>
                <w:szCs w:val="28"/>
              </w:rPr>
            </w:pPr>
            <w:r w:rsidRPr="001A55FF">
              <w:rPr>
                <w:sz w:val="28"/>
                <w:szCs w:val="28"/>
              </w:rPr>
              <w:t> 1. (Категория персональных данных)</w:t>
            </w:r>
          </w:p>
        </w:tc>
      </w:tr>
      <w:tr w:rsidR="00641282" w:rsidRPr="001A55FF" w:rsidTr="001A55FF">
        <w:tc>
          <w:tcPr>
            <w:tcW w:w="1428" w:type="dxa"/>
            <w:tcBorders>
              <w:left w:val="single" w:sz="2" w:space="0" w:color="000000"/>
              <w:bottom w:val="single" w:sz="2" w:space="0" w:color="000000"/>
              <w:right w:val="single" w:sz="2" w:space="0" w:color="000000"/>
            </w:tcBorders>
          </w:tcPr>
          <w:p w:rsidR="00641282" w:rsidRPr="001A55FF" w:rsidRDefault="00641282" w:rsidP="001A55FF">
            <w:pPr>
              <w:pStyle w:val="aff9"/>
              <w:ind w:firstLine="709"/>
              <w:rPr>
                <w:sz w:val="28"/>
                <w:szCs w:val="28"/>
              </w:rPr>
            </w:pPr>
          </w:p>
        </w:tc>
        <w:tc>
          <w:tcPr>
            <w:tcW w:w="2977" w:type="dxa"/>
            <w:tcBorders>
              <w:bottom w:val="single" w:sz="2" w:space="0" w:color="000000"/>
              <w:right w:val="single" w:sz="2" w:space="0" w:color="000000"/>
            </w:tcBorders>
          </w:tcPr>
          <w:p w:rsidR="00641282" w:rsidRPr="001A55FF" w:rsidRDefault="00641282" w:rsidP="001A55FF">
            <w:pPr>
              <w:pStyle w:val="aff9"/>
              <w:ind w:firstLine="709"/>
              <w:rPr>
                <w:sz w:val="28"/>
                <w:szCs w:val="28"/>
              </w:rPr>
            </w:pPr>
            <w:r w:rsidRPr="001A55FF">
              <w:rPr>
                <w:sz w:val="28"/>
                <w:szCs w:val="28"/>
              </w:rPr>
              <w:t>(Перечень персональных данных)</w:t>
            </w:r>
          </w:p>
        </w:tc>
        <w:tc>
          <w:tcPr>
            <w:tcW w:w="4394" w:type="dxa"/>
            <w:tcBorders>
              <w:bottom w:val="single" w:sz="2" w:space="0" w:color="000000"/>
              <w:right w:val="single" w:sz="2" w:space="0" w:color="000000"/>
            </w:tcBorders>
          </w:tcPr>
          <w:p w:rsidR="00641282" w:rsidRPr="001A55FF" w:rsidRDefault="00641282" w:rsidP="001A55FF">
            <w:pPr>
              <w:pStyle w:val="aff9"/>
              <w:ind w:firstLine="709"/>
              <w:rPr>
                <w:sz w:val="28"/>
                <w:szCs w:val="28"/>
              </w:rPr>
            </w:pPr>
          </w:p>
        </w:tc>
      </w:tr>
    </w:tbl>
    <w:p w:rsidR="0077411A" w:rsidRPr="002E7D98" w:rsidRDefault="008B2948" w:rsidP="001A55FF">
      <w:pPr>
        <w:spacing w:after="0" w:line="240" w:lineRule="auto"/>
        <w:ind w:firstLine="709"/>
        <w:jc w:val="both"/>
        <w:rPr>
          <w:sz w:val="28"/>
          <w:szCs w:val="28"/>
          <w:lang w:val="ru-RU"/>
        </w:rPr>
      </w:pPr>
      <w:r w:rsidRPr="002E7D98">
        <w:rPr>
          <w:sz w:val="28"/>
          <w:szCs w:val="28"/>
          <w:lang w:val="ru-RU"/>
        </w:rPr>
        <w:t>Примечание. Указанное поле заполняется по желанию субъекта персональных данных.</w:t>
      </w:r>
    </w:p>
    <w:p w:rsidR="0077411A" w:rsidRPr="002E7D98" w:rsidRDefault="008B2948" w:rsidP="001A55FF">
      <w:pPr>
        <w:spacing w:after="0" w:line="240" w:lineRule="auto"/>
        <w:ind w:firstLine="709"/>
        <w:jc w:val="both"/>
        <w:rPr>
          <w:sz w:val="28"/>
          <w:szCs w:val="28"/>
          <w:lang w:val="ru-RU"/>
        </w:rPr>
      </w:pPr>
      <w:r w:rsidRPr="002E7D98">
        <w:rPr>
          <w:sz w:val="28"/>
          <w:szCs w:val="28"/>
          <w:lang w:val="ru-RU"/>
        </w:rPr>
        <w:lastRenderedPageBreak/>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_______________________________________________</w:t>
      </w:r>
    </w:p>
    <w:p w:rsidR="0077411A" w:rsidRPr="002E7D98" w:rsidRDefault="008B2948" w:rsidP="001A55FF">
      <w:pPr>
        <w:spacing w:after="0" w:line="240" w:lineRule="auto"/>
        <w:ind w:firstLine="709"/>
        <w:jc w:val="both"/>
        <w:rPr>
          <w:sz w:val="28"/>
          <w:szCs w:val="28"/>
          <w:lang w:val="ru-RU"/>
        </w:rPr>
      </w:pPr>
      <w:r w:rsidRPr="002E7D98">
        <w:rPr>
          <w:sz w:val="28"/>
          <w:szCs w:val="28"/>
          <w:lang w:val="ru-RU"/>
        </w:rPr>
        <w:t>(вписать нужное)</w:t>
      </w:r>
    </w:p>
    <w:p w:rsidR="0077411A" w:rsidRPr="002E7D98" w:rsidRDefault="008B2948" w:rsidP="001A55FF">
      <w:pPr>
        <w:spacing w:after="0" w:line="240" w:lineRule="auto"/>
        <w:ind w:firstLine="709"/>
        <w:jc w:val="both"/>
        <w:rPr>
          <w:sz w:val="28"/>
          <w:szCs w:val="28"/>
          <w:lang w:val="ru-RU"/>
        </w:rPr>
      </w:pPr>
      <w:r w:rsidRPr="002E7D98">
        <w:rPr>
          <w:sz w:val="28"/>
          <w:szCs w:val="28"/>
          <w:lang w:val="ru-RU"/>
        </w:rPr>
        <w:t>Примечание. Указанное поле заполняется по желанию субъекта персональных данных.</w:t>
      </w:r>
    </w:p>
    <w:p w:rsidR="0077411A" w:rsidRPr="002E7D98" w:rsidRDefault="008B2948" w:rsidP="001A55FF">
      <w:pPr>
        <w:spacing w:after="0" w:line="240" w:lineRule="auto"/>
        <w:ind w:firstLine="709"/>
        <w:jc w:val="both"/>
        <w:rPr>
          <w:sz w:val="28"/>
          <w:szCs w:val="28"/>
          <w:lang w:val="ru-RU"/>
        </w:rPr>
      </w:pPr>
      <w:r w:rsidRPr="002E7D98">
        <w:rPr>
          <w:sz w:val="28"/>
          <w:szCs w:val="28"/>
          <w:lang w:val="ru-RU"/>
        </w:rPr>
        <w:t>Настоящее согласие действует _____________________________________</w:t>
      </w:r>
    </w:p>
    <w:p w:rsidR="0077411A" w:rsidRPr="002E7D98" w:rsidRDefault="008B2948" w:rsidP="001A55FF">
      <w:pPr>
        <w:spacing w:after="0" w:line="240" w:lineRule="auto"/>
        <w:ind w:firstLine="709"/>
        <w:jc w:val="both"/>
        <w:rPr>
          <w:sz w:val="28"/>
          <w:szCs w:val="28"/>
          <w:lang w:val="ru-RU"/>
        </w:rPr>
      </w:pPr>
      <w:r w:rsidRPr="002E7D98">
        <w:rPr>
          <w:sz w:val="28"/>
          <w:szCs w:val="28"/>
          <w:lang w:val="ru-RU"/>
        </w:rPr>
        <w:t>(указать срок действия согласия)</w:t>
      </w:r>
    </w:p>
    <w:p w:rsidR="0077411A" w:rsidRPr="002E7D98" w:rsidRDefault="008B2948" w:rsidP="001A55FF">
      <w:pPr>
        <w:spacing w:after="0" w:line="240" w:lineRule="auto"/>
        <w:ind w:firstLine="709"/>
        <w:jc w:val="both"/>
        <w:rPr>
          <w:sz w:val="28"/>
          <w:szCs w:val="28"/>
          <w:lang w:val="ru-RU"/>
        </w:rPr>
      </w:pPr>
      <w:r w:rsidRPr="002E7D98">
        <w:rPr>
          <w:sz w:val="28"/>
          <w:szCs w:val="28"/>
          <w:lang w:val="ru-RU"/>
        </w:rPr>
        <w:t>Примечание. Субъект персональных данных вправе отозвать данное согласие на обработку своих персональных данных, письменно уведомив об этом оператора.</w:t>
      </w:r>
    </w:p>
    <w:p w:rsidR="0077411A" w:rsidRPr="002E7D98" w:rsidRDefault="008B2948" w:rsidP="001A55FF">
      <w:pPr>
        <w:spacing w:after="0" w:line="240" w:lineRule="auto"/>
        <w:ind w:firstLine="709"/>
        <w:jc w:val="both"/>
        <w:rPr>
          <w:sz w:val="28"/>
          <w:szCs w:val="28"/>
          <w:lang w:val="ru-RU"/>
        </w:rPr>
      </w:pPr>
      <w:r w:rsidRPr="002E7D98">
        <w:rPr>
          <w:sz w:val="28"/>
          <w:szCs w:val="28"/>
          <w:lang w:val="ru-RU"/>
        </w:rPr>
        <w:t>____________________________________</w:t>
      </w:r>
      <w:r w:rsidR="001A55FF">
        <w:rPr>
          <w:sz w:val="28"/>
          <w:szCs w:val="28"/>
          <w:lang w:val="ru-RU"/>
        </w:rPr>
        <w:t>_________ Ф.И.О. ____________</w:t>
      </w:r>
    </w:p>
    <w:p w:rsidR="0077411A" w:rsidRDefault="008B2948" w:rsidP="001A55FF">
      <w:pPr>
        <w:spacing w:after="0" w:line="240" w:lineRule="auto"/>
        <w:ind w:firstLine="709"/>
        <w:jc w:val="both"/>
        <w:rPr>
          <w:sz w:val="28"/>
          <w:szCs w:val="28"/>
          <w:lang w:val="ru-RU"/>
        </w:rPr>
      </w:pPr>
      <w:r w:rsidRPr="002E7D98">
        <w:rPr>
          <w:sz w:val="28"/>
          <w:szCs w:val="28"/>
          <w:lang w:val="ru-RU"/>
        </w:rPr>
        <w:t>(подпись субъекта персональных данных) (число, месяц, год)</w:t>
      </w:r>
    </w:p>
    <w:p w:rsidR="001A55FF" w:rsidRDefault="001A55FF" w:rsidP="001A55FF">
      <w:pPr>
        <w:spacing w:after="0" w:line="240" w:lineRule="auto"/>
        <w:ind w:firstLine="709"/>
        <w:jc w:val="both"/>
        <w:rPr>
          <w:sz w:val="28"/>
          <w:szCs w:val="28"/>
          <w:lang w:val="ru-RU"/>
        </w:rPr>
      </w:pPr>
    </w:p>
    <w:p w:rsidR="001A55FF" w:rsidRDefault="001A55FF" w:rsidP="001A55FF">
      <w:pPr>
        <w:spacing w:after="0" w:line="240" w:lineRule="auto"/>
        <w:ind w:firstLine="709"/>
        <w:jc w:val="both"/>
        <w:rPr>
          <w:sz w:val="28"/>
          <w:szCs w:val="28"/>
          <w:lang w:val="ru-RU"/>
        </w:rPr>
      </w:pPr>
    </w:p>
    <w:p w:rsidR="001A55FF" w:rsidRDefault="001A55FF" w:rsidP="001A55FF">
      <w:pPr>
        <w:spacing w:after="0" w:line="240" w:lineRule="auto"/>
        <w:ind w:firstLine="709"/>
        <w:jc w:val="both"/>
        <w:rPr>
          <w:sz w:val="28"/>
          <w:szCs w:val="28"/>
          <w:lang w:val="ru-RU"/>
        </w:rPr>
      </w:pPr>
    </w:p>
    <w:p w:rsidR="001A55FF" w:rsidRDefault="001A55FF" w:rsidP="001A55FF">
      <w:pPr>
        <w:spacing w:after="0" w:line="240" w:lineRule="auto"/>
        <w:rPr>
          <w:sz w:val="28"/>
          <w:szCs w:val="28"/>
          <w:lang w:val="ru-RU"/>
        </w:rPr>
      </w:pPr>
      <w:r>
        <w:rPr>
          <w:sz w:val="28"/>
          <w:szCs w:val="28"/>
          <w:lang w:val="ru-RU"/>
        </w:rPr>
        <w:t>Глава</w:t>
      </w:r>
      <w:r w:rsidRPr="002E7D98">
        <w:rPr>
          <w:sz w:val="28"/>
          <w:szCs w:val="28"/>
          <w:lang w:val="ru-RU"/>
        </w:rPr>
        <w:t xml:space="preserve"> </w:t>
      </w:r>
    </w:p>
    <w:p w:rsidR="001A55FF" w:rsidRDefault="001A55FF" w:rsidP="001A55FF">
      <w:pPr>
        <w:spacing w:after="0" w:line="240" w:lineRule="auto"/>
        <w:rPr>
          <w:sz w:val="28"/>
          <w:szCs w:val="28"/>
          <w:lang w:val="ru-RU"/>
        </w:rPr>
      </w:pPr>
      <w:r w:rsidRPr="002E7D98">
        <w:rPr>
          <w:sz w:val="28"/>
          <w:szCs w:val="28"/>
          <w:lang w:val="ru-RU"/>
        </w:rPr>
        <w:t>Новоджерелиевского</w:t>
      </w:r>
      <w:r>
        <w:rPr>
          <w:sz w:val="28"/>
          <w:szCs w:val="28"/>
          <w:lang w:val="ru-RU"/>
        </w:rPr>
        <w:t xml:space="preserve"> </w:t>
      </w:r>
      <w:r w:rsidRPr="002E7D98">
        <w:rPr>
          <w:sz w:val="28"/>
          <w:szCs w:val="28"/>
          <w:lang w:val="ru-RU"/>
        </w:rPr>
        <w:t>сельского поселения</w:t>
      </w:r>
    </w:p>
    <w:p w:rsidR="001A55FF" w:rsidRPr="002E7D98" w:rsidRDefault="001A55FF" w:rsidP="001A55FF">
      <w:pPr>
        <w:spacing w:after="0" w:line="240" w:lineRule="auto"/>
        <w:rPr>
          <w:sz w:val="28"/>
          <w:szCs w:val="28"/>
          <w:lang w:val="ru-RU"/>
        </w:rPr>
      </w:pPr>
      <w:r w:rsidRPr="002E7D98">
        <w:rPr>
          <w:sz w:val="28"/>
          <w:szCs w:val="28"/>
          <w:lang w:val="ru-RU"/>
        </w:rPr>
        <w:t>Брюховецкого муниципального района</w:t>
      </w:r>
    </w:p>
    <w:p w:rsidR="001A55FF" w:rsidRPr="002E7D98" w:rsidRDefault="001A55FF" w:rsidP="001A55FF">
      <w:pPr>
        <w:spacing w:after="0" w:line="240" w:lineRule="auto"/>
        <w:rPr>
          <w:sz w:val="28"/>
          <w:szCs w:val="28"/>
          <w:lang w:val="ru-RU"/>
        </w:rPr>
      </w:pPr>
      <w:r w:rsidRPr="002E7D98">
        <w:rPr>
          <w:sz w:val="28"/>
          <w:szCs w:val="28"/>
          <w:lang w:val="ru-RU"/>
        </w:rPr>
        <w:t>Краснодарского края</w:t>
      </w:r>
      <w:r>
        <w:rPr>
          <w:sz w:val="28"/>
          <w:szCs w:val="28"/>
          <w:lang w:val="ru-RU"/>
        </w:rPr>
        <w:t xml:space="preserve">                                                                                О.В. Ткаченко</w:t>
      </w:r>
      <w:bookmarkStart w:id="0" w:name="_GoBack"/>
      <w:bookmarkEnd w:id="0"/>
    </w:p>
    <w:sectPr w:rsidR="001A55FF" w:rsidRPr="002E7D98" w:rsidSect="00AA41FC">
      <w:pgSz w:w="12240" w:h="15840"/>
      <w:pgMar w:top="1134" w:right="567" w:bottom="1134" w:left="1701" w:header="709" w:footer="709"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636" w:rsidRDefault="00897636">
      <w:pPr>
        <w:spacing w:after="0" w:line="240" w:lineRule="auto"/>
      </w:pPr>
      <w:r>
        <w:separator/>
      </w:r>
    </w:p>
  </w:endnote>
  <w:endnote w:type="continuationSeparator" w:id="0">
    <w:p w:rsidR="00897636" w:rsidRDefault="00897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636" w:rsidRDefault="00897636">
      <w:pPr>
        <w:spacing w:after="0" w:line="240" w:lineRule="auto"/>
      </w:pPr>
      <w:r>
        <w:separator/>
      </w:r>
    </w:p>
  </w:footnote>
  <w:footnote w:type="continuationSeparator" w:id="0">
    <w:p w:rsidR="00897636" w:rsidRDefault="008976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5696427"/>
      <w:docPartObj>
        <w:docPartGallery w:val="Page Numbers (Top of Page)"/>
        <w:docPartUnique/>
      </w:docPartObj>
    </w:sdtPr>
    <w:sdtContent>
      <w:p w:rsidR="00AA41FC" w:rsidRDefault="00AA41FC">
        <w:pPr>
          <w:pStyle w:val="a5"/>
          <w:jc w:val="center"/>
        </w:pPr>
        <w:r>
          <w:fldChar w:fldCharType="begin"/>
        </w:r>
        <w:r>
          <w:instrText>PAGE   \* MERGEFORMAT</w:instrText>
        </w:r>
        <w:r>
          <w:fldChar w:fldCharType="separate"/>
        </w:r>
        <w:r w:rsidRPr="00AA41FC">
          <w:rPr>
            <w:noProof/>
            <w:lang w:val="ru-RU"/>
          </w:rPr>
          <w:t>3</w:t>
        </w:r>
        <w:r>
          <w:fldChar w:fldCharType="end"/>
        </w:r>
      </w:p>
    </w:sdtContent>
  </w:sdt>
  <w:p w:rsidR="00AA41FC" w:rsidRDefault="00AA41F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09D8"/>
    <w:rsid w:val="0000689E"/>
    <w:rsid w:val="00034616"/>
    <w:rsid w:val="00053E67"/>
    <w:rsid w:val="0006063C"/>
    <w:rsid w:val="000915E0"/>
    <w:rsid w:val="000C5D4E"/>
    <w:rsid w:val="0015074B"/>
    <w:rsid w:val="001A55FF"/>
    <w:rsid w:val="001E5FF6"/>
    <w:rsid w:val="00273F3A"/>
    <w:rsid w:val="00286137"/>
    <w:rsid w:val="0029639D"/>
    <w:rsid w:val="002B7334"/>
    <w:rsid w:val="002C22D7"/>
    <w:rsid w:val="002E7D98"/>
    <w:rsid w:val="00326F90"/>
    <w:rsid w:val="00344E1B"/>
    <w:rsid w:val="00366C3F"/>
    <w:rsid w:val="003B30D5"/>
    <w:rsid w:val="003E0403"/>
    <w:rsid w:val="003E0DFD"/>
    <w:rsid w:val="004A0057"/>
    <w:rsid w:val="004B4E96"/>
    <w:rsid w:val="005A62DA"/>
    <w:rsid w:val="005B1CD2"/>
    <w:rsid w:val="005C7C30"/>
    <w:rsid w:val="005D391E"/>
    <w:rsid w:val="00641282"/>
    <w:rsid w:val="0065057D"/>
    <w:rsid w:val="00693990"/>
    <w:rsid w:val="007207F9"/>
    <w:rsid w:val="00752C36"/>
    <w:rsid w:val="0077411A"/>
    <w:rsid w:val="007B6E7F"/>
    <w:rsid w:val="007D58F9"/>
    <w:rsid w:val="008133E6"/>
    <w:rsid w:val="008265C5"/>
    <w:rsid w:val="00832189"/>
    <w:rsid w:val="00876D58"/>
    <w:rsid w:val="00891E8E"/>
    <w:rsid w:val="00896A23"/>
    <w:rsid w:val="00897636"/>
    <w:rsid w:val="008B2948"/>
    <w:rsid w:val="008F0D9D"/>
    <w:rsid w:val="00915902"/>
    <w:rsid w:val="00940241"/>
    <w:rsid w:val="009419DB"/>
    <w:rsid w:val="009D1D66"/>
    <w:rsid w:val="009E18D7"/>
    <w:rsid w:val="009E665C"/>
    <w:rsid w:val="00A00A66"/>
    <w:rsid w:val="00A0117C"/>
    <w:rsid w:val="00A66DF6"/>
    <w:rsid w:val="00A860B1"/>
    <w:rsid w:val="00AA1D8D"/>
    <w:rsid w:val="00AA41FC"/>
    <w:rsid w:val="00AA4B04"/>
    <w:rsid w:val="00AC4A0D"/>
    <w:rsid w:val="00AC6C4F"/>
    <w:rsid w:val="00AD1A8C"/>
    <w:rsid w:val="00AD4176"/>
    <w:rsid w:val="00AF7D1D"/>
    <w:rsid w:val="00B47730"/>
    <w:rsid w:val="00B518A0"/>
    <w:rsid w:val="00B537AA"/>
    <w:rsid w:val="00B6348C"/>
    <w:rsid w:val="00B870DF"/>
    <w:rsid w:val="00BD6007"/>
    <w:rsid w:val="00C0736E"/>
    <w:rsid w:val="00C241FB"/>
    <w:rsid w:val="00C61C59"/>
    <w:rsid w:val="00C9448A"/>
    <w:rsid w:val="00CB0664"/>
    <w:rsid w:val="00D25DCA"/>
    <w:rsid w:val="00D30511"/>
    <w:rsid w:val="00E03B65"/>
    <w:rsid w:val="00EC176B"/>
    <w:rsid w:val="00F214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94B264F-CC5C-4E47-9380-C7A1CB4CA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8">
    <w:name w:val="Прижатый влево"/>
    <w:basedOn w:val="a1"/>
    <w:rsid w:val="00891E8E"/>
    <w:pPr>
      <w:suppressAutoHyphens/>
      <w:overflowPunct w:val="0"/>
      <w:autoSpaceDE w:val="0"/>
      <w:autoSpaceDN w:val="0"/>
      <w:spacing w:after="0" w:line="240" w:lineRule="auto"/>
    </w:pPr>
    <w:rPr>
      <w:kern w:val="3"/>
      <w:lang w:val="ru-RU" w:eastAsia="ru-RU"/>
    </w:rPr>
  </w:style>
  <w:style w:type="paragraph" w:customStyle="1" w:styleId="aff9">
    <w:name w:val="Нормальный"/>
    <w:basedOn w:val="a1"/>
    <w:rsid w:val="005D391E"/>
    <w:pPr>
      <w:suppressAutoHyphens/>
      <w:overflowPunct w:val="0"/>
      <w:autoSpaceDE w:val="0"/>
      <w:autoSpaceDN w:val="0"/>
      <w:spacing w:after="0" w:line="240" w:lineRule="auto"/>
      <w:ind w:firstLine="720"/>
      <w:jc w:val="both"/>
      <w:textAlignment w:val="baseline"/>
    </w:pPr>
    <w:rPr>
      <w:kern w:val="3"/>
      <w:lang w:val="ru-RU" w:eastAsia="ru-RU"/>
    </w:rPr>
  </w:style>
  <w:style w:type="paragraph" w:customStyle="1" w:styleId="s1">
    <w:name w:val="s_1"/>
    <w:basedOn w:val="a1"/>
    <w:rsid w:val="008133E6"/>
    <w:pPr>
      <w:spacing w:before="100" w:beforeAutospacing="1" w:after="100" w:afterAutospacing="1" w:line="240" w:lineRule="auto"/>
    </w:pPr>
    <w:rPr>
      <w:rFonts w:eastAsia="Times New Roman" w:cs="Times New Roman"/>
      <w:szCs w:val="24"/>
      <w:lang w:val="ru-RU" w:eastAsia="ru-RU"/>
    </w:rPr>
  </w:style>
  <w:style w:type="paragraph" w:customStyle="1" w:styleId="empty">
    <w:name w:val="empty"/>
    <w:basedOn w:val="a1"/>
    <w:rsid w:val="008133E6"/>
    <w:pPr>
      <w:spacing w:before="100" w:beforeAutospacing="1" w:after="100" w:afterAutospacing="1" w:line="240" w:lineRule="auto"/>
    </w:pPr>
    <w:rPr>
      <w:rFonts w:eastAsia="Times New Roman" w:cs="Times New Roman"/>
      <w:szCs w:val="24"/>
      <w:lang w:val="ru-RU" w:eastAsia="ru-RU"/>
    </w:rPr>
  </w:style>
  <w:style w:type="paragraph" w:customStyle="1" w:styleId="s16">
    <w:name w:val="s_16"/>
    <w:basedOn w:val="a1"/>
    <w:rsid w:val="008133E6"/>
    <w:pPr>
      <w:spacing w:before="100" w:beforeAutospacing="1" w:after="100" w:afterAutospacing="1" w:line="240" w:lineRule="auto"/>
    </w:pPr>
    <w:rPr>
      <w:rFonts w:eastAsia="Times New Roman" w:cs="Times New Roman"/>
      <w:szCs w:val="24"/>
      <w:lang w:val="ru-RU" w:eastAsia="ru-RU"/>
    </w:rPr>
  </w:style>
  <w:style w:type="character" w:styleId="affa">
    <w:name w:val="Hyperlink"/>
    <w:basedOn w:val="a2"/>
    <w:uiPriority w:val="99"/>
    <w:semiHidden/>
    <w:unhideWhenUsed/>
    <w:rsid w:val="008133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705919">
      <w:bodyDiv w:val="1"/>
      <w:marLeft w:val="0"/>
      <w:marRight w:val="0"/>
      <w:marTop w:val="0"/>
      <w:marBottom w:val="0"/>
      <w:divBdr>
        <w:top w:val="none" w:sz="0" w:space="0" w:color="auto"/>
        <w:left w:val="none" w:sz="0" w:space="0" w:color="auto"/>
        <w:bottom w:val="none" w:sz="0" w:space="0" w:color="auto"/>
        <w:right w:val="none" w:sz="0" w:space="0" w:color="auto"/>
      </w:divBdr>
    </w:div>
    <w:div w:id="12979511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unicipal.garant.ru/services/arbitr/link/121845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E2DC2-1C5E-42E6-87B2-9B50268FD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63</Pages>
  <Words>16401</Words>
  <Characters>93488</Characters>
  <Application>Microsoft Office Word</Application>
  <DocSecurity>0</DocSecurity>
  <Lines>779</Lines>
  <Paragraphs>219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постановления — присвоение, изменение и аннулирование адресов</vt:lpstr>
      <vt:lpstr/>
    </vt:vector>
  </TitlesOfParts>
  <Manager/>
  <Company/>
  <LinksUpToDate>false</LinksUpToDate>
  <CharactersWithSpaces>109670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постановления — присвоение, изменение и аннулирование адресов</dc:title>
  <dc:subject/>
  <dc:creator>Администрация Новоджерелиевского сельского поселения</dc:creator>
  <cp:keywords/>
  <dc:description>generated by python-docx</dc:description>
  <cp:lastModifiedBy>Пользователь Windows</cp:lastModifiedBy>
  <cp:revision>29</cp:revision>
  <dcterms:created xsi:type="dcterms:W3CDTF">2013-12-23T23:15:00Z</dcterms:created>
  <dcterms:modified xsi:type="dcterms:W3CDTF">2026-09-01T08:14:00Z</dcterms:modified>
  <cp:category/>
</cp:coreProperties>
</file>