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A893" w14:textId="395B5814" w:rsidR="00C17740" w:rsidRPr="00AA048E" w:rsidRDefault="00AA048E">
      <w:pPr>
        <w:jc w:val="right"/>
        <w:rPr>
          <w:lang w:val="ru-RU"/>
        </w:rPr>
      </w:pPr>
      <w:r>
        <w:rPr>
          <w:sz w:val="22"/>
          <w:lang w:val="ru-RU"/>
        </w:rPr>
        <w:t>П</w:t>
      </w:r>
      <w:r w:rsidRPr="00AA048E">
        <w:rPr>
          <w:sz w:val="22"/>
          <w:lang w:val="ru-RU"/>
        </w:rPr>
        <w:t>риложение к извещению о предоставлении земельного участка</w:t>
      </w:r>
    </w:p>
    <w:p w14:paraId="566002F1" w14:textId="77777777" w:rsidR="00C17740" w:rsidRPr="00AA048E" w:rsidRDefault="00000000">
      <w:pPr>
        <w:jc w:val="right"/>
        <w:rPr>
          <w:lang w:val="ru-RU"/>
        </w:rPr>
      </w:pPr>
      <w:r w:rsidRPr="00AA048E">
        <w:rPr>
          <w:sz w:val="22"/>
          <w:lang w:val="ru-RU"/>
        </w:rPr>
        <w:t>Форма</w:t>
      </w:r>
    </w:p>
    <w:p w14:paraId="3C5DB4D6" w14:textId="77777777" w:rsidR="00C17740" w:rsidRPr="00AA048E" w:rsidRDefault="00C17740">
      <w:pPr>
        <w:ind w:firstLine="709"/>
        <w:jc w:val="both"/>
        <w:rPr>
          <w:lang w:val="ru-RU"/>
        </w:rPr>
      </w:pPr>
    </w:p>
    <w:p w14:paraId="71EF550C" w14:textId="77777777" w:rsidR="00C17740" w:rsidRPr="00AA048E" w:rsidRDefault="00000000">
      <w:pPr>
        <w:jc w:val="right"/>
        <w:rPr>
          <w:lang w:val="ru-RU"/>
        </w:rPr>
      </w:pPr>
      <w:r w:rsidRPr="00AA048E">
        <w:rPr>
          <w:lang w:val="ru-RU"/>
        </w:rPr>
        <w:t>В администрацию Новоджерелиевского сельского поселения</w:t>
      </w:r>
    </w:p>
    <w:p w14:paraId="059EAF5D" w14:textId="77777777" w:rsidR="00C17740" w:rsidRPr="00AA048E" w:rsidRDefault="00000000">
      <w:pPr>
        <w:jc w:val="right"/>
        <w:rPr>
          <w:lang w:val="ru-RU"/>
        </w:rPr>
      </w:pPr>
      <w:r w:rsidRPr="00AA048E">
        <w:rPr>
          <w:lang w:val="ru-RU"/>
        </w:rPr>
        <w:t>Брюховецкого муниципального района</w:t>
      </w:r>
    </w:p>
    <w:p w14:paraId="33BA3BF5" w14:textId="77777777" w:rsidR="00C17740" w:rsidRPr="00AA048E" w:rsidRDefault="00000000">
      <w:pPr>
        <w:jc w:val="right"/>
        <w:rPr>
          <w:lang w:val="ru-RU"/>
        </w:rPr>
      </w:pPr>
      <w:r w:rsidRPr="00AA048E">
        <w:rPr>
          <w:lang w:val="ru-RU"/>
        </w:rPr>
        <w:t>Краснодарского края</w:t>
      </w:r>
    </w:p>
    <w:p w14:paraId="0A9AF030" w14:textId="77777777" w:rsidR="00C17740" w:rsidRPr="00AA048E" w:rsidRDefault="00C17740">
      <w:pPr>
        <w:ind w:firstLine="709"/>
        <w:jc w:val="both"/>
        <w:rPr>
          <w:lang w:val="ru-RU"/>
        </w:rPr>
      </w:pPr>
    </w:p>
    <w:p w14:paraId="74FD0E2B" w14:textId="77777777" w:rsidR="00C17740" w:rsidRPr="00AA048E" w:rsidRDefault="00000000">
      <w:pPr>
        <w:jc w:val="center"/>
        <w:rPr>
          <w:lang w:val="ru-RU"/>
        </w:rPr>
      </w:pPr>
      <w:r w:rsidRPr="00AA048E">
        <w:rPr>
          <w:b/>
          <w:lang w:val="ru-RU"/>
        </w:rPr>
        <w:t>ЗАЯВЛЕНИЕ</w:t>
      </w:r>
    </w:p>
    <w:p w14:paraId="2B157252" w14:textId="77777777" w:rsidR="00C17740" w:rsidRPr="00AA048E" w:rsidRDefault="00000000">
      <w:pPr>
        <w:jc w:val="center"/>
        <w:rPr>
          <w:lang w:val="ru-RU"/>
        </w:rPr>
      </w:pPr>
      <w:r w:rsidRPr="00AA048E">
        <w:rPr>
          <w:lang w:val="ru-RU"/>
        </w:rPr>
        <w:t>о намерении участвовать в аукционе по продаже земельного участка</w:t>
      </w:r>
    </w:p>
    <w:p w14:paraId="70CF8070" w14:textId="77777777" w:rsidR="00C17740" w:rsidRPr="00AA048E" w:rsidRDefault="00C17740">
      <w:pPr>
        <w:ind w:firstLine="709"/>
        <w:jc w:val="both"/>
        <w:rPr>
          <w:lang w:val="ru-RU"/>
        </w:rPr>
      </w:pPr>
    </w:p>
    <w:p w14:paraId="637F41EB" w14:textId="77777777" w:rsidR="00C17740" w:rsidRPr="00AA048E" w:rsidRDefault="00000000">
      <w:pPr>
        <w:jc w:val="both"/>
        <w:rPr>
          <w:lang w:val="ru-RU"/>
        </w:rPr>
      </w:pPr>
      <w:r w:rsidRPr="00AA048E">
        <w:rPr>
          <w:lang w:val="ru-RU"/>
        </w:rPr>
        <w:t>1. Фамилия, имя, отчество (при наличии) заявителя: ______________________________________</w:t>
      </w:r>
    </w:p>
    <w:p w14:paraId="2410D0AE" w14:textId="77777777" w:rsidR="00C17740" w:rsidRPr="00AA048E" w:rsidRDefault="00000000">
      <w:pPr>
        <w:jc w:val="both"/>
        <w:rPr>
          <w:lang w:val="ru-RU"/>
        </w:rPr>
      </w:pPr>
      <w:r w:rsidRPr="00AA048E">
        <w:rPr>
          <w:lang w:val="ru-RU"/>
        </w:rPr>
        <w:t>2. Дата рождения: ____________________</w:t>
      </w:r>
    </w:p>
    <w:p w14:paraId="342263CD" w14:textId="77777777" w:rsidR="00C17740" w:rsidRPr="00AA048E" w:rsidRDefault="00000000">
      <w:pPr>
        <w:jc w:val="both"/>
        <w:rPr>
          <w:lang w:val="ru-RU"/>
        </w:rPr>
      </w:pPr>
      <w:r w:rsidRPr="00AA048E">
        <w:rPr>
          <w:lang w:val="ru-RU"/>
        </w:rPr>
        <w:t>3. Документ, удостоверяющий личность (вид, серия, номер, кем и когда выдан, код подразделения): ______________________________________________________</w:t>
      </w:r>
    </w:p>
    <w:p w14:paraId="265B78FB" w14:textId="77777777" w:rsidR="00C17740" w:rsidRPr="00AA048E" w:rsidRDefault="00000000">
      <w:pPr>
        <w:jc w:val="both"/>
        <w:rPr>
          <w:lang w:val="ru-RU"/>
        </w:rPr>
      </w:pPr>
      <w:r w:rsidRPr="00AA048E">
        <w:rPr>
          <w:lang w:val="ru-RU"/>
        </w:rPr>
        <w:t>4. Адрес регистрации (места жительства): ______________________________________</w:t>
      </w:r>
    </w:p>
    <w:p w14:paraId="1E3CEFEE" w14:textId="77777777" w:rsidR="00C17740" w:rsidRPr="00AA048E" w:rsidRDefault="00000000">
      <w:pPr>
        <w:jc w:val="both"/>
        <w:rPr>
          <w:lang w:val="ru-RU"/>
        </w:rPr>
      </w:pPr>
      <w:r w:rsidRPr="00AA048E">
        <w:rPr>
          <w:lang w:val="ru-RU"/>
        </w:rPr>
        <w:t>5. Почтовый адрес для направления корреспонденции, адрес электронной почты, телефон: ______________________________________________________________________</w:t>
      </w:r>
    </w:p>
    <w:p w14:paraId="22CD4086" w14:textId="77777777" w:rsidR="00C17740" w:rsidRPr="00AA048E" w:rsidRDefault="00000000">
      <w:pPr>
        <w:jc w:val="both"/>
        <w:rPr>
          <w:lang w:val="ru-RU"/>
        </w:rPr>
      </w:pPr>
      <w:r w:rsidRPr="00AA048E">
        <w:rPr>
          <w:lang w:val="ru-RU"/>
        </w:rPr>
        <w:t>6. Представитель заявителя (при подаче заявления представителем) и реквизиты документа, подтверждающего полномочия: __________________________________________</w:t>
      </w:r>
    </w:p>
    <w:p w14:paraId="37311DF6" w14:textId="77777777" w:rsidR="00C17740" w:rsidRPr="00AA048E" w:rsidRDefault="00C17740">
      <w:pPr>
        <w:ind w:firstLine="709"/>
        <w:jc w:val="both"/>
        <w:rPr>
          <w:lang w:val="ru-RU"/>
        </w:rPr>
      </w:pPr>
    </w:p>
    <w:p w14:paraId="72573291" w14:textId="77777777" w:rsidR="00C17740" w:rsidRPr="00AA048E" w:rsidRDefault="00000000">
      <w:pPr>
        <w:ind w:firstLine="709"/>
        <w:jc w:val="both"/>
        <w:rPr>
          <w:lang w:val="ru-RU"/>
        </w:rPr>
      </w:pPr>
      <w:r w:rsidRPr="00AA048E">
        <w:rPr>
          <w:lang w:val="ru-RU"/>
        </w:rPr>
        <w:t>Ознакомившись с извещением о предоставлении земельного участка с кадастровым номером 23:04:0402067:17, площадью 2701 кв. м, расположенного по адресу: Краснодарский край, Брюховецкий район, станица Новоджерелиевская, улица Мира, 87, размещенным 7 октября 2026 года, выражаю намерение участвовать в аукционе по продаже указанного земельного участка.</w:t>
      </w:r>
    </w:p>
    <w:p w14:paraId="163BDA77" w14:textId="77777777" w:rsidR="00C17740" w:rsidRPr="00AA048E" w:rsidRDefault="00C17740">
      <w:pPr>
        <w:ind w:firstLine="709"/>
        <w:jc w:val="both"/>
        <w:rPr>
          <w:lang w:val="ru-RU"/>
        </w:rPr>
      </w:pPr>
    </w:p>
    <w:p w14:paraId="1138CF64" w14:textId="77777777" w:rsidR="00C17740" w:rsidRPr="00AA048E" w:rsidRDefault="00000000">
      <w:pPr>
        <w:ind w:firstLine="709"/>
        <w:jc w:val="both"/>
        <w:rPr>
          <w:lang w:val="ru-RU"/>
        </w:rPr>
      </w:pPr>
      <w:r w:rsidRPr="00AA048E">
        <w:rPr>
          <w:lang w:val="ru-RU"/>
        </w:rPr>
        <w:t>Приложения: ________________________________________________________</w:t>
      </w:r>
    </w:p>
    <w:p w14:paraId="4B78DFBB" w14:textId="004ECFFC" w:rsidR="00C17740" w:rsidRPr="00AA048E" w:rsidRDefault="00000000">
      <w:pPr>
        <w:jc w:val="both"/>
        <w:rPr>
          <w:lang w:val="ru-RU"/>
        </w:rPr>
      </w:pPr>
      <w:r w:rsidRPr="00AA048E">
        <w:rPr>
          <w:lang w:val="ru-RU"/>
        </w:rPr>
        <w:t>__________________________________________________________________</w:t>
      </w:r>
    </w:p>
    <w:p w14:paraId="772BEFCF" w14:textId="77777777" w:rsidR="00C17740" w:rsidRPr="00AA048E" w:rsidRDefault="00C17740">
      <w:pPr>
        <w:ind w:firstLine="709"/>
        <w:jc w:val="both"/>
        <w:rPr>
          <w:lang w:val="ru-RU"/>
        </w:rPr>
      </w:pPr>
    </w:p>
    <w:p w14:paraId="6B9BC119" w14:textId="77777777" w:rsidR="00C17740" w:rsidRPr="00AA048E" w:rsidRDefault="00000000">
      <w:pPr>
        <w:rPr>
          <w:lang w:val="ru-RU"/>
        </w:rPr>
      </w:pPr>
      <w:r w:rsidRPr="00AA048E">
        <w:rPr>
          <w:lang w:val="ru-RU"/>
        </w:rPr>
        <w:t>«____» ______________ 2026 года   ______________ / ________________________ /</w:t>
      </w:r>
    </w:p>
    <w:p w14:paraId="514BC14F" w14:textId="77777777" w:rsidR="00C17740" w:rsidRPr="00AA048E" w:rsidRDefault="00000000">
      <w:pPr>
        <w:rPr>
          <w:lang w:val="ru-RU"/>
        </w:rPr>
      </w:pPr>
      <w:r w:rsidRPr="00AA048E">
        <w:rPr>
          <w:sz w:val="18"/>
          <w:lang w:val="ru-RU"/>
        </w:rPr>
        <w:t>(</w:t>
      </w:r>
      <w:proofErr w:type="gramStart"/>
      <w:r w:rsidRPr="00AA048E">
        <w:rPr>
          <w:sz w:val="18"/>
          <w:lang w:val="ru-RU"/>
        </w:rPr>
        <w:t xml:space="preserve">подпись)   </w:t>
      </w:r>
      <w:proofErr w:type="gramEnd"/>
      <w:r w:rsidRPr="00AA048E">
        <w:rPr>
          <w:sz w:val="18"/>
          <w:lang w:val="ru-RU"/>
        </w:rPr>
        <w:t xml:space="preserve">              </w:t>
      </w:r>
      <w:proofErr w:type="gramStart"/>
      <w:r w:rsidRPr="00AA048E">
        <w:rPr>
          <w:sz w:val="18"/>
          <w:lang w:val="ru-RU"/>
        </w:rPr>
        <w:t xml:space="preserve">   (</w:t>
      </w:r>
      <w:proofErr w:type="gramEnd"/>
      <w:r w:rsidRPr="00AA048E">
        <w:rPr>
          <w:sz w:val="18"/>
          <w:lang w:val="ru-RU"/>
        </w:rPr>
        <w:t>расшифровка подписи)</w:t>
      </w:r>
    </w:p>
    <w:p w14:paraId="6243DCD2" w14:textId="77777777" w:rsidR="00C17740" w:rsidRPr="00AA048E" w:rsidRDefault="00C17740">
      <w:pPr>
        <w:ind w:firstLine="709"/>
        <w:jc w:val="both"/>
        <w:rPr>
          <w:lang w:val="ru-RU"/>
        </w:rPr>
      </w:pPr>
    </w:p>
    <w:p w14:paraId="607B5E6C" w14:textId="77777777" w:rsidR="00C17740" w:rsidRPr="00AA048E" w:rsidRDefault="00000000">
      <w:pPr>
        <w:ind w:firstLine="709"/>
        <w:jc w:val="both"/>
        <w:rPr>
          <w:lang w:val="ru-RU"/>
        </w:rPr>
      </w:pPr>
      <w:r w:rsidRPr="00AA048E">
        <w:rPr>
          <w:i/>
          <w:sz w:val="22"/>
          <w:lang w:val="ru-RU"/>
        </w:rPr>
        <w:t>Примечание. Заявление должно быть подписано заявителем либо его представителем, действующим на основании документа, подтверждающего полномочия и оформленного в соответствии с законодательством Российской Федерации. При подаче заявления не лично (почтовым отправлением либо через МФЦ) к заявлению прилагается копия документа, удостоверяющего личность заявителя. Заявление, составленное в свободной форме, должно содержать все перечисленные выше сведения.</w:t>
      </w:r>
    </w:p>
    <w:sectPr w:rsidR="00C17740" w:rsidRPr="00AA048E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9963384">
    <w:abstractNumId w:val="8"/>
  </w:num>
  <w:num w:numId="2" w16cid:durableId="1583952418">
    <w:abstractNumId w:val="6"/>
  </w:num>
  <w:num w:numId="3" w16cid:durableId="76830149">
    <w:abstractNumId w:val="5"/>
  </w:num>
  <w:num w:numId="4" w16cid:durableId="591668434">
    <w:abstractNumId w:val="4"/>
  </w:num>
  <w:num w:numId="5" w16cid:durableId="1896773067">
    <w:abstractNumId w:val="7"/>
  </w:num>
  <w:num w:numId="6" w16cid:durableId="493497883">
    <w:abstractNumId w:val="3"/>
  </w:num>
  <w:num w:numId="7" w16cid:durableId="20252933">
    <w:abstractNumId w:val="2"/>
  </w:num>
  <w:num w:numId="8" w16cid:durableId="226455998">
    <w:abstractNumId w:val="1"/>
  </w:num>
  <w:num w:numId="9" w16cid:durableId="147668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D08"/>
    <w:rsid w:val="0015074B"/>
    <w:rsid w:val="001A3E6C"/>
    <w:rsid w:val="0029639D"/>
    <w:rsid w:val="00326F90"/>
    <w:rsid w:val="0084285A"/>
    <w:rsid w:val="00AA048E"/>
    <w:rsid w:val="00AA1D8D"/>
    <w:rsid w:val="00B47730"/>
    <w:rsid w:val="00C1774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B6C0B"/>
  <w14:defaultImageDpi w14:val="300"/>
  <w15:docId w15:val="{CD41784E-AB3A-4653-90E9-797C7054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c16275</cp:lastModifiedBy>
  <cp:revision>2</cp:revision>
  <cp:lastPrinted>2026-10-07T07:16:00Z</cp:lastPrinted>
  <dcterms:created xsi:type="dcterms:W3CDTF">2026-10-07T07:31:00Z</dcterms:created>
  <dcterms:modified xsi:type="dcterms:W3CDTF">2026-10-07T07:31:00Z</dcterms:modified>
  <cp:category/>
</cp:coreProperties>
</file>